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Orlando Pride Festival Culture Club Brings Global Joy to Orlando</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Organisers are introducing the Culture Club at Orlando Pride Festival to make the celebration more representative of the city’s diverse communities. With international music, distinctive food and a dedicated Pulse remembrance space, the new area aims to offer a warmer, more culturally specific experience for attendees and allies alike.</w:t>
      </w:r>
      <w:r/>
    </w:p>
    <w:p>
      <w:pPr>
        <w:pStyle w:val="Heading2"/>
      </w:pPr>
      <w:r>
        <w:t>Essential Takeaways</w:t>
      </w:r>
      <w:r/>
      <w:r/>
    </w:p>
    <w:p>
      <w:pPr>
        <w:pStyle w:val="ListBullet"/>
        <w:spacing w:line="240" w:lineRule="auto"/>
        <w:ind w:left="720"/>
      </w:pPr>
      <w:r/>
      <w:r>
        <w:rPr>
          <w:b/>
        </w:rPr>
        <w:t>A new festival space:</w:t>
      </w:r>
      <w:r>
        <w:t xml:space="preserve"> The Culture Club is designed to spotlight cultures and forms of expression not always represented on mainstream festival stages.</w:t>
      </w:r>
      <w:r/>
    </w:p>
    <w:p>
      <w:pPr>
        <w:pStyle w:val="ListBullet"/>
        <w:spacing w:line="240" w:lineRule="auto"/>
        <w:ind w:left="720"/>
      </w:pPr>
      <w:r/>
      <w:r>
        <w:rPr>
          <w:b/>
        </w:rPr>
        <w:t>International sounds:</w:t>
      </w:r>
      <w:r>
        <w:t xml:space="preserve"> Expect bachata, salsa, Pakistani music and Afrobeats rather than a familiar Top 100 playlist.</w:t>
      </w:r>
      <w:r/>
    </w:p>
    <w:p>
      <w:pPr>
        <w:pStyle w:val="ListBullet"/>
        <w:spacing w:line="240" w:lineRule="auto"/>
        <w:ind w:left="720"/>
      </w:pPr>
      <w:r/>
      <w:r>
        <w:rPr>
          <w:b/>
        </w:rPr>
        <w:t>Food with a local difference:</w:t>
      </w:r>
      <w:r>
        <w:t xml:space="preserve"> Organisers say the area will feature vendors and dishes not found elsewhere at the festival.</w:t>
      </w:r>
      <w:r/>
    </w:p>
    <w:p>
      <w:pPr>
        <w:pStyle w:val="ListBullet"/>
        <w:spacing w:line="240" w:lineRule="auto"/>
        <w:ind w:left="720"/>
      </w:pPr>
      <w:r/>
      <w:r>
        <w:rPr>
          <w:b/>
        </w:rPr>
        <w:t>A place to remember:</w:t>
      </w:r>
      <w:r>
        <w:t xml:space="preserve"> The space will honour those lost in the Pulse nightclub tragedy.</w:t>
      </w:r>
      <w:r/>
    </w:p>
    <w:p>
      <w:pPr>
        <w:pStyle w:val="ListBullet"/>
        <w:spacing w:line="240" w:lineRule="auto"/>
        <w:ind w:left="720"/>
      </w:pPr>
      <w:r/>
      <w:r>
        <w:rPr>
          <w:b/>
        </w:rPr>
        <w:t>Open to everyone:</w:t>
      </w:r>
      <w:r>
        <w:t xml:space="preserve"> Its organisers want people of colour to feel seen while welcoming curious allies into the celebration.</w:t>
      </w:r>
      <w:r/>
      <w:r/>
    </w:p>
    <w:p>
      <w:pPr>
        <w:pStyle w:val="Heading2"/>
      </w:pPr>
      <w:r>
        <w:t>Orlando Pride is making room for more voices</w:t>
      </w:r>
      <w:r/>
    </w:p>
    <w:p>
      <w:r/>
      <w:r>
        <w:t>The strongest message behind the Culture Club is simple: a major Pride celebration should reflect the people who live in the city around it. Organisers say local communities had raised concerns about the festival's board representation and outreach, prompting a more deliberate approach to inclusion.</w:t>
      </w:r>
      <w:r/>
    </w:p>
    <w:p>
      <w:r/>
      <w:r>
        <w:t>That matters because Pride events can sometimes feel polished and broadly commercial, while the communities that shaped them risk becoming background detail. The Culture Club is intended to put culture, identity and joy firmly in the foreground.</w:t>
      </w:r>
      <w:r/>
    </w:p>
    <w:p>
      <w:r/>
      <w:r>
        <w:t>Come Out With Pride Orlando is a longstanding community celebration with a broad programme of events, according to local event and community listings. The new area adds another layer to that programme, with a focus that feels more intimate, expressive and intentionally different.</w:t>
      </w:r>
      <w:r/>
    </w:p>
    <w:p>
      <w:pPr>
        <w:pStyle w:val="Heading2"/>
      </w:pPr>
      <w:r>
        <w:t>Expect salsa, Afrobeats and music beyond the mainstream</w:t>
      </w:r>
      <w:r/>
    </w:p>
    <w:p>
      <w:r/>
      <w:r>
        <w:t>Music will be one of the clearest ways the Culture Club sets itself apart. Instead of repeating the pop-heavy tracks visitors may hear elsewhere, the space will draw on bachata, salsa, Pakistani music and Afrobeats.</w:t>
      </w:r>
      <w:r/>
    </w:p>
    <w:p>
      <w:r/>
      <w:r>
        <w:t>That variety should give the festival a different pulse, with more room for international sounds and the social energy that comes with them. For many visitors, it could feel less like a standard festival stage and more like stepping into a lively community gathering.</w:t>
      </w:r>
      <w:r/>
    </w:p>
    <w:p>
      <w:r/>
      <w:r>
        <w:t>It also reflects a wider shift in Pride programming. Audiences increasingly want celebrations that do more than hang rainbow decorations over familiar entertainment; they want food, music and stories that acknowledge the full breadth of LGBTQ+ life.</w:t>
      </w:r>
      <w:r/>
    </w:p>
    <w:p>
      <w:pPr>
        <w:pStyle w:val="Heading2"/>
      </w:pPr>
      <w:r>
        <w:t>Food and drink will help tell the story</w:t>
      </w:r>
      <w:r/>
    </w:p>
    <w:p>
      <w:r/>
      <w:r>
        <w:t>The Culture Club isn't relying on music alone. Organisers say visitors will find food and drinks from vendors who won't appear elsewhere across the festival, giving the area its own flavour in every sense.</w:t>
      </w:r>
      <w:r/>
    </w:p>
    <w:p>
      <w:r/>
      <w:r>
        <w:t>That kind of detail can make inclusion feel tangible. A new stage may catch the eye, but a plate of unfamiliar food, a welcoming vendor and music that feels personal can make people stay, relax and connect.</w:t>
      </w:r>
      <w:r/>
    </w:p>
    <w:p>
      <w:r/>
      <w:r>
        <w:t>For visitors planning their day, the practical tip is to arrive hungry and allow time to explore rather than treating the Culture Club as a quick stop between headline acts. The best discoveries at a festival are often the ones that aren't on the biggest timetable.</w:t>
      </w:r>
      <w:r/>
    </w:p>
    <w:p>
      <w:pPr>
        <w:pStyle w:val="Heading2"/>
      </w:pPr>
      <w:r>
        <w:t>A space for joy, memory and reflection</w:t>
      </w:r>
      <w:r/>
    </w:p>
    <w:p>
      <w:r/>
      <w:r>
        <w:t>The Culture Club will also include a place to remember the victims of the Pulse nightclub tragedy. That addition gives the project emotional weight, particularly during a milestone anniversary year connected to the 2016 attack.</w:t>
      </w:r>
      <w:r/>
    </w:p>
    <w:p>
      <w:r/>
      <w:r>
        <w:t>Pulse remains part of Orlando's collective memory, and its significance is inseparable from the city's LGBTQ+ community. Including remembrance within a space centred on cultural joy recognises that celebration and grief can exist together, rather than asking one to disappear for the other.</w:t>
      </w:r>
      <w:r/>
    </w:p>
    <w:p>
      <w:r/>
      <w:r>
        <w:t>That balance feels especially important at Pride. Dancing, eating and gathering are not distractions from remembrance; they can be ways of carrying a community's history forward.</w:t>
      </w:r>
      <w:r/>
    </w:p>
    <w:p>
      <w:pPr>
        <w:pStyle w:val="Heading2"/>
      </w:pPr>
      <w:r>
        <w:t>What the Culture Club could change for future Prides</w:t>
      </w:r>
      <w:r/>
    </w:p>
    <w:p>
      <w:r/>
      <w:r>
        <w:t>The organisers' ambition is not to create a closed-off corner, but a platform where people of colour can celebrate on their own terms while allies are invited to listen, participate and enjoy the atmosphere respectfully.</w:t>
      </w:r>
      <w:r/>
    </w:p>
    <w:p>
      <w:r/>
      <w:r>
        <w:t>That approach could make the Culture Club more than a new festival attraction. If it works, it may offer a useful model for other Pride events trying to move from general statements about inclusion towards visible, practical changes in programming and representation.</w:t>
      </w:r>
      <w:r/>
    </w:p>
    <w:p>
      <w:r/>
      <w:r>
        <w:t>For Orlando visitors, the appeal is straightforward: expect a festival experience with a richer soundtrack, more distinctive flavours and a thoughtful place to pause. Sometimes the most meaningful change begins with giving people the space to celebrate as themselves.</w:t>
      </w:r>
      <w:r/>
    </w:p>
    <w:p>
      <w:r/>
      <w:r>
        <w:t>It's a small new corner of the festival with the potential to make the whole celebration feel larger.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9">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[4]</w:t>
        </w:r>
      </w:hyperlink>
      <w:r>
        <w:t xml:space="preserve">, </w:t>
      </w:r>
      <w:hyperlink r:id="rId14">
        <w:r>
          <w:rPr>
            <w:color w:val="0000EE"/>
            <w:u w:val="single"/>
          </w:rPr>
          <w:t>[6]</w:t>
        </w:r>
      </w:hyperlink>
      <w:r>
        <w:t xml:space="preserve">- Paragraph 7: </w:t>
      </w:r>
      <w:hyperlink r:id="rId10">
        <w:r>
          <w:rPr>
            <w:color w:val="0000EE"/>
            <w:u w:val="single"/>
          </w:rPr>
          <w:t>[2]</w:t>
        </w:r>
      </w:hyperlink>
      <w:r>
        <w:t xml:space="preserve">, </w:t>
      </w:r>
      <w:hyperlink r:id="rId9">
        <w:r>
          <w:rPr>
            <w:color w:val="0000EE"/>
            <w:u w:val="single"/>
          </w:rPr>
          <w:t>[7]</w:t>
        </w:r>
      </w:hyperlink>
      <w:r>
        <w:t xml:space="preserve">- Paragraph 8: </w:t>
      </w:r>
      <w:hyperlink r:id="rId11">
        <w:r>
          <w:rPr>
            <w:color w:val="0000EE"/>
            <w:u w:val="single"/>
          </w:rPr>
          <w:t>[3]</w:t>
        </w:r>
      </w:hyperlink>
      <w:r>
        <w:t xml:space="preserve">, </w:t>
      </w:r>
      <w:hyperlink r:id="rId13">
        <w:r>
          <w:rPr>
            <w:color w:val="0000EE"/>
            <w:u w:val="single"/>
          </w:rPr>
          <w:t>[5]</w:t>
        </w:r>
      </w:hyperlink>
      <w:r>
        <w:t xml:space="preserve">- Paragraph 9: </w:t>
      </w:r>
      <w:hyperlink r:id="rId12">
        <w:r>
          <w:rPr>
            <w:color w:val="0000EE"/>
            <w:u w:val="single"/>
          </w:rPr>
          <w:t>[4]</w:t>
        </w:r>
      </w:hyperlink>
      <w:r>
        <w:t xml:space="preserve">, </w:t>
      </w:r>
      <w:hyperlink r:id="rId9">
        <w:r>
          <w:rPr>
            <w:color w:val="0000EE"/>
            <w:u w:val="single"/>
          </w:rPr>
          <w:t>[7]</w:t>
        </w:r>
      </w:hyperlink>
      <w:r>
        <w:t xml:space="preserve">- Paragraph 10: </w:t>
      </w:r>
      <w:hyperlink r:id="rId10">
        <w:r>
          <w:rPr>
            <w:color w:val="0000EE"/>
            <w:u w:val="single"/>
          </w:rPr>
          <w:t>[2]</w:t>
        </w:r>
      </w:hyperlink>
      <w:r>
        <w:t xml:space="preserve">, </w:t>
      </w:r>
      <w:hyperlink r:id="rId14">
        <w:r>
          <w:rPr>
            <w:color w:val="0000EE"/>
            <w:u w:val="single"/>
          </w:rPr>
          <w:t>[6]</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2">
        <w:r>
          <w:rPr>
            <w:color w:val="0000EE"/>
            <w:u w:val="single"/>
          </w:rPr>
          <w:t>[4]</w:t>
        </w:r>
      </w:hyperlink>
      <w:r>
        <w:t xml:space="preserve">, </w:t>
      </w:r>
      <w:hyperlink r:id="rId9">
        <w:r>
          <w:rPr>
            <w:color w:val="0000EE"/>
            <w:u w:val="single"/>
          </w:rPr>
          <w:t>[7]</w:t>
        </w:r>
      </w:hyperlink>
      <w:r>
        <w:t xml:space="preserve">- Paragraph 13: </w:t>
      </w:r>
      <w:hyperlink r:id="rId10">
        <w:r>
          <w:rPr>
            <w:color w:val="0000EE"/>
            <w:u w:val="single"/>
          </w:rPr>
          <w:t>[2]</w:t>
        </w:r>
      </w:hyperlink>
      <w:r>
        <w:t xml:space="preserve">, </w:t>
      </w:r>
      <w:hyperlink r:id="rId14">
        <w:r>
          <w:rPr>
            <w:color w:val="0000EE"/>
            <w:u w:val="single"/>
          </w:rPr>
          <w:t>[6]</w:t>
        </w:r>
      </w:hyperlink>
      <w:r>
        <w:t xml:space="preserve">- Paragraph 14: </w:t>
      </w:r>
      <w:hyperlink r:id="rId11">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[4]</w:t>
        </w:r>
      </w:hyperlink>
      <w:r>
        <w:t xml:space="preserve">, </w:t>
      </w:r>
      <w:hyperlink r:id="rId9">
        <w:r>
          <w:rPr>
            <w:color w:val="0000EE"/>
            <w:u w:val="single"/>
          </w:rPr>
          <w:t>[7]</w:t>
        </w:r>
      </w:hyperlink>
      <w:r>
        <w:t xml:space="preserve">- Paragraph 16: </w:t>
      </w:r>
      <w:hyperlink r:id="rId10">
        <w:r>
          <w:rPr>
            <w:color w:val="0000EE"/>
            <w:u w:val="single"/>
          </w:rPr>
          <w:t>[2]</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https://www.wesh.com/article/orlando-pride-festival-debuts-culture-club/74150152</w:t>
        </w:r>
      </w:hyperlink>
      <w:r>
        <w:t xml:space="preserve"> - Please view link - unable to able to access data</w:t>
      </w:r>
      <w:r/>
    </w:p>
    <w:p>
      <w:pPr>
        <w:pStyle w:val="ListNumber"/>
        <w:spacing w:line="240" w:lineRule="auto"/>
        <w:ind w:left="720"/>
      </w:pPr>
      <w:r/>
      <w:hyperlink r:id="rId10">
        <w:r>
          <w:rPr>
            <w:color w:val="0000EE"/>
            <w:u w:val="single"/>
          </w:rPr>
          <w:t>https://www.inclusivity.org/pride/come-out-with-pride-orlando</w:t>
        </w:r>
      </w:hyperlink>
      <w:r>
        <w:t xml:space="preserve"> - Come Out With Pride Orlando is Orlando's main Pride celebration, held each October at Lake Eola Park in downtown Orlando. The one-day event combines a festival running from noon into the evening with an afternoon parade. The organization also hosts events during the year, including gatherings for trans and nonbinary families. The festival has attracted over 230,000 attendees in previous years, making it one of the largest Pride events in the Southeast and the biggest single-day event in Central Florida. The event features a parade, festival, and various entertainment stages, concluding with fireworks.</w:t>
      </w:r>
      <w:r/>
    </w:p>
    <w:p>
      <w:pPr>
        <w:pStyle w:val="ListNumber"/>
        <w:spacing w:line="240" w:lineRule="auto"/>
        <w:ind w:left="720"/>
      </w:pPr>
      <w:r/>
      <w:hyperlink r:id="rId11">
        <w:r>
          <w:rPr>
            <w:color w:val="0000EE"/>
            <w:u w:val="single"/>
          </w:rPr>
          <w:t>https://www.inclusivity.org/nonprofits/florida/come-out-with-pride-orlando</w:t>
        </w:r>
      </w:hyperlink>
      <w:r>
        <w:t xml:space="preserve"> - Come Out With Pride Orlando is a nonprofit organization that produces Orlando's annual LGBTQIA+ Pride celebration. Its mission is to cultivate visibility, authenticity, and acceptance by curating inclusive experiences that celebrate and embody the spirit of queer resilience. Each October, timed around National Coming Out Day, it creates a day when people can shine as their true selves. The festival fills Lake Eola Park in downtown Orlando, with attendance topping 230,000 people in a single year, making it one of the largest Pride celebrations in the Southeast and the biggest single-day event in Central Florida.</w:t>
      </w:r>
      <w:r/>
    </w:p>
    <w:p>
      <w:pPr>
        <w:pStyle w:val="ListNumber"/>
        <w:spacing w:line="240" w:lineRule="auto"/>
        <w:ind w:left="720"/>
      </w:pPr>
      <w:r/>
      <w:hyperlink r:id="rId12">
        <w:r>
          <w:rPr>
            <w:color w:val="0000EE"/>
            <w:u w:val="single"/>
          </w:rPr>
          <w:t>https://www.eventeny.com/events/comeoutwithpride-6594/</w:t>
        </w:r>
      </w:hyperlink>
      <w:r>
        <w:t xml:space="preserve"> - The 2023 Come Out With Pride festival in Orlando is scheduled for Saturday, October 21, 2023, at Lake Eola Park. The event includes a festival, marketplace, and parade, with highlights such as a Trans Rally, the Most Colorful Parade, a Pride Rally, and a fireworks grand finale. The festival grounds will feature a marketplace, youth zone, food vendors, and VIP experiences. The event is organized by Come Out With Pride, Inc., a 501c3 non-profit that hosts Orlando's annual LGBTQIA+ Pride celebration, aiming to create accepting and inclusive spaces for members of the LGBTQIA+ community.</w:t>
      </w:r>
      <w:r/>
    </w:p>
    <w:p>
      <w:pPr>
        <w:pStyle w:val="ListNumber"/>
        <w:spacing w:line="240" w:lineRule="auto"/>
        <w:ind w:left="720"/>
      </w:pPr>
      <w:r/>
      <w:hyperlink r:id="rId13">
        <w:r>
          <w:rPr>
            <w:color w:val="0000EE"/>
            <w:u w:val="single"/>
          </w:rPr>
          <w:t>https://www.losangelesblade.com/2023/10/22/historic-grand-marshal-200k-at-orlandos-come-out-with-pride/</w:t>
        </w:r>
      </w:hyperlink>
      <w:r>
        <w:t xml:space="preserve"> - The 2023 'Come Out With Pride' festival and parade in downtown Orlando attracted over 200,000 attendees. The event featured a historic grand marshal, openly gay former Democratic Florida House of Representatives member Carlos Guillermo Smith. Despite political challenges, LGBTQ+ Central Floridians celebrated Pride in record numbers, showcasing resilience and unity within the community.</w:t>
      </w:r>
      <w:r/>
    </w:p>
    <w:p>
      <w:pPr>
        <w:pStyle w:val="ListNumber"/>
        <w:spacing w:line="240" w:lineRule="auto"/>
        <w:ind w:left="720"/>
      </w:pPr>
      <w:r/>
      <w:hyperlink r:id="rId14">
        <w:r>
          <w:rPr>
            <w:color w:val="0000EE"/>
            <w:u w:val="single"/>
          </w:rPr>
          <w:t>https://www.orlandocitysc.com/pride/news/orlando-city-pride-win-2023-golden-brick-awards-for-orlando-made-initiative-and-highway-woman-kit-x5646</w:t>
        </w:r>
      </w:hyperlink>
      <w:r>
        <w:t xml:space="preserve"> - Orlando City SC and the Orlando Pride were named winners at the Downtown Orlando Partnership’s 2023 Golden Brick Awards. The Club’s 'Orlando Made' food and beverage program won in the Hospitality &amp; Dining category, while the Pride took home the award in the Arts &amp; Culture category. These awards recognize the organizations' significant contributions to the local community and their commitment to inclusivity and cultural enrichment.</w:t>
      </w:r>
      <w:r/>
    </w:p>
    <w:p>
      <w:pPr>
        <w:pStyle w:val="ListNumber"/>
        <w:spacing w:line="240" w:lineRule="auto"/>
        <w:ind w:left="720"/>
      </w:pPr>
      <w:r/>
      <w:hyperlink r:id="rId9">
        <w:r>
          <w:rPr>
            <w:color w:val="0000EE"/>
            <w:u w:val="single"/>
          </w:rPr>
          <w:t>https://www.wesh.com/article/orlando-pride-festival-debuts-culture-club/74150152</w:t>
        </w:r>
      </w:hyperlink>
      <w:r>
        <w:t xml:space="preserve"> - The Orlando Pride Festival is launching the Culture Club, a new section designed to celebrate diverse cultures and address feedback about inclusivity from local communities. The Culture Club will feature music distinct from the festival’s other stages, including genres like bachata, salsa, Pakistani music, and Afrobeats. It will also offer unique food and drink options, with vendors not found elsewhere in the festival. Additionally, the Culture Club will include a space to honor the victims of the Pulse nightclub tragedy, ensuring their memory is part of the celebration.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esh.com/article/orlando-pride-festival-debuts-culture-club/74150152" TargetMode="External"/><Relationship Id="rId10" Type="http://schemas.openxmlformats.org/officeDocument/2006/relationships/hyperlink" Target="https://www.inclusivity.org/pride/come-out-with-pride-orlando" TargetMode="External"/><Relationship Id="rId11" Type="http://schemas.openxmlformats.org/officeDocument/2006/relationships/hyperlink" Target="https://www.inclusivity.org/nonprofits/florida/come-out-with-pride-orlando" TargetMode="External"/><Relationship Id="rId12" Type="http://schemas.openxmlformats.org/officeDocument/2006/relationships/hyperlink" Target="https://www.eventeny.com/events/comeoutwithpride-6594/" TargetMode="External"/><Relationship Id="rId13" Type="http://schemas.openxmlformats.org/officeDocument/2006/relationships/hyperlink" Target="https://www.losangelesblade.com/2023/10/22/historic-grand-marshal-200k-at-orlandos-come-out-with-pride/" TargetMode="External"/><Relationship Id="rId14" Type="http://schemas.openxmlformats.org/officeDocument/2006/relationships/hyperlink" Target="https://www.orlandocitysc.com/pride/news/orlando-city-pride-win-2023-golden-brick-awards-for-orlando-made-initiative-and-highway-woman-kit-x56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