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On the Sea: A Queer British Drama About Forbidden Love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On the Sea, a rugged Welsh queer drama about a married mussel harvester whose attraction to a travelling deckhand threatens his family, work and place in the community. With windswept coastlines, simmering tension and a quietly bruising sense of longing, it’s a thoughtful addition to the latest LGBTQ cinema conversation.</w:t>
      </w:r>
      <w:r/>
    </w:p>
    <w:p>
      <w:pPr>
        <w:pStyle w:val="Heading2"/>
      </w:pPr>
      <w:r>
        <w:t>Essential Takeaways</w:t>
      </w:r>
      <w:r/>
      <w:r/>
    </w:p>
    <w:p>
      <w:pPr>
        <w:pStyle w:val="ListBullet"/>
        <w:spacing w:line="240" w:lineRule="auto"/>
        <w:ind w:left="720"/>
      </w:pPr>
      <w:r/>
      <w:r>
        <w:rPr>
          <w:b/>
        </w:rPr>
        <w:t>A coastal love story:</w:t>
      </w:r>
      <w:r>
        <w:t xml:space="preserve"> The film follows Jack, a married mussel harvester in North Wales, and Daniel, the deckhand who unsettles his carefully ordered life.</w:t>
      </w:r>
      <w:r/>
    </w:p>
    <w:p>
      <w:pPr>
        <w:pStyle w:val="ListBullet"/>
        <w:spacing w:line="240" w:lineRule="auto"/>
        <w:ind w:left="720"/>
      </w:pPr>
      <w:r/>
      <w:r>
        <w:rPr>
          <w:b/>
        </w:rPr>
        <w:t>Family pressure matters:</w:t>
      </w:r>
      <w:r>
        <w:t xml:space="preserve"> Jack’s emotional conflict is tied to his wife, son, livelihood and a traditional fishing community.</w:t>
      </w:r>
      <w:r/>
    </w:p>
    <w:p>
      <w:pPr>
        <w:pStyle w:val="ListBullet"/>
        <w:spacing w:line="240" w:lineRule="auto"/>
        <w:ind w:left="720"/>
      </w:pPr>
      <w:r/>
      <w:r>
        <w:rPr>
          <w:b/>
        </w:rPr>
        <w:t>A festival journey:</w:t>
      </w:r>
      <w:r>
        <w:t xml:space="preserve"> On the Sea premiered at the Edinburgh International Film Festival before reaching Palm Springs and UK cinemas.</w:t>
      </w:r>
      <w:r/>
    </w:p>
    <w:p>
      <w:pPr>
        <w:pStyle w:val="ListBullet"/>
        <w:spacing w:line="240" w:lineRule="auto"/>
        <w:ind w:left="720"/>
      </w:pPr>
      <w:r/>
      <w:r>
        <w:rPr>
          <w:b/>
        </w:rPr>
        <w:t>A personal story:</w:t>
      </w:r>
      <w:r>
        <w:t xml:space="preserve"> Writer-director Helen Walsh drew loosely on a real experience involving rejection after a man came out.</w:t>
      </w:r>
      <w:r/>
    </w:p>
    <w:p>
      <w:pPr>
        <w:pStyle w:val="ListBullet"/>
        <w:spacing w:line="240" w:lineRule="auto"/>
        <w:ind w:left="720"/>
      </w:pPr>
      <w:r/>
      <w:r>
        <w:rPr>
          <w:b/>
        </w:rPr>
        <w:t>A slow-burn mood:</w:t>
      </w:r>
      <w:r>
        <w:t xml:space="preserve"> Expect sea air, emotional restraint and the kind of silence that says rather more than dialogue.</w:t>
      </w:r>
      <w:r/>
      <w:r/>
    </w:p>
    <w:p>
      <w:pPr>
        <w:pStyle w:val="Heading2"/>
      </w:pPr>
      <w:r>
        <w:t>A married family man meets the person who changes everything</w:t>
      </w:r>
      <w:r/>
    </w:p>
    <w:p>
      <w:r/>
      <w:r>
        <w:t>On the Sea begins with a life that looks settled from the outside. Jack has a marriage, a son, a local reputation and a place in a family business built around the sea. Yet the arrival of Daniel, an itinerant deckhand, makes that stability feel suddenly fragile.</w:t>
      </w:r>
      <w:r/>
    </w:p>
    <w:p>
      <w:r/>
      <w:r>
        <w:t>Barry Ward plays Jack, while Liz White and Henry Lawfull portray the family members caught in the pressure around him. Lorne MacFadyen brings Daniel into the story as an outsider whose presence is both practical and disruptive. According to the British Council’s project information, the film is rooted in a North Wales setting where work, family and identity are closely intertwined.</w:t>
      </w:r>
      <w:r/>
    </w:p>
    <w:p>
      <w:r/>
      <w:r>
        <w:t>That makes Jack’s attraction feel bigger than a private secret. In a small community, personal choices can quickly become public knowledge, and the cost of honesty may include far more than a difficult conversation at home.</w:t>
      </w:r>
      <w:r/>
    </w:p>
    <w:p>
      <w:pPr>
        <w:pStyle w:val="Heading2"/>
      </w:pPr>
      <w:r>
        <w:t>Why the Welsh setting gives the romance extra weight</w:t>
      </w:r>
      <w:r/>
    </w:p>
    <w:p>
      <w:r/>
      <w:r>
        <w:t>The coast isn’t just a scenic backdrop here. Its rough waters, working boats and close-knit communities reflect the film’s emotional weather, giving the story a physical sense of isolation. The sea can look open and liberating, but Jack’s world remains tightly bounded.</w:t>
      </w:r>
      <w:r/>
    </w:p>
    <w:p>
      <w:r/>
      <w:r>
        <w:t>Film Hub Wales places the film within a distinctly Welsh cinematic landscape, one where place and community carry real narrative force. That detail matters because Jack isn’t simply deciding whether to pursue a new relationship. He’s weighing desire against the traditions that have shaped nearly every part of his adult life.</w:t>
      </w:r>
      <w:r/>
    </w:p>
    <w:p>
      <w:r/>
      <w:r>
        <w:t>There’s a familiar romantic-drama pull to the setup, but On the Sea appears less interested in easy escape than in consequences. The attractive stranger may be part of the hook, but the deeper question is whether a person can rebuild a life after years of living according to somebody else’s expectations.</w:t>
      </w:r>
      <w:r/>
    </w:p>
    <w:p>
      <w:pPr>
        <w:pStyle w:val="Heading2"/>
      </w:pPr>
      <w:r>
        <w:t>A queer drama about belonging, not just romance</w:t>
      </w:r>
      <w:r/>
    </w:p>
    <w:p>
      <w:r/>
      <w:r>
        <w:t>The film’s central tension comes from the collision between private feeling and public identity. Jack’s dilemma is not only whether he loves Daniel, but whether he can accept what that love reveals about the life he’s been leading.</w:t>
      </w:r>
      <w:r/>
    </w:p>
    <w:p>
      <w:r/>
      <w:r>
        <w:t>According to coverage of the film’s development, Walsh was partly inspired by a man who was rejected by his family and community after coming out. That background gives the story a sharper emotional edge, particularly for viewers who recognise the fear of being cast out by the people and places that are supposed to feel like home.</w:t>
      </w:r>
      <w:r/>
    </w:p>
    <w:p>
      <w:r/>
      <w:r>
        <w:t>The result sounds more reflective than sensational. On the Sea treats coming to terms with sexuality as a process tangled up with age, marriage, work and responsibility. It’s a difficult mix, and that’s precisely why the story feels more grounded than a straightforward secret affair.</w:t>
      </w:r>
      <w:r/>
    </w:p>
    <w:p>
      <w:pPr>
        <w:pStyle w:val="Heading2"/>
      </w:pPr>
      <w:r>
        <w:t>From Edinburgh festival discovery to wider release</w:t>
      </w:r>
      <w:r/>
    </w:p>
    <w:p>
      <w:r/>
      <w:r>
        <w:t>On the Sea first premiered at the Edinburgh International Film Festival in August 2025, then received its North American premiere at the Palm Springs International Film Festival in 2026. The festival route helped position it as a character-led LGBTQ drama rather than a conventional commercial romance.</w:t>
      </w:r>
      <w:r/>
    </w:p>
    <w:p>
      <w:r/>
      <w:r>
        <w:t>The film’s international presence is also reflected in listings from Mubi and Rotten Tomatoes, although availability varies by territory. UK audiences saw the film reach cinemas in July 2026, while Australian viewers have been able to find it at selected venues, including cinemas in Sydney, Melbourne and Brisbane.</w:t>
      </w:r>
      <w:r/>
    </w:p>
    <w:p>
      <w:r/>
      <w:r>
        <w:t>That staggered release is typical of independent features, particularly films that build momentum through festivals before moving into regional cinema runs and digital platforms. If you prefer discovering intimate dramas before they become part of the wider streaming conversation, this is exactly the sort of title to keep an eye on.</w:t>
      </w:r>
      <w:r/>
    </w:p>
    <w:p>
      <w:pPr>
        <w:pStyle w:val="Heading2"/>
      </w:pPr>
      <w:r>
        <w:t>Who should add On the Sea to their watchlist?</w:t>
      </w:r>
      <w:r/>
    </w:p>
    <w:p>
      <w:r/>
      <w:r>
        <w:t>This is likely to appeal to viewers who enjoy slow-burning queer cinema, emotionally complicated romances and stories where landscape feels almost like another character. Fans of restrained British drama may also appreciate its focus on glances, pauses and the pressure of ordinary routines.</w:t>
      </w:r>
      <w:r/>
    </w:p>
    <w:p>
      <w:r/>
      <w:r>
        <w:t>It’s less suited to anyone looking for a breezy seaside romance. Jack’s choices carry real consequences, and the film’s appeal lies in that discomfort. There’s tenderness here, but it sits alongside fear, secrecy and the awkward business of changing direction late in life.</w:t>
      </w:r>
      <w:r/>
    </w:p>
    <w:p>
      <w:r/>
      <w:r>
        <w:t>For LGBTQ viewers, the story may feel especially resonant because it asks a difficult but recognisable question: what happens when the identity you’ve protected begins to compete with the life you’ve built? Sometimes the most affecting drama comes not from a grand declaration, but from the moment someone realises they can’t keep pretending.</w:t>
      </w:r>
      <w:r/>
    </w:p>
    <w:p>
      <w:r/>
      <w:r>
        <w:t>On the Sea is a quietly powerful choice for anyone drawn to Welsh landscapes, forbidden love and queer stories about finding the courage to belong to yourself.</w:t>
      </w:r>
      <w:r/>
    </w:p>
    <w:p>
      <w:r/>
      <w:r>
        <w:t>Explore it if you’re in the mood for a thoughtful, windswept drama.</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2">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[5]</w:t>
        </w:r>
      </w:hyperlink>
      <w:r>
        <w:t xml:space="preserve">, </w:t>
      </w:r>
      <w:hyperlink r:id="rId13">
        <w:r>
          <w:rPr>
            <w:color w:val="0000EE"/>
            <w:u w:val="single"/>
          </w:rPr>
          <w:t>[6]</w:t>
        </w:r>
      </w:hyperlink>
      <w:r>
        <w:t xml:space="preserve">- Paragraph 4: </w:t>
      </w:r>
      <w:hyperlink r:id="rId10">
        <w:r>
          <w:rPr>
            <w:color w:val="0000EE"/>
            <w:u w:val="single"/>
          </w:rPr>
          <w:t>[3]</w:t>
        </w:r>
      </w:hyperlink>
      <w:r>
        <w:t xml:space="preserve">, </w:t>
      </w:r>
      <w:hyperlink r:id="rId11">
        <w:r>
          <w:rPr>
            <w:color w:val="0000EE"/>
            <w:u w:val="single"/>
          </w:rPr>
          <w:t>[5]</w:t>
        </w:r>
      </w:hyperlink>
      <w:r>
        <w:t xml:space="preserve">- Paragraph 5: </w:t>
      </w:r>
      <w:hyperlink r:id="rId12">
        <w:r>
          <w:rPr>
            <w:color w:val="0000EE"/>
            <w:u w:val="single"/>
          </w:rPr>
          <w:t>[2]</w:t>
        </w:r>
      </w:hyperlink>
      <w:r>
        <w:t xml:space="preserve">, </w:t>
      </w:r>
      <w:hyperlink r:id="rId14">
        <w:r>
          <w:rPr>
            <w:color w:val="0000EE"/>
            <w:u w:val="single"/>
          </w:rPr>
          <w:t>[7]</w:t>
        </w:r>
      </w:hyperlink>
      <w:r>
        <w:t xml:space="preserve">- Paragraph 6: </w:t>
      </w:r>
      <w:hyperlink r:id="rId15">
        <w:r>
          <w:rPr>
            <w:color w:val="0000EE"/>
            <w:u w:val="single"/>
          </w:rPr>
          <w:t>[4]</w:t>
        </w:r>
      </w:hyperlink>
      <w:r>
        <w:t xml:space="preserve">, </w:t>
      </w:r>
      <w:hyperlink r:id="rId14">
        <w:r>
          <w:rPr>
            <w:color w:val="0000EE"/>
            <w:u w:val="single"/>
          </w:rPr>
          <w:t>[7]</w:t>
        </w:r>
      </w:hyperlink>
      <w:r>
        <w:t xml:space="preserve">- Paragraph 7: </w:t>
      </w:r>
      <w:hyperlink r:id="rId12">
        <w:r>
          <w:rPr>
            <w:color w:val="0000EE"/>
            <w:u w:val="single"/>
          </w:rPr>
          <w:t>[2]</w:t>
        </w:r>
      </w:hyperlink>
      <w:r>
        <w:t xml:space="preserve">, </w:t>
      </w:r>
      <w:hyperlink r:id="rId13">
        <w:r>
          <w:rPr>
            <w:color w:val="0000EE"/>
            <w:u w:val="single"/>
          </w:rPr>
          <w:t>[6]</w:t>
        </w:r>
      </w:hyperlink>
      <w:r>
        <w:t xml:space="preserve">- Paragraph 8: </w:t>
      </w:r>
      <w:hyperlink r:id="rId10">
        <w:r>
          <w:rPr>
            <w:color w:val="0000EE"/>
            <w:u w:val="single"/>
          </w:rPr>
          <w:t>[3]</w:t>
        </w:r>
      </w:hyperlink>
      <w:r>
        <w:t xml:space="preserve">, </w:t>
      </w:r>
      <w:hyperlink r:id="rId11">
        <w:r>
          <w:rPr>
            <w:color w:val="0000EE"/>
            <w:u w:val="single"/>
          </w:rPr>
          <w:t>[5]</w:t>
        </w:r>
      </w:hyperlink>
      <w:r>
        <w:t xml:space="preserve">- Paragraph 9: </w:t>
      </w:r>
      <w:hyperlink r:id="rId15">
        <w:r>
          <w:rPr>
            <w:color w:val="0000EE"/>
            <w:u w:val="single"/>
          </w:rPr>
          <w:t>[4]</w:t>
        </w:r>
      </w:hyperlink>
      <w:r>
        <w:t xml:space="preserve">, </w:t>
      </w:r>
      <w:hyperlink r:id="rId14">
        <w:r>
          <w:rPr>
            <w:color w:val="0000EE"/>
            <w:u w:val="single"/>
          </w:rPr>
          <w:t>[7]</w:t>
        </w:r>
      </w:hyperlink>
      <w:r>
        <w:t xml:space="preserve">- Paragraph 10: </w:t>
      </w:r>
      <w:hyperlink r:id="rId12">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[5]</w:t>
        </w:r>
      </w:hyperlink>
      <w:r>
        <w:t xml:space="preserve">, </w:t>
      </w:r>
      <w:hyperlink r:id="rId13">
        <w:r>
          <w:rPr>
            <w:color w:val="0000EE"/>
            <w:u w:val="single"/>
          </w:rPr>
          <w:t>[6]</w:t>
        </w:r>
      </w:hyperlink>
      <w:r>
        <w:t xml:space="preserve">- Paragraph 12: </w:t>
      </w:r>
      <w:hyperlink r:id="rId15">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https://instinctmagazine.com/on-the-sea-queer-british-drama/</w:t>
        </w:r>
      </w:hyperlink>
      <w:r>
        <w:t xml:space="preserve"> - Please view link - unable to able to access data</w:t>
      </w:r>
      <w:r/>
    </w:p>
    <w:p>
      <w:pPr>
        <w:pStyle w:val="ListNumber"/>
        <w:spacing w:line="240" w:lineRule="auto"/>
        <w:ind w:left="720"/>
      </w:pPr>
      <w:r/>
      <w:hyperlink r:id="rId12">
        <w:r>
          <w:rPr>
            <w:color w:val="0000EE"/>
            <w:u w:val="single"/>
          </w:rPr>
          <w:t>https://en.wikipedia.org/wiki/On_the_Sea_(2025_film)</w:t>
        </w:r>
      </w:hyperlink>
      <w:r>
        <w:t xml:space="preserve"> - 'On the Sea' is a 2025 British drama film directed by Helen Walsh, featuring Barry Ward, Lorne MacFadyen, and Henry Lawfull. Set in a remote fishing community in North Wales, the film follows Jack, a mussel harvester, whose life is disrupted by his son's resistance to join the family business and the arrival of an itinerant deckhand, Daniel. The film premiered at the Edinburgh International Film Festival in August 2025 and was selected for the Sean Connery Prize. (</w:t>
      </w:r>
      <w:hyperlink r:id="rId16">
        <w:r>
          <w:rPr>
            <w:color w:val="0000EE"/>
            <w:u w:val="single"/>
          </w:rPr>
          <w:t>en.wikipedia.org</w:t>
        </w:r>
      </w:hyperlink>
      <w:r>
        <w:t>)</w:t>
      </w:r>
      <w:r/>
    </w:p>
    <w:p>
      <w:pPr>
        <w:pStyle w:val="ListNumber"/>
        <w:spacing w:line="240" w:lineRule="auto"/>
        <w:ind w:left="720"/>
      </w:pPr>
      <w:r/>
      <w:hyperlink r:id="rId10">
        <w:r>
          <w:rPr>
            <w:color w:val="0000EE"/>
            <w:u w:val="single"/>
          </w:rPr>
          <w:t>https://filmsandfestivals.britishcouncil.org/projects/on-the-sea</w:t>
        </w:r>
      </w:hyperlink>
      <w:r>
        <w:t xml:space="preserve"> - 'On the Sea' is a British drama directed by Helen Walsh, set in a close-knit fishing community in North Wales. The film explores themes of forbidden desire, family expectations, and the struggle to belong in a community that might not accept the real you. It premiered at the Edinburgh International Film Festival in August 2025. (</w:t>
      </w:r>
      <w:hyperlink r:id="rId17">
        <w:r>
          <w:rPr>
            <w:color w:val="0000EE"/>
            <w:u w:val="single"/>
          </w:rPr>
          <w:t>filmsandfestivals.britishcouncil.org</w:t>
        </w:r>
      </w:hyperlink>
      <w:r>
        <w:t>)</w:t>
      </w:r>
      <w:r/>
    </w:p>
    <w:p>
      <w:pPr>
        <w:pStyle w:val="ListNumber"/>
        <w:spacing w:line="240" w:lineRule="auto"/>
        <w:ind w:left="720"/>
      </w:pPr>
      <w:r/>
      <w:hyperlink r:id="rId15">
        <w:r>
          <w:rPr>
            <w:color w:val="0000EE"/>
            <w:u w:val="single"/>
          </w:rPr>
          <w:t>https://www.rottentomatoes.com/m/on_the_sea</w:t>
        </w:r>
      </w:hyperlink>
      <w:r>
        <w:t xml:space="preserve"> - 'On the Sea' is a British drama directed by Helen Walsh, set in a remote fishing community in North Wales. The film follows Jack, a mussel harvester, whose life is disrupted by his son's resistance to join the family business and the arrival of an itinerant deckhand, Daniel. The film premiered at the Edinburgh International Film Festival in August 2025. (</w:t>
      </w:r>
      <w:hyperlink r:id="rId18">
        <w:r>
          <w:rPr>
            <w:color w:val="0000EE"/>
            <w:u w:val="single"/>
          </w:rPr>
          <w:t>rottentomatoes.com</w:t>
        </w:r>
      </w:hyperlink>
      <w:r>
        <w:t>)</w:t>
      </w:r>
      <w:r/>
    </w:p>
    <w:p>
      <w:pPr>
        <w:pStyle w:val="ListNumber"/>
        <w:spacing w:line="240" w:lineRule="auto"/>
        <w:ind w:left="720"/>
      </w:pPr>
      <w:r/>
      <w:hyperlink r:id="rId11">
        <w:r>
          <w:rPr>
            <w:color w:val="0000EE"/>
            <w:u w:val="single"/>
          </w:rPr>
          <w:t>https://filmhubwales.org/films/on-the-sea/</w:t>
        </w:r>
      </w:hyperlink>
      <w:r>
        <w:t xml:space="preserve"> - 'On the Sea' is a British drama directed by Helen Walsh, set in a close-knit fishing community in North Wales. The film explores themes of forbidden desire, family expectations, and the struggle to belong in a community that might not accept the real you. It premiered at the Edinburgh International Film Festival in August 2025. (</w:t>
      </w:r>
      <w:hyperlink r:id="rId19">
        <w:r>
          <w:rPr>
            <w:color w:val="0000EE"/>
            <w:u w:val="single"/>
          </w:rPr>
          <w:t>filmhubwales.org</w:t>
        </w:r>
      </w:hyperlink>
      <w:r>
        <w:t>)</w:t>
      </w:r>
      <w:r/>
    </w:p>
    <w:p>
      <w:pPr>
        <w:pStyle w:val="ListNumber"/>
        <w:spacing w:line="240" w:lineRule="auto"/>
        <w:ind w:left="720"/>
      </w:pPr>
      <w:r/>
      <w:hyperlink r:id="rId13">
        <w:r>
          <w:rPr>
            <w:color w:val="0000EE"/>
            <w:u w:val="single"/>
          </w:rPr>
          <w:t>https://themovieisle.com/2025/08/20/on-the-sea-edinburgh-international-film-festival-2025/</w:t>
        </w:r>
      </w:hyperlink>
      <w:r>
        <w:t xml:space="preserve"> - 'On the Sea' is a British drama directed by Helen Walsh, set in a remote fishing community in North Wales. The film follows Jack, a mussel harvester, whose life is disrupted by his son's resistance to join the family business and the arrival of an itinerant deckhand, Daniel. The film premiered at the Edinburgh International Film Festival in August 2025. (</w:t>
      </w:r>
      <w:hyperlink r:id="rId20">
        <w:r>
          <w:rPr>
            <w:color w:val="0000EE"/>
            <w:u w:val="single"/>
          </w:rPr>
          <w:t>themovieisle.com</w:t>
        </w:r>
      </w:hyperlink>
      <w:r>
        <w:t>)</w:t>
      </w:r>
      <w:r/>
    </w:p>
    <w:p>
      <w:pPr>
        <w:pStyle w:val="ListNumber"/>
        <w:spacing w:line="240" w:lineRule="auto"/>
        <w:ind w:left="720"/>
      </w:pPr>
      <w:r/>
      <w:hyperlink r:id="rId14">
        <w:r>
          <w:rPr>
            <w:color w:val="0000EE"/>
            <w:u w:val="single"/>
          </w:rPr>
          <w:t>https://mubi.com/en/us/films/on-the-sea-2025</w:t>
        </w:r>
      </w:hyperlink>
      <w:r>
        <w:t xml:space="preserve"> - 'On the Sea' is a British drama directed by Helen Walsh, set in a remote fishing community in North Wales. The film follows Jack, a mussel harvester, whose life is disrupted by his son's resistance to join the family business and the arrival of an itinerant deckhand, Daniel. The film premiered at the Edinburgh International Film Festival in August 2025. (</w:t>
      </w:r>
      <w:hyperlink r:id="rId21">
        <w:r>
          <w:rPr>
            <w:color w:val="0000EE"/>
            <w:u w:val="single"/>
          </w:rPr>
          <w:t>mubi.com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on-the-sea-queer-british-drama/" TargetMode="External"/><Relationship Id="rId10" Type="http://schemas.openxmlformats.org/officeDocument/2006/relationships/hyperlink" Target="https://filmsandfestivals.britishcouncil.org/projects/on-the-sea" TargetMode="External"/><Relationship Id="rId11" Type="http://schemas.openxmlformats.org/officeDocument/2006/relationships/hyperlink" Target="https://filmhubwales.org/films/on-the-sea/" TargetMode="External"/><Relationship Id="rId12" Type="http://schemas.openxmlformats.org/officeDocument/2006/relationships/hyperlink" Target="https://en.wikipedia.org/wiki/On_the_Sea_(2025_film)" TargetMode="External"/><Relationship Id="rId13" Type="http://schemas.openxmlformats.org/officeDocument/2006/relationships/hyperlink" Target="https://themovieisle.com/2025/08/20/on-the-sea-edinburgh-international-film-festival-2025/" TargetMode="External"/><Relationship Id="rId14" Type="http://schemas.openxmlformats.org/officeDocument/2006/relationships/hyperlink" Target="https://mubi.com/en/us/films/on-the-sea-2025" TargetMode="External"/><Relationship Id="rId15" Type="http://schemas.openxmlformats.org/officeDocument/2006/relationships/hyperlink" Target="https://www.rottentomatoes.com/m/on_the_sea" TargetMode="External"/><Relationship Id="rId16" Type="http://schemas.openxmlformats.org/officeDocument/2006/relationships/hyperlink" Target="https://en.wikipedia.org/wiki/On_the_Sea_%282025_film%29?utm_source=openai" TargetMode="External"/><Relationship Id="rId17" Type="http://schemas.openxmlformats.org/officeDocument/2006/relationships/hyperlink" Target="https://filmsandfestivals.britishcouncil.org/projects/on-the-sea?utm_source=openai" TargetMode="External"/><Relationship Id="rId18" Type="http://schemas.openxmlformats.org/officeDocument/2006/relationships/hyperlink" Target="https://www.rottentomatoes.com/m/on_the_sea?utm_source=openai" TargetMode="External"/><Relationship Id="rId19" Type="http://schemas.openxmlformats.org/officeDocument/2006/relationships/hyperlink" Target="https://filmhubwales.org/films/on-the-sea/?utm_source=openai" TargetMode="External"/><Relationship Id="rId20" Type="http://schemas.openxmlformats.org/officeDocument/2006/relationships/hyperlink" Target="https://themovieisle.com/2025/08/20/on-the-sea-edinburgh-international-film-festival-2025/?utm_source=openai" TargetMode="External"/><Relationship Id="rId21" Type="http://schemas.openxmlformats.org/officeDocument/2006/relationships/hyperlink" Target="https://mubi.com/en/us/films/on-the-sea-2025?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