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VisionQuest Update: Tommy Maximoff Confirmed Bisexual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Marvel fans are getting a clearer look at Tommy Maximoff in VisionQuest, with actor Ruaridh Mollica confirming the character is bisexual while discussing his own queer identity. The revelation matters because it brings openly bisexual representation to a major MCU storyline, even though Tommy’s attraction to men hasn’t yet been shown on screen.</w:t>
      </w:r>
      <w:r/>
    </w:p>
    <w:p>
      <w:pPr>
        <w:pStyle w:val="Heading2"/>
      </w:pPr>
      <w:r>
        <w:t>Essential Takeaways</w:t>
      </w:r>
      <w:r/>
      <w:r/>
    </w:p>
    <w:p>
      <w:pPr>
        <w:pStyle w:val="ListBullet"/>
        <w:spacing w:line="240" w:lineRule="auto"/>
        <w:ind w:left="720"/>
      </w:pPr>
      <w:r/>
      <w:r>
        <w:rPr>
          <w:b/>
        </w:rPr>
        <w:t>Tommy is bisexual:</w:t>
      </w:r>
      <w:r>
        <w:t xml:space="preserve"> Ruaridh Mollica has confirmed the MCU character’s identity.</w:t>
      </w:r>
      <w:r/>
    </w:p>
    <w:p>
      <w:pPr>
        <w:pStyle w:val="ListBullet"/>
        <w:spacing w:line="240" w:lineRule="auto"/>
        <w:ind w:left="720"/>
      </w:pPr>
      <w:r/>
      <w:r>
        <w:rPr>
          <w:b/>
        </w:rPr>
        <w:t>Representation matters:</w:t>
      </w:r>
      <w:r>
        <w:t xml:space="preserve"> Mollica says playing Tommy feels personal and affirming.</w:t>
      </w:r>
      <w:r/>
    </w:p>
    <w:p>
      <w:pPr>
        <w:pStyle w:val="ListBullet"/>
        <w:spacing w:line="240" w:lineRule="auto"/>
        <w:ind w:left="720"/>
      </w:pPr>
      <w:r/>
      <w:r>
        <w:rPr>
          <w:b/>
        </w:rPr>
        <w:t>His sexuality is nuanced:</w:t>
      </w:r>
      <w:r>
        <w:t xml:space="preserve"> Tommy’s on-screen flirting with Lisa doesn’t contradict his bisexuality.</w:t>
      </w:r>
      <w:r/>
    </w:p>
    <w:p>
      <w:pPr>
        <w:pStyle w:val="ListBullet"/>
        <w:spacing w:line="240" w:lineRule="auto"/>
        <w:ind w:left="720"/>
      </w:pPr>
      <w:r/>
      <w:r>
        <w:rPr>
          <w:b/>
        </w:rPr>
        <w:t>A major Marvel role:</w:t>
      </w:r>
      <w:r>
        <w:t xml:space="preserve"> VisionQuest is Mollica’s most prominent project so far.</w:t>
      </w:r>
      <w:r/>
    </w:p>
    <w:p>
      <w:pPr>
        <w:pStyle w:val="ListBullet"/>
        <w:spacing w:line="240" w:lineRule="auto"/>
        <w:ind w:left="720"/>
      </w:pPr>
      <w:r/>
      <w:r>
        <w:rPr>
          <w:b/>
        </w:rPr>
        <w:t>More brotherly dynamics ahead:</w:t>
      </w:r>
      <w:r>
        <w:t xml:space="preserve"> Wiccan and Speed are expected to share the screen eventually.</w:t>
      </w:r>
      <w:r/>
      <w:r/>
    </w:p>
    <w:p>
      <w:pPr>
        <w:pStyle w:val="Heading2"/>
      </w:pPr>
      <w:r>
        <w:t>Tommy Maximoff’s bisexuality is now part of the conversation</w:t>
      </w:r>
      <w:r/>
    </w:p>
    <w:p>
      <w:r/>
      <w:r>
        <w:t>The biggest VisionQuest reveal is refreshingly simple: Tommy Maximoff is bisexual. Mollica confirmed the detail while discussing the character and said he felt honoured that Marvel had cast a bisexual actor in the role, according to Just Jared.</w:t>
      </w:r>
      <w:r/>
    </w:p>
    <w:p>
      <w:r/>
      <w:r>
        <w:t>That matters because Tommy’s sexuality hasn’t been presented through an obvious same-sex romance. Instead, viewers have seen him flirt with Lisa Molinari, a detail that could easily lead to familiar assumptions. Mollica’s point is that bisexuality isn’t defined by a character’s current partner, but by identity and attraction.</w:t>
      </w:r>
      <w:r/>
    </w:p>
    <w:p>
      <w:r/>
      <w:r>
        <w:t>It’s a small but important distinction, particularly in a superhero universe where representation can sometimes feel more symbolic than lived-in.</w:t>
      </w:r>
      <w:r/>
    </w:p>
    <w:p>
      <w:pPr>
        <w:pStyle w:val="Heading2"/>
      </w:pPr>
      <w:r>
        <w:t>Ruaridh Mollica says his own identity shaped the role</w:t>
      </w:r>
      <w:r/>
    </w:p>
    <w:p>
      <w:r/>
      <w:r>
        <w:t>Mollica identifies as bisexual and queer, and has described his understanding of sexuality as an ongoing journey. In earlier interviews, he explained that moving to London and working on projects including Too Rough and Sebastian helped him examine his identity more openly.</w:t>
      </w:r>
      <w:r/>
    </w:p>
    <w:p>
      <w:r/>
      <w:r>
        <w:t>The actor has also said that he prefers the word queer, while still identifying as bisexual. That combination reflects the flexibility many people bring to labels, rather than suggesting that one term must cancel out another.</w:t>
      </w:r>
      <w:r/>
    </w:p>
    <w:p>
      <w:r/>
      <w:r>
        <w:t>According to The Pink News, Mollica’s openness has made his casting especially meaningful to LGBTQ+ viewers. There’s a quiet honesty to that: sometimes the most powerful representation comes from an actor who understands the uncertainty, discovery and relief behind the label.</w:t>
      </w:r>
      <w:r/>
    </w:p>
    <w:p>
      <w:pPr>
        <w:pStyle w:val="Heading2"/>
      </w:pPr>
      <w:r>
        <w:t>Why Tommy’s storyline could land differently</w:t>
      </w:r>
      <w:r/>
    </w:p>
    <w:p>
      <w:r/>
      <w:r>
        <w:t>Tommy has plenty of comic-book history behind him, but VisionQuest gives the character room to develop beyond being simply one half of the Maximoff twins. GamesRadar has reported that Mollica compared Tommy’s experience of discovering his powers to Peter Parker’s early superhero journey, suggesting a coming-of-age story filled with confusion, nerves and sudden responsibility.</w:t>
      </w:r>
      <w:r/>
    </w:p>
    <w:p>
      <w:r/>
      <w:r>
        <w:t>That comparison makes sense. Tommy isn’t expected to arrive fully formed, and his sexuality can sit naturally alongside the wider process of working out who he is. He can be a fast-moving Marvel hero, a brother, a flirt and a bisexual man without the story needing to reduce him to any one feature.</w:t>
      </w:r>
      <w:r/>
    </w:p>
    <w:p>
      <w:r/>
      <w:r>
        <w:t>The practical takeaway for viewers is to watch for what the series shows over time, rather than expecting one scene to explain everything. Identity is rarely delivered in a neat superhero origin sequence.</w:t>
      </w:r>
      <w:r/>
    </w:p>
    <w:p>
      <w:pPr>
        <w:pStyle w:val="Heading2"/>
      </w:pPr>
      <w:r>
        <w:t>VisionQuest is building towards a powerful family reunion</w:t>
      </w:r>
      <w:r/>
    </w:p>
    <w:p>
      <w:r/>
      <w:r>
        <w:t>Tommy’s connection with his brother Billy, better known as Wiccan, is another major reason fans are watching closely. GamesRadar reports that VisionQuest executive producer Mary Livanos has teased the brotherly bond audiences will feel when the pair eventually appear together in the MCU.</w:t>
      </w:r>
      <w:r/>
    </w:p>
    <w:p>
      <w:r/>
      <w:r>
        <w:t>That relationship could give the series its emotional centre. The twins have extraordinary abilities, but the sibling chemistry may be what makes them memorable. Superhero spectacle is fun, of course, but a knowing look between brothers can sometimes do more work than an entire corridor of explosions.</w:t>
      </w:r>
      <w:r/>
    </w:p>
    <w:p>
      <w:r/>
      <w:r>
        <w:t>For Mollica, the chance to play Tommy while bringing a bisexual perspective to the role makes the reunion feel even more significant. It gives the character an identity that’s both explicit and open-ended.</w:t>
      </w:r>
      <w:r/>
    </w:p>
    <w:p>
      <w:pPr>
        <w:pStyle w:val="Heading2"/>
      </w:pPr>
      <w:r>
        <w:t>What fans should expect from Tommy next</w:t>
      </w:r>
      <w:r/>
    </w:p>
    <w:p>
      <w:r/>
      <w:r>
        <w:t>The Direct and ComingSoon have both highlighted Mollica’s comments about Tommy’s bisexuality, reinforcing that the character’s identity is part of the conversation around VisionQuest rather than a fan theory. Still, viewers shouldn’t assume the show will immediately turn that confirmation into a romance plot.</w:t>
      </w:r>
      <w:r/>
    </w:p>
    <w:p>
      <w:r/>
      <w:r>
        <w:t>The more interesting possibility is a character who exists comfortably within the wider story. Tommy can flirt with Lisa, develop other relationships and still be bisexual. That approach may feel less dramatic on paper, but it’s often more convincing because it treats bisexuality as part of a person, not a twist.</w:t>
      </w:r>
      <w:r/>
    </w:p>
    <w:p>
      <w:r/>
      <w:r>
        <w:t>Marvel’s challenge now is straightforward: let the series follow through with the same confidence. Fans have heard the confirmation. The next step is seeing Tommy’s identity handled with warmth, consistency and enough screen time to feel real.</w:t>
      </w:r>
      <w:r/>
    </w:p>
    <w:p>
      <w:r/>
      <w:r>
        <w:t>It’s a meaningful step for Tommy, and an encouraging one for bisexual representation in the MCU.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[5]</w:t>
        </w:r>
      </w:hyperlink>
      <w:r>
        <w:t xml:space="preserve">, </w:t>
      </w:r>
      <w:hyperlink r:id="rId13">
        <w:r>
          <w:rPr>
            <w:color w:val="0000EE"/>
            <w:u w:val="single"/>
          </w:rPr>
          <w:t>[7]</w:t>
        </w:r>
      </w:hyperlink>
      <w:r>
        <w:t xml:space="preserve">- Paragraph 5: </w:t>
      </w:r>
      <w:hyperlink r:id="rId11">
        <w:r>
          <w:rPr>
            <w:color w:val="0000EE"/>
            <w:u w:val="single"/>
          </w:rPr>
          <w:t>[6]</w:t>
        </w:r>
      </w:hyperlink>
      <w:r>
        <w:t xml:space="preserve">, </w:t>
      </w:r>
      <w:hyperlink r:id="rId13">
        <w:r>
          <w:rPr>
            <w:color w:val="0000EE"/>
            <w:u w:val="single"/>
          </w:rPr>
          <w:t>[7]</w:t>
        </w:r>
      </w:hyperlink>
      <w:r>
        <w:t xml:space="preserve">- Paragraph 6: </w:t>
      </w:r>
      <w:hyperlink r:id="rId14">
        <w:r>
          <w:rPr>
            <w:color w:val="0000EE"/>
            <w:u w:val="single"/>
          </w:rPr>
          <w:t>[3]</w:t>
        </w:r>
      </w:hyperlink>
      <w:r>
        <w:t xml:space="preserve">, </w:t>
      </w:r>
      <w:hyperlink r:id="rId12">
        <w:r>
          <w:rPr>
            <w:color w:val="0000EE"/>
            <w:u w:val="single"/>
          </w:rPr>
          <w:t>[4]</w:t>
        </w:r>
      </w:hyperlink>
      <w:r>
        <w:t xml:space="preserve">- Paragraph 7: </w:t>
      </w:r>
      <w:hyperlink r:id="rId14">
        <w:r>
          <w:rPr>
            <w:color w:val="0000EE"/>
            <w:u w:val="single"/>
          </w:rPr>
          <w:t>[3]</w:t>
        </w:r>
      </w:hyperlink>
      <w:r>
        <w:t xml:space="preserve">, </w:t>
      </w:r>
      <w:hyperlink r:id="rId10">
        <w:r>
          <w:rPr>
            <w:color w:val="0000EE"/>
            <w:u w:val="single"/>
          </w:rPr>
          <w:t>[5]</w:t>
        </w:r>
      </w:hyperlink>
      <w:r>
        <w:t xml:space="preserve">- Paragraph 8: </w:t>
      </w:r>
      <w:hyperlink r:id="rId12">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[5]</w:t>
        </w:r>
      </w:hyperlink>
      <w:r>
        <w:t xml:space="preserve">, </w:t>
      </w:r>
      <w:hyperlink r:id="rId13">
        <w:r>
          <w:rPr>
            <w:color w:val="0000EE"/>
            <w:u w:val="single"/>
          </w:rPr>
          <w:t>[7]</w:t>
        </w:r>
      </w:hyperlink>
      <w:r>
        <w:t xml:space="preserve">- Paragraph 10: </w:t>
      </w:r>
      <w:hyperlink r:id="rId14">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[5]</w:t>
        </w:r>
      </w:hyperlink>
      <w:r>
        <w:t xml:space="preserve">, </w:t>
      </w:r>
      <w:hyperlink r:id="rId11">
        <w:r>
          <w:rPr>
            <w:color w:val="0000EE"/>
            <w:u w:val="single"/>
          </w:rPr>
          <w:t>[6]</w:t>
        </w:r>
      </w:hyperlink>
      <w:r>
        <w:t xml:space="preserve">- Paragraph 12: </w:t>
      </w:r>
      <w:hyperlink r:id="rId14">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[5]</w:t>
        </w:r>
      </w:hyperlink>
      <w:r>
        <w:t xml:space="preserve">, </w:t>
      </w:r>
      <w:hyperlink r:id="rId11">
        <w:r>
          <w:rPr>
            <w:color w:val="0000EE"/>
            <w:u w:val="single"/>
          </w:rPr>
          <w:t>[6]</w:t>
        </w:r>
      </w:hyperlink>
      <w:r>
        <w:t xml:space="preserve">- Paragraph 14: </w:t>
      </w:r>
      <w:hyperlink r:id="rId12">
        <w:r>
          <w:rPr>
            <w:color w:val="0000EE"/>
            <w:u w:val="single"/>
          </w:rPr>
          <w:t>[4]</w:t>
        </w:r>
      </w:hyperlink>
      <w:r>
        <w:t xml:space="preserve">, </w:t>
      </w:r>
      <w:hyperlink r:id="rId13">
        <w:r>
          <w:rPr>
            <w:color w:val="0000EE"/>
            <w:u w:val="single"/>
          </w:rPr>
          <w:t>[7]</w:t>
        </w:r>
      </w:hyperlink>
      <w:r>
        <w:t xml:space="preserve">- Paragraph 15: </w:t>
      </w:r>
      <w:hyperlink r:id="rId14">
        <w:r>
          <w:rPr>
            <w:color w:val="0000EE"/>
            <w:u w:val="single"/>
          </w:rPr>
          <w:t>[3]</w:t>
        </w:r>
      </w:hyperlink>
      <w:r>
        <w:t xml:space="preserve">, </w:t>
      </w:r>
      <w:hyperlink r:id="rId10">
        <w:r>
          <w:rPr>
            <w:color w:val="0000EE"/>
            <w:u w:val="single"/>
          </w:rPr>
          <w:t>[5]</w:t>
        </w:r>
      </w:hyperlink>
      <w:r>
        <w:t xml:space="preserve">- Paragraph 16: </w:t>
      </w:r>
      <w:hyperlink r:id="rId12">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https://www.justjared.com/2026/10/16/ruaridh-mollica-talks-his-own-sexuality-while-confirming-tommy-is-bisexual-on-visionquest-tv-show/</w:t>
        </w:r>
      </w:hyperlink>
      <w:r>
        <w:t xml:space="preserve"> - Please view link - unable to able to access data</w:t>
      </w:r>
      <w:r/>
    </w:p>
    <w:p>
      <w:pPr>
        <w:pStyle w:val="ListNumber"/>
        <w:spacing w:line="240" w:lineRule="auto"/>
        <w:ind w:left="720"/>
      </w:pPr>
      <w:r/>
      <w:hyperlink r:id="rId9">
        <w:r>
          <w:rPr>
            <w:color w:val="0000EE"/>
            <w:u w:val="single"/>
          </w:rPr>
          <w:t>https://www.justjared.com/2026/10/16/ruaridh-mollica-talks-his-own-sexuality-while-confirming-tommy-is-bisexual-on-visionquest-tv-show/</w:t>
        </w:r>
      </w:hyperlink>
      <w:r>
        <w:t xml:space="preserve"> - In an interview with Just Jared, actor Ruaridh Mollica discusses his own bisexuality and the bisexuality of his character, Tommy Maximoff, in the Marvel series 'VisionQuest'. Mollica shares his journey of self-discovery, stating that moving to London allowed him to embrace his attraction to men. He also expresses pride in portraying a bisexual character in the MCU, emphasizing that Tommy's identity is about who he is inside and who he wants to flirt with, regardless of who he dates.</w:t>
      </w:r>
      <w:r/>
    </w:p>
    <w:p>
      <w:pPr>
        <w:pStyle w:val="ListNumber"/>
        <w:spacing w:line="240" w:lineRule="auto"/>
        <w:ind w:left="720"/>
      </w:pPr>
      <w:r/>
      <w:hyperlink r:id="rId14">
        <w:r>
          <w:rPr>
            <w:color w:val="0000EE"/>
            <w:u w:val="single"/>
          </w:rPr>
          <w:t>https://www.gamesradar.com/entertainment/marvel-tv-shows/visionquest-executive-producer-says-people-will-feel-the-brotherly-love-when-wiccan-and-speed-eventually-appear-together-in-the-mcu/</w:t>
        </w:r>
      </w:hyperlink>
      <w:r>
        <w:t xml:space="preserve"> - GamesRadar reports on an interview with 'VisionQuest' executive producer Mary Livanos, who discusses the anticipated dynamic between Wiccan and Speed in the Marvel Cinematic Universe. Livanos expresses excitement about bringing the twin brothers into the MCU, highlighting the emotional resonance their eventual reunion will bring. The article also touches on the series' premiere and its focus on the relationship between Vision and his son, Tommy Maximoff.</w:t>
      </w:r>
      <w:r/>
    </w:p>
    <w:p>
      <w:pPr>
        <w:pStyle w:val="ListNumber"/>
        <w:spacing w:line="240" w:lineRule="auto"/>
        <w:ind w:left="720"/>
      </w:pPr>
      <w:r/>
      <w:hyperlink r:id="rId12">
        <w:r>
          <w:rPr>
            <w:color w:val="0000EE"/>
            <w:u w:val="single"/>
          </w:rPr>
          <w:t>https://www.gamesradar.com/entertainment/marvel-tv-shows/visionquest-star-ruaridh-mollica-compares-tommy-figuring-out-his-powers-to-peter-parker/</w:t>
        </w:r>
      </w:hyperlink>
      <w:r>
        <w:t xml:space="preserve"> - In an exclusive interview with GamesRadar+, Ruaridh Mollica, who portrays Tommy Maximoff in 'VisionQuest', compares his character's journey of discovering his powers to Peter Parker's experiences in the 2002 'Spider-Man' film. Mollica discusses the intersection of humanity and superpowers, reflecting on the coming-of-age moments in superhero narratives. He also touches on the complex dynamic between Tommy and Ultron, adding layers of tension to the storyline.</w:t>
      </w:r>
      <w:r/>
    </w:p>
    <w:p>
      <w:pPr>
        <w:pStyle w:val="ListNumber"/>
        <w:spacing w:line="240" w:lineRule="auto"/>
        <w:ind w:left="720"/>
      </w:pPr>
      <w:r/>
      <w:hyperlink r:id="rId10">
        <w:r>
          <w:rPr>
            <w:color w:val="0000EE"/>
            <w:u w:val="single"/>
          </w:rPr>
          <w:t>https://www.thedirect.com/article/visionquest-ruaridh-mollica-marvel-hero-bisexuality</w:t>
        </w:r>
      </w:hyperlink>
      <w:r>
        <w:t xml:space="preserve"> - The Direct reports on Ruaridh Mollica's comments regarding his character, Tommy Maximoff's, bisexuality in the upcoming Marvel series 'VisionQuest'. Mollica addresses whether Tommy's bisexuality will be incorporated into the MCU, acknowledging the character's established identity in the comics and expressing hope that his portrayal will reflect this aspect of Tommy's character.</w:t>
      </w:r>
      <w:r/>
    </w:p>
    <w:p>
      <w:pPr>
        <w:pStyle w:val="ListNumber"/>
        <w:spacing w:line="240" w:lineRule="auto"/>
        <w:ind w:left="720"/>
      </w:pPr>
      <w:r/>
      <w:hyperlink r:id="rId11">
        <w:r>
          <w:rPr>
            <w:color w:val="0000EE"/>
            <w:u w:val="single"/>
          </w:rPr>
          <w:t>https://www.comingsoon.net/tv/news/2188382-visionquest-ruaridh-mollica-talks-tommy-maximoff-bi-sexuality</w:t>
        </w:r>
      </w:hyperlink>
      <w:r>
        <w:t xml:space="preserve"> - ComingSoon.net discusses Ruaridh Mollica's insights into Tommy Maximoff's bisexuality ahead of his debut in 'VisionQuest'. Mollica shares his thoughts on how Tommy's identity might be portrayed in the series, expressing hope that his own bisexuality will influence the character's personality and that this aspect can be explored in the future.</w:t>
      </w:r>
      <w:r/>
    </w:p>
    <w:p>
      <w:pPr>
        <w:pStyle w:val="ListNumber"/>
        <w:spacing w:line="240" w:lineRule="auto"/>
        <w:ind w:left="720"/>
      </w:pPr>
      <w:r/>
      <w:hyperlink r:id="rId13">
        <w:r>
          <w:rPr>
            <w:color w:val="0000EE"/>
            <w:u w:val="single"/>
          </w:rPr>
          <w:t>https://www.thepinknews.com/2026/09/10/marvel-cinematic-universe-visionquest-ruaridh-mollica/</w:t>
        </w:r>
      </w:hyperlink>
      <w:r>
        <w:t xml:space="preserve"> - PinkNews reports on Ruaridh Mollica's reflections about his role as Tommy Maximoff in 'VisionQuest'. Mollica discusses whether Tommy's queerness will be explicitly referenced in the series, expressing hope that his own bisexuality will come through in the character's personality and that this aspect can be explored in the future.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ustjared.com/2026/10/16/ruaridh-mollica-talks-his-own-sexuality-while-confirming-tommy-is-bisexual-on-visionquest-tv-show/" TargetMode="External"/><Relationship Id="rId10" Type="http://schemas.openxmlformats.org/officeDocument/2006/relationships/hyperlink" Target="https://www.thedirect.com/article/visionquest-ruaridh-mollica-marvel-hero-bisexuality" TargetMode="External"/><Relationship Id="rId11" Type="http://schemas.openxmlformats.org/officeDocument/2006/relationships/hyperlink" Target="https://www.comingsoon.net/tv/news/2188382-visionquest-ruaridh-mollica-talks-tommy-maximoff-bi-sexuality" TargetMode="External"/><Relationship Id="rId12" Type="http://schemas.openxmlformats.org/officeDocument/2006/relationships/hyperlink" Target="https://www.gamesradar.com/entertainment/marvel-tv-shows/visionquest-star-ruaridh-mollica-compares-tommy-figuring-out-his-powers-to-peter-parker/" TargetMode="External"/><Relationship Id="rId13" Type="http://schemas.openxmlformats.org/officeDocument/2006/relationships/hyperlink" Target="https://www.thepinknews.com/2026/09/10/marvel-cinematic-universe-visionquest-ruaridh-mollica/" TargetMode="External"/><Relationship Id="rId14" Type="http://schemas.openxmlformats.org/officeDocument/2006/relationships/hyperlink" Target="https://www.gamesradar.com/entertainment/marvel-tv-shows/visionquest-executive-producer-says-people-will-feel-the-brotherly-love-when-wiccan-and-speed-eventually-appear-together-in-the-mc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