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 Bola Negra: Why This Queer Spanish War Epic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finally getting a look at La Bola Negra, the much-anticipated Spanish queer war epic from Los Javis. With musician Guitarricadelafuente making a striking acting debut and Penelope Cruz bringing star power, the Netflix drama promises a sweeping story about hidden histories, desire and the lives official narratives leave behind.</w:t>
      </w:r>
      <w:r/>
    </w:p>
    <w:p>
      <w:pPr>
        <w:pStyle w:val="Heading2"/>
      </w:pPr>
      <w:r>
        <w:t>Essential Takeaways</w:t>
      </w:r>
      <w:r/>
      <w:r/>
    </w:p>
    <w:p>
      <w:pPr>
        <w:pStyle w:val="ListBullet"/>
        <w:spacing w:line="240" w:lineRule="auto"/>
        <w:ind w:left="720"/>
      </w:pPr>
      <w:r/>
      <w:r>
        <w:rPr>
          <w:b/>
        </w:rPr>
        <w:t>A major debut:</w:t>
      </w:r>
      <w:r>
        <w:t xml:space="preserve"> Musician Guitarricadelafuente leads the film as a young trumpeter caught up in the Spanish Civil War.</w:t>
      </w:r>
      <w:r/>
    </w:p>
    <w:p>
      <w:pPr>
        <w:pStyle w:val="ListBullet"/>
        <w:spacing w:line="240" w:lineRule="auto"/>
        <w:ind w:left="720"/>
      </w:pPr>
      <w:r/>
      <w:r>
        <w:rPr>
          <w:b/>
        </w:rPr>
        <w:t>A queer historical lens:</w:t>
      </w:r>
      <w:r>
        <w:t xml:space="preserve"> The story explores lives and relationships pushed out of Spain's accepted public history.</w:t>
      </w:r>
      <w:r/>
    </w:p>
    <w:p>
      <w:pPr>
        <w:pStyle w:val="ListBullet"/>
        <w:spacing w:line="240" w:lineRule="auto"/>
        <w:ind w:left="720"/>
      </w:pPr>
      <w:r/>
      <w:r>
        <w:rPr>
          <w:b/>
        </w:rPr>
        <w:t>Big-screen ambition:</w:t>
      </w:r>
      <w:r>
        <w:t xml:space="preserve"> Time shifts, war and romance give the film an expansive, epic feel.</w:t>
      </w:r>
      <w:r/>
    </w:p>
    <w:p>
      <w:pPr>
        <w:pStyle w:val="ListBullet"/>
        <w:spacing w:line="240" w:lineRule="auto"/>
        <w:ind w:left="720"/>
      </w:pPr>
      <w:r/>
      <w:r>
        <w:rPr>
          <w:b/>
        </w:rPr>
        <w:t>A notable co-star:</w:t>
      </w:r>
      <w:r>
        <w:t xml:space="preserve"> Penelope Cruz plays a woman who helps the protagonist see beyond his sheltered world.</w:t>
      </w:r>
      <w:r/>
    </w:p>
    <w:p>
      <w:pPr>
        <w:pStyle w:val="ListBullet"/>
        <w:spacing w:line="240" w:lineRule="auto"/>
        <w:ind w:left="720"/>
      </w:pPr>
      <w:r/>
      <w:r>
        <w:rPr>
          <w:b/>
        </w:rPr>
        <w:t>More than a period drama:</w:t>
      </w:r>
      <w:r>
        <w:t xml:space="preserve"> The film connects personal discovery with the wider struggle to recover queer stories.</w:t>
      </w:r>
      <w:r/>
      <w:r/>
    </w:p>
    <w:p>
      <w:pPr>
        <w:pStyle w:val="Heading2"/>
      </w:pPr>
      <w:r>
        <w:t>La Bola Negra arrives with plenty to say</w:t>
      </w:r>
      <w:r/>
    </w:p>
    <w:p>
      <w:r/>
      <w:r>
        <w:t>The most striking thing about La Bola Negra isn't simply its wartime setting. It's the sense that the film is reaching into the gaps between what history records and what people actually lived, with music, longing and danger moving through the same story.</w:t>
      </w:r>
      <w:r/>
    </w:p>
    <w:p>
      <w:r/>
      <w:r>
        <w:t>The Daily Beast has described the Netflix release as an ambitious answer to the traditional epic, a useful comparison for a film that appears to blend intimate queer storytelling with sweeping historical drama. That scale matters, but so does the emotional centre: one young man's world is opened up, painfully and permanently, as conflict reshapes Spain around him.</w:t>
      </w:r>
      <w:r/>
    </w:p>
    <w:p>
      <w:pPr>
        <w:pStyle w:val="Heading2"/>
      </w:pPr>
      <w:r>
        <w:t>Guitarricadelafuente swaps the stage for the screen</w:t>
      </w:r>
      <w:r/>
    </w:p>
    <w:p>
      <w:r/>
      <w:r>
        <w:t>Guitarricadelafuente's casting gives the project an intriguing edge. Rather than arriving with the polished familiarity of a seasoned film actor, he brings the instincts of a performer used to communicating through sound, rhythm and physical presence.</w:t>
      </w:r>
      <w:r/>
    </w:p>
    <w:p>
      <w:r/>
      <w:r>
        <w:t>The Los Angeles Times reported on the singer's first major acting role, highlighting the unusual path from music to cinema. That background could prove especially valuable here, since his character is a trumpeter whose inner life is closely tied to performance. In other words, the role doesn't ask him to leave music behind; it lets him use it as part of the character's language.</w:t>
      </w:r>
      <w:r/>
    </w:p>
    <w:p>
      <w:pPr>
        <w:pStyle w:val="Heading2"/>
      </w:pPr>
      <w:r>
        <w:t>A queer history that refuses to stay hidden</w:t>
      </w:r>
      <w:r/>
    </w:p>
    <w:p>
      <w:r/>
      <w:r>
        <w:t>At the heart of the film is a question that still feels urgent: who gets remembered, and who gets quietly edited out? La Bola Negra approaches queer history not as a footnote to Spain's past, but as a living part of it, shaped by fear, tenderness and the choices people made to survive.</w:t>
      </w:r>
      <w:r/>
    </w:p>
    <w:p>
      <w:r/>
      <w:r>
        <w:t>In an interview with Out, Guitarricadelafuente spoke about the importance of reclaiming queer histories that have been overlooked. That mission gives the film a purpose beyond costume, period detail and battlefield spectacle. The drama is asking audiences to look again at the past, this time through the people who were denied a comfortable place in the official version.</w:t>
      </w:r>
      <w:r/>
    </w:p>
    <w:p>
      <w:pPr>
        <w:pStyle w:val="Heading2"/>
      </w:pPr>
      <w:r>
        <w:t>Penelope Cruz brings warmth to the danger</w:t>
      </w:r>
      <w:r/>
    </w:p>
    <w:p>
      <w:r/>
      <w:r>
        <w:t>Cruz's presence adds instant weight, but her role sounds more interesting than a straightforward prestige cameo. She plays the woman who helps the young trumpeter recognise that the world is larger, stranger and less obedient than he has been taught to believe.</w:t>
      </w:r>
      <w:r/>
    </w:p>
    <w:p>
      <w:r/>
      <w:r>
        <w:t>The Associated Press has placed the film within the wider conversation around its cast and queer themes, while Out's coverage captures the warmth Guitarricadelafuente has expressed towards Cruz, calling her "a total mother". It's a revealing phrase: behind the film's grand historical sweep, there seems to be a strong sense of care between its performers.</w:t>
      </w:r>
      <w:r/>
    </w:p>
    <w:p>
      <w:pPr>
        <w:pStyle w:val="Heading2"/>
      </w:pPr>
      <w:r>
        <w:t>Why this Spanish queer war epic could travel far</w:t>
      </w:r>
      <w:r/>
    </w:p>
    <w:p>
      <w:r/>
      <w:r>
        <w:t>The trailer points towards a film that moves across time while keeping its emotional focus close to the characters. Live for Film described the project as a time-bending queer epic, an enticing combination for viewers who want historical cinema with a more adventurous structure.</w:t>
      </w:r>
      <w:r/>
    </w:p>
    <w:p>
      <w:r/>
      <w:r>
        <w:t>That blend may help La Bola Negra reach beyond the usual audience for Spanish-language period films. It has the ingredients of a prestige drama, but its queer perspective, musical lead and shifting timelines give it a fresher pulse. For anyone searching for a thoughtful queer historical film on Netflix, this could be one to watch closely.</w:t>
      </w:r>
      <w:r/>
    </w:p>
    <w:p>
      <w:r/>
      <w:r>
        <w:t>The larger question is what happens after the credits. A film can't restore every lost story, but it can make audiences curious about the people and experiences that history left in the shadows. That feels like La Bola Negra's most lasting promise.</w:t>
      </w:r>
      <w:r/>
    </w:p>
    <w:p>
      <w:r/>
      <w:r>
        <w:t>It's a bold invitation to hear the past differently.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https://www.out.com/newsletter/out-newsletter-10-16-26</w:t>
        </w:r>
      </w:hyperlink>
      <w:r>
        <w:t xml:space="preserve"> - Please view link - unable to able to access data</w:t>
      </w:r>
      <w:r/>
    </w:p>
    <w:p>
      <w:pPr>
        <w:pStyle w:val="ListNumber"/>
        <w:spacing w:line="240" w:lineRule="auto"/>
        <w:ind w:left="720"/>
      </w:pPr>
      <w:r/>
      <w:hyperlink r:id="rId10">
        <w:r>
          <w:rPr>
            <w:color w:val="0000EE"/>
            <w:u w:val="single"/>
          </w:rPr>
          <w:t>https://www.thedailybeast.com/obsessed/la-bola-negra-netflixs-epic-answer-to-the-odyssey-has-arrived</w:t>
        </w:r>
      </w:hyperlink>
      <w:r>
        <w:t xml:space="preserve"> - 'La Bola Negra' is a Spanish queer war epic directed by Javier Calvo and Javier Ambrossi, collectively known as Los Javis. The film intertwines three narratives set in 1930s Spain and 2017 Madrid, exploring themes of identity, repression, and historical memory. It follows gay protagonists navigating societal hostility and personal discovery. The film has been acclaimed for its emotional depth, visual richness, and evocative storytelling, drawing comparisons to cinematic epics like 'The English Patient' and 'Beau Travail'. (</w:t>
      </w:r>
      <w:hyperlink r:id="rId15">
        <w:r>
          <w:rPr>
            <w:color w:val="0000EE"/>
            <w:u w:val="single"/>
          </w:rPr>
          <w:t>thedailybeast.com</w:t>
        </w:r>
      </w:hyperlink>
      <w:r>
        <w:t>)</w:t>
      </w:r>
      <w:r/>
    </w:p>
    <w:p>
      <w:pPr>
        <w:pStyle w:val="ListNumber"/>
        <w:spacing w:line="240" w:lineRule="auto"/>
        <w:ind w:left="720"/>
      </w:pPr>
      <w:r/>
      <w:hyperlink r:id="rId12">
        <w:r>
          <w:rPr>
            <w:color w:val="0000EE"/>
            <w:u w:val="single"/>
          </w:rPr>
          <w:t>https://apnews.com/article/695c44316d3161676f8346f22c4a5e2c</w:t>
        </w:r>
      </w:hyperlink>
      <w:r>
        <w:t xml:space="preserve"> - 'La Bola Negra' is a sweeping Spanish drama directed by Javier Ambrossi and Javier Calvo, known as Los Javis. The film intertwines three timelines—1932, 1937, and 2017—to explore the lives of gay men during times of political upheaval and societal repression in Spain. Inspired by the unfinished writings of Federico García Lorca and the play 'La piedra oscura' about Lorca’s lover Rafael Rodríguez Rapún, the film addresses themes of identity, generational trauma, and the lingering effects of fascism. The narrative follows Sebastián, a musician forced to join the Nationalist army during the Spanish Civil War; Carlos, a young man rejected from a social club for his suspected homosexuality; and Alberto, a modern-day historian confronting family secrets. With a modest $15 million budget, the movie has drawn critical attention for its rich historical texture, emotive storytelling, and standout performances, including features from Penélope Cruz and Glenn Close. Although some stylistic choices and pacing may overburden the narrative, the film’s ambition and thematic depth mark a strong U.S. debut for its directors. (</w:t>
      </w:r>
      <w:hyperlink r:id="rId16">
        <w:r>
          <w:rPr>
            <w:color w:val="0000EE"/>
            <w:u w:val="single"/>
          </w:rPr>
          <w:t>apnews.com</w:t>
        </w:r>
      </w:hyperlink>
      <w:r>
        <w:t>)</w:t>
      </w:r>
      <w:r/>
    </w:p>
    <w:p>
      <w:pPr>
        <w:pStyle w:val="ListNumber"/>
        <w:spacing w:line="240" w:lineRule="auto"/>
        <w:ind w:left="720"/>
      </w:pPr>
      <w:r/>
      <w:hyperlink r:id="rId13">
        <w:r>
          <w:rPr>
            <w:color w:val="0000EE"/>
            <w:u w:val="single"/>
          </w:rPr>
          <w:t>https://www.latimes.com/entertainment-arts/movies/story/2026-10-15/guitarricadelafuente-acting-debut-la-bola-negra-los-javis-spain</w:t>
        </w:r>
      </w:hyperlink>
      <w:r>
        <w:t xml:space="preserve"> - Guitarricadelafuente, a Spanish folk-pop star, makes his acting debut in 'La Bola Negra', playing Sebastián, a gay soldier caught in a romance amid the Spanish Civil War. The film, directed by Javier Calvo and Javier Ambrossi (Los Javis), is inspired by Federico García Lorca’s unfinished play and spans three generations. Guitarricadelafuente also contributes the movie’s theme song 'La Nieve', which draws on his role’s grief. (</w:t>
      </w:r>
      <w:hyperlink r:id="rId17">
        <w:r>
          <w:rPr>
            <w:color w:val="0000EE"/>
            <w:u w:val="single"/>
          </w:rPr>
          <w:t>latimes.com</w:t>
        </w:r>
      </w:hyperlink>
      <w:r>
        <w:t>)</w:t>
      </w:r>
      <w:r/>
    </w:p>
    <w:p>
      <w:pPr>
        <w:pStyle w:val="ListNumber"/>
        <w:spacing w:line="240" w:lineRule="auto"/>
        <w:ind w:left="720"/>
      </w:pPr>
      <w:r/>
      <w:hyperlink r:id="rId11">
        <w:r>
          <w:rPr>
            <w:color w:val="0000EE"/>
            <w:u w:val="single"/>
          </w:rPr>
          <w:t>https://www.liveforfilm.com/2026/09/04/la-bola-negra-watch-the-trailer-for-the-spanish-time-bending-queer-epic/</w:t>
        </w:r>
      </w:hyperlink>
      <w:r>
        <w:t xml:space="preserve"> - 'La Bola Negra' is a Spanish time-bending queer epic directed by Javier Calvo and Javier Ambrossi (Los Javis). The film is inspired by the unfinished final work of Federico García Lorca and the acclaimed play by Alberto Conejero. It tells the story of three men whose lives are intimately connected through desire, pain, and inheritance, spanning three different eras—1932, 1937, and 2017. The film stars an exceptional international ensemble led by Penélope Cruz, Glenn Close, Miguel Bernardeau, Lola Dueñas, Carlos González, and Guitarricadelafuente in his feature film debut. 'La Bola Negra' will be released in UK and Irish cinemas on 6 November 2026. (</w:t>
      </w:r>
      <w:hyperlink r:id="rId18">
        <w:r>
          <w:rPr>
            <w:color w:val="0000EE"/>
            <w:u w:val="single"/>
          </w:rPr>
          <w:t>liveforfilm.com</w:t>
        </w:r>
      </w:hyperlink>
      <w:r>
        <w:t>)</w:t>
      </w:r>
      <w:r/>
    </w:p>
    <w:p>
      <w:pPr>
        <w:pStyle w:val="ListNumber"/>
        <w:spacing w:line="240" w:lineRule="auto"/>
        <w:ind w:left="720"/>
      </w:pPr>
      <w:r/>
      <w:hyperlink r:id="rId14">
        <w:r>
          <w:rPr>
            <w:color w:val="0000EE"/>
            <w:u w:val="single"/>
          </w:rPr>
          <w:t>https://www.out.com/film/guitarricadelafuente-la-bola-negra-interview</w:t>
        </w:r>
      </w:hyperlink>
      <w:r>
        <w:t xml:space="preserve"> - In an interview with Out, Guitarricadelafuente discusses his role as Sebastián in 'La Bola Negra', a film that intertwines three narratives set in 1930s Spain and 2017 Madrid, exploring themes of identity, repression, and historical memory. He reflects on the film’s mission to reclaim queer histories, shares what drew him to acting, how his music shaped his performance, and why he considers Penélope Cruz 'a total mother'. (</w:t>
      </w:r>
      <w:hyperlink r:id="rId19">
        <w:r>
          <w:rPr>
            <w:color w:val="0000EE"/>
            <w:u w:val="single"/>
          </w:rPr>
          <w:t>out.com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newsletter/out-newsletter-10-16-26" TargetMode="External"/><Relationship Id="rId10" Type="http://schemas.openxmlformats.org/officeDocument/2006/relationships/hyperlink" Target="https://www.thedailybeast.com/obsessed/la-bola-negra-netflixs-epic-answer-to-the-odyssey-has-arrived" TargetMode="External"/><Relationship Id="rId11" Type="http://schemas.openxmlformats.org/officeDocument/2006/relationships/hyperlink" Target="https://www.liveforfilm.com/2026/09/04/la-bola-negra-watch-the-trailer-for-the-spanish-time-bending-queer-epic/" TargetMode="External"/><Relationship Id="rId12" Type="http://schemas.openxmlformats.org/officeDocument/2006/relationships/hyperlink" Target="https://apnews.com/article/695c44316d3161676f8346f22c4a5e2c" TargetMode="External"/><Relationship Id="rId13" Type="http://schemas.openxmlformats.org/officeDocument/2006/relationships/hyperlink" Target="https://www.latimes.com/entertainment-arts/movies/story/2026-10-15/guitarricadelafuente-acting-debut-la-bola-negra-los-javis-spain" TargetMode="External"/><Relationship Id="rId14" Type="http://schemas.openxmlformats.org/officeDocument/2006/relationships/hyperlink" Target="https://www.out.com/film/guitarricadelafuente-la-bola-negra-interview" TargetMode="External"/><Relationship Id="rId15" Type="http://schemas.openxmlformats.org/officeDocument/2006/relationships/hyperlink" Target="https://www.thedailybeast.com/obsessed/la-bola-negra-netflixs-epic-answer-to-the-odyssey-has-arrived?utm_source=openai" TargetMode="External"/><Relationship Id="rId16" Type="http://schemas.openxmlformats.org/officeDocument/2006/relationships/hyperlink" Target="https://apnews.com/article/695c44316d3161676f8346f22c4a5e2c?utm_source=openai" TargetMode="External"/><Relationship Id="rId17" Type="http://schemas.openxmlformats.org/officeDocument/2006/relationships/hyperlink" Target="https://www.latimes.com/entertainment-arts/movies/story/2026-10-15/guitarricadelafuente-acting-debut-la-bola-negra-los-javis-spain?utm_source=openai" TargetMode="External"/><Relationship Id="rId18" Type="http://schemas.openxmlformats.org/officeDocument/2006/relationships/hyperlink" Target="https://www.liveforfilm.com/2026/09/04/la-bola-negra-watch-the-trailer-for-the-spanish-time-bending-queer-epic/?utm_source=openai" TargetMode="External"/><Relationship Id="rId19" Type="http://schemas.openxmlformats.org/officeDocument/2006/relationships/hyperlink" Target="https://www.out.com/film/guitarricadelafuente-la-bola-negra-intervie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