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Hong Kong Rainbow Market cancelled again after venue booking clash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Hong Kong's Rainbow Market have cancelled this year's event after Central Market withdrew its venue, highlighting the growing difficulty of securing spaces for LGBTQ+ gatherings in the city. The cancellation comes weeks after organisers announced the 14 November date, leaving visitors, vendors and supporters waiting for a new plan.</w:t>
      </w:r>
      <w:r/>
    </w:p>
    <w:p>
      <w:pPr>
        <w:pStyle w:val="Heading2"/>
      </w:pPr>
      <w:r>
        <w:t>Essential Takeaways</w:t>
      </w:r>
      <w:r/>
      <w:r/>
    </w:p>
    <w:p>
      <w:pPr>
        <w:pStyle w:val="ListBullet"/>
        <w:spacing w:line="240" w:lineRule="auto"/>
        <w:ind w:left="720"/>
      </w:pPr>
      <w:r/>
      <w:r>
        <w:rPr>
          <w:b/>
        </w:rPr>
        <w:t>Venue booking error:</w:t>
      </w:r>
      <w:r>
        <w:t xml:space="preserve"> Central Market reportedly double-booked the same date for two events.</w:t>
      </w:r>
      <w:r/>
    </w:p>
    <w:p>
      <w:pPr>
        <w:pStyle w:val="ListBullet"/>
        <w:spacing w:line="240" w:lineRule="auto"/>
        <w:ind w:left="720"/>
      </w:pPr>
      <w:r/>
      <w:r>
        <w:rPr>
          <w:b/>
        </w:rPr>
        <w:t>Refund promised:</w:t>
      </w:r>
      <w:r>
        <w:t xml:space="preserve"> The venue operator said organisers would receive a full refund and apologised for the disruption.</w:t>
      </w:r>
      <w:r/>
    </w:p>
    <w:p>
      <w:pPr>
        <w:pStyle w:val="ListBullet"/>
        <w:spacing w:line="240" w:lineRule="auto"/>
        <w:ind w:left="720"/>
      </w:pPr>
      <w:r/>
      <w:r>
        <w:rPr>
          <w:b/>
        </w:rPr>
        <w:t>Second cancellation:</w:t>
      </w:r>
      <w:r>
        <w:t xml:space="preserve"> The Rainbow Market has now lost its planned venue for a second consecutive year.</w:t>
      </w:r>
      <w:r/>
    </w:p>
    <w:p>
      <w:pPr>
        <w:pStyle w:val="ListBullet"/>
        <w:spacing w:line="240" w:lineRule="auto"/>
        <w:ind w:left="720"/>
      </w:pPr>
      <w:r/>
      <w:r>
        <w:rPr>
          <w:b/>
        </w:rPr>
        <w:t>Wider concern:</w:t>
      </w:r>
      <w:r>
        <w:t xml:space="preserve"> Other LGBTQ+ events in Hong Kong have also faced venue refusals or late withdrawals.</w:t>
      </w:r>
      <w:r/>
    </w:p>
    <w:p>
      <w:pPr>
        <w:pStyle w:val="ListBullet"/>
        <w:spacing w:line="240" w:lineRule="auto"/>
        <w:ind w:left="720"/>
      </w:pPr>
      <w:r/>
      <w:r>
        <w:rPr>
          <w:b/>
        </w:rPr>
        <w:t>No replacement yet:</w:t>
      </w:r>
      <w:r>
        <w:t xml:space="preserve"> Organisers say they'll try to continue the event and share updates online.</w:t>
      </w:r>
      <w:r/>
      <w:r/>
    </w:p>
    <w:p>
      <w:pPr>
        <w:pStyle w:val="Heading2"/>
      </w:pPr>
      <w:r>
        <w:t>A colourful event loses its home</w:t>
      </w:r>
      <w:r/>
    </w:p>
    <w:p>
      <w:r/>
      <w:r>
        <w:t>The Rainbow Market was due to take place at Central Market on 14 November, but organisers say the venue later told them it couldn't proceed because the date had been assigned to two events. According to Ming Pao, the committee had first contacted Central Market in June, paid a deposit in July and announced the booking publicly on 31 August.</w:t>
      </w:r>
      <w:r/>
    </w:p>
    <w:p>
      <w:r/>
      <w:r>
        <w:t>That makes the reversal particularly frustrating. For vendors preparing stock, performers arranging appearances and visitors making plans, a venue isn't just an address on a poster. It's the practical foundation of the whole event, and once that disappears, the countdown becomes a scramble.</w:t>
      </w:r>
      <w:r/>
    </w:p>
    <w:p>
      <w:r/>
      <w:r>
        <w:t>The venue's operator, Chinachem Group, said it had notified the organisers as soon as possible, arranged a full refund and reviewed its booking procedures. It also apologised for the inconvenience, according to Ming Pao.</w:t>
      </w:r>
      <w:r/>
    </w:p>
    <w:p>
      <w:pPr>
        <w:pStyle w:val="Heading2"/>
      </w:pPr>
      <w:r>
        <w:t>Why the Rainbow Market matters</w:t>
      </w:r>
      <w:r/>
    </w:p>
    <w:p>
      <w:r/>
      <w:r>
        <w:t>The committee describes the Rainbow Market as an important inclusion-focused event, offering a visible space for LGBTQ+ communities, supporters and local businesses. Since 2021, Hong Kong Pride has shifted from an annual outdoor march to indoor Rainbow Market-style gatherings amid changing social conditions, according to Ming Pao.</w:t>
      </w:r>
      <w:r/>
    </w:p>
    <w:p>
      <w:r/>
      <w:r>
        <w:t>That change has made reliable indoor venues even more important. A market format can feel more approachable than a large public demonstration, with stalls, community groups and creative activities bringing people together in a softer, more social setting. Lose the room, however, and the whole atmosphere vanishes overnight.</w:t>
      </w:r>
      <w:r/>
    </w:p>
    <w:p>
      <w:r/>
      <w:r>
        <w:t>The organisers said the event also supports a more LGBTQ+-friendly image of Hong Kong as an international city. That message matters beyond one weekend, especially when comparable community events elsewhere are still able to attract visitors, performers and athletes.</w:t>
      </w:r>
      <w:r/>
    </w:p>
    <w:p>
      <w:pPr>
        <w:pStyle w:val="Heading2"/>
      </w:pPr>
      <w:r>
        <w:t>A pattern of venue problems</w:t>
      </w:r>
      <w:r/>
    </w:p>
    <w:p>
      <w:r/>
      <w:r>
        <w:t>This isn't an isolated booking mishap. Hong Kong's LGBTQ+ event organisers have faced several recent venue difficulties, including the cancellation of Pink Dot HK's outdoor carnival after the West Kowloon Cultural District Authority declined to provide a venue, according to HIVOS's East and Southeast Asia resource centre.</w:t>
      </w:r>
      <w:r/>
    </w:p>
    <w:p>
      <w:r/>
      <w:r>
        <w:t>South China Morning Post has also reported that a major LGBTQ+ carnival was cancelled after its host venue backed out, while other community events were unable to secure the licences or locations needed to proceed. Taken together, those cases create a wearying pattern for organisers who must repeatedly start again with uncertain access to public or commercial spaces.</w:t>
      </w:r>
      <w:r/>
    </w:p>
    <w:p>
      <w:r/>
      <w:r>
        <w:t>The issue is practical as well as symbolic. A late venue decision can affect insurance, permissions, stall contracts, publicity and transport arrangements, so even a refund may not cover the wider cost of disruption.</w:t>
      </w:r>
      <w:r/>
    </w:p>
    <w:p>
      <w:pPr>
        <w:pStyle w:val="Heading2"/>
      </w:pPr>
      <w:r>
        <w:t>Hong Kong's event landscape has narrowed</w:t>
      </w:r>
      <w:r/>
    </w:p>
    <w:p>
      <w:r/>
      <w:r>
        <w:t>The pressure isn't limited to markets and carnivals. Gay Games Hong Kong was cancelled after organisers said they could no longer stage the planned sporting programme, with reports pointing to challenges around venues and the wider operating environment, according to Outsports.</w:t>
      </w:r>
      <w:r/>
    </w:p>
    <w:p>
      <w:r/>
      <w:r>
        <w:t>That history gives the Rainbow Market's cancellation a broader context. LGBTQ+ groups aren't simply looking for somewhere to put up a few colourful stalls. They're trying to maintain regular, visible community life in a city where event planning appears increasingly fragile.</w:t>
      </w:r>
      <w:r/>
    </w:p>
    <w:p>
      <w:r/>
      <w:r>
        <w:t>Meanwhile, government information has continued to promote Hong Kong as a place capable of hosting major international events, according to Hong Kong's Information Services Department. The contrast is hard to miss: the city can manage enormous sporting and cultural spectacles, yet smaller community gatherings may struggle to find a stable home.</w:t>
      </w:r>
      <w:r/>
    </w:p>
    <w:p>
      <w:pPr>
        <w:pStyle w:val="Heading2"/>
      </w:pPr>
      <w:r>
        <w:t>What happens next?</w:t>
      </w:r>
      <w:r/>
    </w:p>
    <w:p>
      <w:r/>
      <w:r>
        <w:t>The Rainbow Market committee says it will make every effort to continue organising the event and will announce further arrangements through social media. For now, though, there is no replacement venue or confirmed schedule.</w:t>
      </w:r>
      <w:r/>
    </w:p>
    <w:p>
      <w:r/>
      <w:r>
        <w:t>The most useful step for potential visitors is to avoid relying on older posters or saved calendar entries. Check the organisers' latest social updates before travelling, and vendors should wait for written confirmation before committing to stock, staffing or paid promotion.</w:t>
      </w:r>
      <w:r/>
    </w:p>
    <w:p>
      <w:r/>
      <w:r>
        <w:t>There is also a simple lesson for venues: booking systems need more than a calendar slot. Clear ownership, written confirmations and a final pre-event audit could prevent an administrative error from becoming a public cancellation.</w:t>
      </w:r>
      <w:r/>
    </w:p>
    <w:p>
      <w:r/>
      <w:r>
        <w:t>For supporters, the uncertainty is understandably tiring. But the continued effort to keep the market alive shows why these events matter in the first place: community is often built through repeated, ordinary acts of gathering.</w:t>
      </w:r>
      <w:r/>
    </w:p>
    <w:p>
      <w:r/>
      <w:r>
        <w:t>A venue mix-up should not be allowed to erase that work.</w:t>
      </w:r>
      <w:r/>
    </w:p>
    <w:p>
      <w:pPr>
        <w:pStyle w:val="Heading2"/>
      </w:pPr>
      <w:r>
        <w:t>Closing Line</w:t>
      </w:r>
      <w:r/>
    </w:p>
    <w:p>
      <w:r/>
      <w:r>
        <w:t>Follow the organisers' updates for a new date, venue and chance to support Hong Kong's LGBTQ+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0">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https://news.mingpao.com/pns/%E6%B8%AF%E8%81%9E/article/20261016/s00002/1792087049848/%E3%80%8C%E5%BD%A9%E8%99%B9%E5%B8%82%E9%9B%86%E3%80%8D%E7%AC%AC%E4%BA%8C%E5%B9%B4%E5%8F%96%E6%B6%88-%E7%8D%B2%E9%80%9A%E7%9F%A5%E6%AA%94%E6%9C%9F%E9%A0%90%E8%A8%82%E9%87%8D%E7%96%8A</w:t>
        </w:r>
      </w:hyperlink>
      <w:r>
        <w:t xml:space="preserve"> - Please view link - unable to able to access data</w:t>
      </w:r>
      <w:r/>
    </w:p>
    <w:p>
      <w:pPr>
        <w:pStyle w:val="ListNumber"/>
        <w:spacing w:line="240" w:lineRule="auto"/>
        <w:ind w:left="720"/>
      </w:pPr>
      <w:r/>
      <w:hyperlink r:id="rId12">
        <w:r>
          <w:rPr>
            <w:color w:val="0000EE"/>
            <w:u w:val="single"/>
          </w:rPr>
          <w:t>https://eusee.hivos.org/alert/pink-dot-hk-cancelled-after-west-kowloon-cultural-district-authority-denies-venue/</w:t>
        </w:r>
      </w:hyperlink>
      <w:r>
        <w:t xml:space="preserve"> - In August 2025, organisers of Pink Dot HK announced the cancellation of Hong Kong's largest annual LGBTQ carnival, originally scheduled for October 12, 2025. The West Kowloon Cultural District Authority denied venue rental without explanation, leading to the event's cancellation. The organisers had engaged with the authority earlier in the year to rent Art Park for the 11th edition of the event. However, during planning preparations, they were notified that the venue could not be rented to them, with no reason provided. Given the tight timeline and limited suitable outdoor venues, organisers were unable to secure an alternative location on short notice, forcing the difficult decision to cancel. The 2024 Pink Dot celebrated its 10th anniversary at the same venue with over 36 corporate sponsors, the most in the event’s history, and attracted more than 13,000 visitors in 2023.</w:t>
      </w:r>
      <w:r/>
    </w:p>
    <w:p>
      <w:pPr>
        <w:pStyle w:val="ListNumber"/>
        <w:spacing w:line="240" w:lineRule="auto"/>
        <w:ind w:left="720"/>
      </w:pPr>
      <w:r/>
      <w:hyperlink r:id="rId13">
        <w:r>
          <w:rPr>
            <w:color w:val="0000EE"/>
            <w:u w:val="single"/>
          </w:rPr>
          <w:t>https://www.news.gov.hk/eng/2023/08/20230824/20230824_201928_339.html</w:t>
        </w:r>
      </w:hyperlink>
      <w:r>
        <w:t xml:space="preserve"> - In August 2023, the Hong Kong government reminded the organiser of the Gay Games, scheduled for November 2023, to comply with the city's laws and regulations, regardless of whether events were held in private venues or public spaces. The government emphasised that organisers must adhere to Hong Kong laws and regulations, and that all event applications, including those involving government venues or public spaces, are handled in accordance with relevant laws and procedures. Applicants must follow established regulations and procedures in submitting their applications to the corresponding departments, and some events may require licences and permits. The government reiterated that departments process applications for the use of venues and public spaces in strict accordance with established procedures and criteria, highlighting that depending on the details of an event, additional requirements such as crowd control and safety measures may be deemed necessary.</w:t>
      </w:r>
      <w:r/>
    </w:p>
    <w:p>
      <w:pPr>
        <w:pStyle w:val="ListNumber"/>
        <w:spacing w:line="240" w:lineRule="auto"/>
        <w:ind w:left="720"/>
      </w:pPr>
      <w:r/>
      <w:hyperlink r:id="rId10">
        <w:r>
          <w:rPr>
            <w:color w:val="0000EE"/>
            <w:u w:val="single"/>
          </w:rPr>
          <w:t>https://www.scmp.com/news/hong-kong/society/article/3353979/lgbtq-carnival-axed-second-year-row-after-failing-secure-venue-licences</w:t>
        </w:r>
      </w:hyperlink>
      <w:r>
        <w:t xml:space="preserve"> - In May 2026, Hong Kong's largest annual LGBTQ carnival, Pink Dot HK, was cancelled for the second consecutive year after organisers failed to secure a venue and the relevant event licences. Property manager Link Reit withdrew its offer to rent two venues to the advocacy group. The event was scheduled to be held at Stanley Plaza and Murray House on June 14, after Link Reit earlier pledged its support and facilitation and entered into multiple rounds of discussions with Pink Dot HK. However, about a month before the event, the company informed the LGBTQ organisation that it would not be able to rent the venues after all, citing 'licensing issues'. With just one month to go until the scheduled event date, organisers had been diligently following procedures to apply for the necessary licences but had not yet received approval from the relevant authorities. They had to make the difficult decision to cancel this year’s Pink Dot HK outdoor carnival, citing the 'tight timeline' and 'uncertainties', including the involvement of numerous partner organisations.</w:t>
      </w:r>
      <w:r/>
    </w:p>
    <w:p>
      <w:pPr>
        <w:pStyle w:val="ListNumber"/>
        <w:spacing w:line="240" w:lineRule="auto"/>
        <w:ind w:left="720"/>
      </w:pPr>
      <w:r/>
      <w:hyperlink r:id="rId14">
        <w:r>
          <w:rPr>
            <w:color w:val="0000EE"/>
            <w:u w:val="single"/>
          </w:rPr>
          <w:t>https://www.outsports.com/2023/6/2/23746897/gay-games-hong-kong-cancels-sports-track-field-hockey-soccer-sailing-rugby/</w:t>
        </w:r>
      </w:hyperlink>
      <w:r>
        <w:t xml:space="preserve"> - In June 2023, organisers of Gay Games Hong Kong announced the cancellation of several sports, including track and field, rugby 7s, and field hockey, due to low registration numbers. Additionally, sailing was reclassified as a non-competitive 'experience session'. The event also lost a venue, as the Hong Kong Football Club informed organisers that it would no longer provide a venue for the football finals. The cancellations were attributed to low registration numbers and logistical challenges, including the loss of venues.</w:t>
      </w:r>
      <w:r/>
    </w:p>
    <w:p>
      <w:pPr>
        <w:pStyle w:val="ListNumber"/>
        <w:spacing w:line="240" w:lineRule="auto"/>
        <w:ind w:left="720"/>
      </w:pPr>
      <w:r/>
      <w:hyperlink r:id="rId11">
        <w:r>
          <w:rPr>
            <w:color w:val="0000EE"/>
            <w:u w:val="single"/>
          </w:rPr>
          <w:t>https://www.scmp.com/news/hong-kong/society/article/3320312/hong-kongs-largest-annual-lgbtq-carnival-cancelled-after-host-venue-backs-out</w:t>
        </w:r>
      </w:hyperlink>
      <w:r>
        <w:t xml:space="preserve"> - In July 2025, organisers of Pink Dot HK announced the cancellation of Hong Kong's largest annual LGBTQ carnival after the West Kowloon Cultural District Authority backed out of offering an event venue without giving any reason. The organising committee for Pink Dot HK stated that this year’s free pride event, originally scheduled for October 12, would be cancelled as they could not secure a venue. The team also apologised to everyone involved. The organisers had spoken with the authority earlier in the year about renting Art Park for this year’s Pink Dot. However, while they were busy with planning and preparations, they were notified by West Kowloon that the venue could not be rented to them, without any explanation provided.</w:t>
      </w:r>
      <w:r/>
    </w:p>
    <w:p>
      <w:pPr>
        <w:pStyle w:val="ListNumber"/>
        <w:spacing w:line="240" w:lineRule="auto"/>
        <w:ind w:left="720"/>
      </w:pPr>
      <w:r/>
      <w:hyperlink r:id="rId15">
        <w:r>
          <w:rPr>
            <w:color w:val="0000EE"/>
            <w:u w:val="single"/>
          </w:rPr>
          <w:t>https://www.outsports.com/2023/11/3/23943574/gay-games-hong-kong-guadalajara-lgbtq-athletes-event-2023/</w:t>
        </w:r>
      </w:hyperlink>
      <w:r>
        <w:t xml:space="preserve"> - In November 2023, the Gay Games Hong Kong opened with low registration numbers and an identity crisis. Organisers stated that their event would not advocate for LGBTQ rights despite that being core to the mission. The registration numbers for Hong Kong were 2,381, and for Guadalajara 2,462. They will each individually be the smallest-scale Gay Games since the first event in San Francisco in 1982. The combined total of under 5,000 is by far the lowest since 1986. The event faced challenges due to low registration numbers and an identity crisis, with organisers stating that their event would not advocate for LGBTQ rights despite that being core to the mission.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mingpao.com/pns/%E6%B8%AF%E8%81%9E/article/20261016/s00002/1792087049848/%E3%80%8C%E5%BD%A9%E8%99%B9%E5%B8%82%E9%9B%86%E3%80%8D%E7%AC%AC%E4%BA%8C%E5%B9%B4%E5%8F%96%E6%B6%88-%E7%8D%B2%E9%80%9A%E7%9F%A5%E6%AA%94%E6%9C%9F%E9%A0%90%E8%A8%82%E9%87%8D%E7%96%8A" TargetMode="External"/><Relationship Id="rId10" Type="http://schemas.openxmlformats.org/officeDocument/2006/relationships/hyperlink" Target="https://www.scmp.com/news/hong-kong/society/article/3353979/lgbtq-carnival-axed-second-year-row-after-failing-secure-venue-licences" TargetMode="External"/><Relationship Id="rId11" Type="http://schemas.openxmlformats.org/officeDocument/2006/relationships/hyperlink" Target="https://www.scmp.com/news/hong-kong/society/article/3320312/hong-kongs-largest-annual-lgbtq-carnival-cancelled-after-host-venue-backs-out" TargetMode="External"/><Relationship Id="rId12" Type="http://schemas.openxmlformats.org/officeDocument/2006/relationships/hyperlink" Target="https://eusee.hivos.org/alert/pink-dot-hk-cancelled-after-west-kowloon-cultural-district-authority-denies-venue/" TargetMode="External"/><Relationship Id="rId13" Type="http://schemas.openxmlformats.org/officeDocument/2006/relationships/hyperlink" Target="https://www.news.gov.hk/eng/2023/08/20230824/20230824_201928_339.html" TargetMode="External"/><Relationship Id="rId14" Type="http://schemas.openxmlformats.org/officeDocument/2006/relationships/hyperlink" Target="https://www.outsports.com/2023/6/2/23746897/gay-games-hong-kong-cancels-sports-track-field-hockey-soccer-sailing-rugby/" TargetMode="External"/><Relationship Id="rId15" Type="http://schemas.openxmlformats.org/officeDocument/2006/relationships/hyperlink" Target="https://www.outsports.com/2023/11/3/23943574/gay-games-hong-kong-guadalajara-lgbtq-athletes-event-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