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Chichester homophobic hate crime prompts fresh safety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theatre-goers in Chichester are reacting after a cast member was allegedly followed and abused near Little London car park. Police are investigating the reported homophobic hate crime, while Chichester Pride has offered support to the actor, colleagues and the wider LGBTQ+ community.</w:t>
      </w:r>
      <w:r/>
    </w:p>
    <w:p>
      <w:pPr>
        <w:pStyle w:val="Heading2"/>
      </w:pPr>
      <w:r>
        <w:t>Essential Takeaways</w:t>
      </w:r>
      <w:r/>
      <w:r/>
    </w:p>
    <w:p>
      <w:pPr>
        <w:pStyle w:val="ListBullet"/>
        <w:spacing w:line="240" w:lineRule="auto"/>
        <w:ind w:left="720"/>
      </w:pPr>
      <w:r/>
      <w:r>
        <w:rPr>
          <w:b/>
        </w:rPr>
        <w:t>Police investigation:</w:t>
      </w:r>
      <w:r>
        <w:t xml:space="preserve"> Sussex Police are treating the report as a suspected homophobic hate crime.</w:t>
      </w:r>
      <w:r/>
    </w:p>
    <w:p>
      <w:pPr>
        <w:pStyle w:val="ListBullet"/>
        <w:spacing w:line="240" w:lineRule="auto"/>
        <w:ind w:left="720"/>
      </w:pPr>
      <w:r/>
      <w:r>
        <w:rPr>
          <w:b/>
        </w:rPr>
        <w:t>Alleged incident:</w:t>
      </w:r>
      <w:r>
        <w:t xml:space="preserve"> A man in his 20s said he was followed and verbally abused by young people on bicycles.</w:t>
      </w:r>
      <w:r/>
    </w:p>
    <w:p>
      <w:pPr>
        <w:pStyle w:val="ListBullet"/>
        <w:spacing w:line="240" w:lineRule="auto"/>
        <w:ind w:left="720"/>
      </w:pPr>
      <w:r/>
      <w:r>
        <w:rPr>
          <w:b/>
        </w:rPr>
        <w:t>Arrest made:</w:t>
      </w:r>
      <w:r>
        <w:t xml:space="preserve"> A boy was arrested on suspicion of threatening or abusive behaviour and shop theft, then released on bail.</w:t>
      </w:r>
      <w:r/>
    </w:p>
    <w:p>
      <w:pPr>
        <w:pStyle w:val="ListBullet"/>
        <w:spacing w:line="240" w:lineRule="auto"/>
        <w:ind w:left="720"/>
      </w:pPr>
      <w:r/>
      <w:r>
        <w:rPr>
          <w:b/>
        </w:rPr>
        <w:t>Theatre impact:</w:t>
      </w:r>
      <w:r>
        <w:t xml:space="preserve"> A performance connected with Chichester Festival Theatre was cancelled after the reported incident.</w:t>
      </w:r>
      <w:r/>
    </w:p>
    <w:p>
      <w:pPr>
        <w:pStyle w:val="ListBullet"/>
        <w:spacing w:line="240" w:lineRule="auto"/>
        <w:ind w:left="720"/>
      </w:pPr>
      <w:r/>
      <w:r>
        <w:rPr>
          <w:b/>
        </w:rPr>
        <w:t>Information sought:</w:t>
      </w:r>
      <w:r>
        <w:t xml:space="preserve"> Anyone who knows more should contact Sussex Police online or call 101.</w:t>
      </w:r>
      <w:r/>
      <w:r/>
    </w:p>
    <w:p>
      <w:pPr>
        <w:pStyle w:val="Heading2"/>
      </w:pPr>
      <w:r>
        <w:t>Actor allegedly targeted near Chichester theatre</w:t>
      </w:r>
      <w:r/>
    </w:p>
    <w:p>
      <w:r/>
      <w:r>
        <w:t xml:space="preserve">The reported incident took place at about 6pm in Little London car park, behind East Street, after the performer had been connected with Chichester Festival Theatre's production of </w:t>
      </w:r>
      <w:r>
        <w:rPr>
          <w:i/>
        </w:rPr>
        <w:t>A Midsummer Night's Dream</w:t>
      </w:r>
      <w:r>
        <w:t>. The victim said a group of young men riding bicycles followed him and shouted verbal abuse.</w:t>
      </w:r>
      <w:r/>
    </w:p>
    <w:p>
      <w:r/>
      <w:r>
        <w:t xml:space="preserve">Sussex Police are treating the allegation as a homophobic hate crime. The force has not publicly identified the man, who is in his 20s, and enquiries are continuing. Sussex Express previously reported that an arrest followed, underlining how quickly a frightening public incident can become a wider community concern. </w:t>
      </w:r>
      <w:hyperlink r:id="rId9">
        <w:r>
          <w:rPr>
            <w:color w:val="0000EE"/>
            <w:u w:val="single"/>
          </w:rPr>
          <w:t>[2]</w:t>
        </w:r>
      </w:hyperlink>
      <w:r>
        <w:t xml:space="preserve">, </w:t>
      </w:r>
      <w:hyperlink r:id="rId10">
        <w:r>
          <w:rPr>
            <w:color w:val="0000EE"/>
            <w:u w:val="single"/>
          </w:rPr>
          <w:t>[5]</w:t>
        </w:r>
      </w:hyperlink>
      <w:r/>
    </w:p>
    <w:p>
      <w:r/>
      <w:r>
        <w:t xml:space="preserve">For anyone walking through the area, the details are unsettling precisely because the alleged abuse happened in an ordinary public place. A car park beside a busy cultural venue should feel routine, not threatening. Scene Magazine reported that a related theatre performance was cancelled after the actor was targeted, showing the immediate disruption caused by the incident. </w:t>
      </w:r>
      <w:hyperlink r:id="rId11">
        <w:r>
          <w:rPr>
            <w:color w:val="0000EE"/>
            <w:u w:val="single"/>
          </w:rPr>
          <w:t>[3]</w:t>
        </w:r>
      </w:hyperlink>
      <w:r>
        <w:t xml:space="preserve">, </w:t>
      </w:r>
      <w:hyperlink r:id="rId12">
        <w:r>
          <w:rPr>
            <w:color w:val="0000EE"/>
            <w:u w:val="single"/>
          </w:rPr>
          <w:t>[6]</w:t>
        </w:r>
      </w:hyperlink>
      <w:r/>
    </w:p>
    <w:p>
      <w:pPr>
        <w:pStyle w:val="Heading2"/>
      </w:pPr>
      <w:r>
        <w:t>Chichester Pride condemns alleged hate crime</w:t>
      </w:r>
      <w:r/>
    </w:p>
    <w:p>
      <w:r/>
      <w:r>
        <w:t>Chichester Pride said it was appalled by what had happened and expressed solidarity with the performer, theatre colleagues and LGBTQ+ residents. The organisation also stressed that safety means more than simply avoiding physical violence. It includes being able to walk together, show affection and live openly without expecting hostility.</w:t>
      </w:r>
      <w:r/>
    </w:p>
    <w:p>
      <w:r/>
      <w:r>
        <w:t xml:space="preserve">That message has particular weight during National Hate Crime Awareness Week, when attention is focused on the real-world effect of prejudice. Chichester Pride's response was not limited to this one case. It called on residents to challenge discriminatory behaviour rather than treating it as somebody else's problem. </w:t>
      </w:r>
      <w:hyperlink r:id="rId13">
        <w:r>
          <w:rPr>
            <w:color w:val="0000EE"/>
            <w:u w:val="single"/>
          </w:rPr>
          <w:t>[4]</w:t>
        </w:r>
      </w:hyperlink>
      <w:r>
        <w:t xml:space="preserve">, </w:t>
      </w:r>
      <w:hyperlink r:id="rId10">
        <w:r>
          <w:rPr>
            <w:color w:val="0000EE"/>
            <w:u w:val="single"/>
          </w:rPr>
          <w:t>[5]</w:t>
        </w:r>
      </w:hyperlink>
      <w:r/>
    </w:p>
    <w:p>
      <w:r/>
      <w:r>
        <w:t>There is a human point here, too. When a performer is allegedly targeted after work, the damage can travel well beyond one evening. Colleagues may feel shaken, audiences may feel uneasy and LGBTQ+ people who were nowhere near the scene may still recognise the fear behind it.</w:t>
      </w:r>
      <w:r/>
    </w:p>
    <w:p>
      <w:pPr>
        <w:pStyle w:val="Heading2"/>
      </w:pPr>
      <w:r>
        <w:t>What police have said about the arrest</w:t>
      </w:r>
      <w:r/>
    </w:p>
    <w:p>
      <w:r/>
      <w:r>
        <w:t>Sussex Police said a boy was arrested on suspicion of using threatening or abusive words or behaviour likely to cause harassment, alarm or distress. He was also arrested on suspicion of shop theft, issued with a Community Protection Warning and released on bail while further enquiries take place.</w:t>
      </w:r>
      <w:r/>
    </w:p>
    <w:p>
      <w:r/>
      <w:r>
        <w:t xml:space="preserve">An arrest isn't a finding of guilt, and the investigation remains ongoing. Police are asking anyone with relevant information to come forward, particularly people who may have been in or around Little London car park at the time. The force's online reporting service and 101 number are available for information. </w:t>
      </w:r>
      <w:hyperlink r:id="rId9">
        <w:r>
          <w:rPr>
            <w:color w:val="0000EE"/>
            <w:u w:val="single"/>
          </w:rPr>
          <w:t>[2]</w:t>
        </w:r>
      </w:hyperlink>
      <w:r>
        <w:t xml:space="preserve">, </w:t>
      </w:r>
      <w:hyperlink r:id="rId14">
        <w:r>
          <w:rPr>
            <w:color w:val="0000EE"/>
            <w:u w:val="single"/>
          </w:rPr>
          <w:t>[7]</w:t>
        </w:r>
      </w:hyperlink>
      <w:r/>
    </w:p>
    <w:p>
      <w:r/>
      <w:r>
        <w:t>Witnesses should avoid confronting anyone they believe may be involved. Instead, note useful details such as clothing, bicycle colours, direction of travel and the exact time, provided it can be done safely. A quick note made soon afterwards can be more helpful than relying on memory days later.</w:t>
      </w:r>
      <w:r/>
    </w:p>
    <w:p>
      <w:pPr>
        <w:pStyle w:val="Heading2"/>
      </w:pPr>
      <w:r>
        <w:t>Why the cancelled performance matters</w:t>
      </w:r>
      <w:r/>
    </w:p>
    <w:p>
      <w:r/>
      <w:r>
        <w:t>The reported attack affected more than the person who experienced it. Coverage from V2 Radio and Scene Magazine said a performance was cancelled following the incident, a decision that reflects the practical pressure theatres can face when a member of the company has been targeted.</w:t>
      </w:r>
      <w:r/>
    </w:p>
    <w:p>
      <w:r/>
      <w:r>
        <w:t xml:space="preserve">Theatre is often presented as a place of imagination and escape, but it still relies on people feeling secure before they take their seats or step on stage. When alleged abuse reaches the cast, the boundary between the performance space and the outside world suddenly feels very thin. </w:t>
      </w:r>
      <w:hyperlink r:id="rId11">
        <w:r>
          <w:rPr>
            <w:color w:val="0000EE"/>
            <w:u w:val="single"/>
          </w:rPr>
          <w:t>[3]</w:t>
        </w:r>
      </w:hyperlink>
      <w:r>
        <w:t xml:space="preserve">, </w:t>
      </w:r>
      <w:hyperlink r:id="rId12">
        <w:r>
          <w:rPr>
            <w:color w:val="0000EE"/>
            <w:u w:val="single"/>
          </w:rPr>
          <w:t>[6]</w:t>
        </w:r>
      </w:hyperlink>
      <w:r/>
    </w:p>
    <w:p>
      <w:r/>
      <w:r>
        <w:t>For audiences, the cancellation may have been disappointing. For the company, it was a visible reminder that wellbeing has to come first, even during a busy run. That feels like the right priority, however inconvenient it may be.</w:t>
      </w:r>
      <w:r/>
    </w:p>
    <w:p>
      <w:pPr>
        <w:pStyle w:val="Heading2"/>
      </w:pPr>
      <w:r>
        <w:t>How residents can support a safer community</w:t>
      </w:r>
      <w:r/>
    </w:p>
    <w:p>
      <w:r/>
      <w:r>
        <w:t>The most useful response isn't speculation on social media. It is practical support for the person affected, respect for the legal process and accurate information passed to police. Chichester Pride's appeal for residents to challenge prejudice also gives people a clear role, whether that means checking in on a friend or calmly reporting abusive behaviour.</w:t>
      </w:r>
      <w:r/>
    </w:p>
    <w:p>
      <w:r/>
      <w:r>
        <w:t xml:space="preserve">People who feel threatened should move towards a busy, well-lit place, contact someone they trust and call 999 if there is an immediate danger. For non-emergency information about the incident, Sussex Police can be contacted online or through 101, quoting reference 47260238010. </w:t>
      </w:r>
      <w:hyperlink r:id="rId9">
        <w:r>
          <w:rPr>
            <w:color w:val="0000EE"/>
            <w:u w:val="single"/>
          </w:rPr>
          <w:t>[2]</w:t>
        </w:r>
      </w:hyperlink>
      <w:r>
        <w:t xml:space="preserve">, </w:t>
      </w:r>
      <w:hyperlink r:id="rId13">
        <w:r>
          <w:rPr>
            <w:color w:val="0000EE"/>
            <w:u w:val="single"/>
          </w:rPr>
          <w:t>[4]</w:t>
        </w:r>
      </w:hyperlink>
      <w:r/>
    </w:p>
    <w:p>
      <w:r/>
      <w:r>
        <w:t>The case also shows why local organisations matter. A theatre, a community group and the police each offer a different form of support, but together they can make it harder for hate to be ignored. Chichester should be a place where people can work, perform and travel home without having to calculate the risk of being themselves.</w:t>
      </w:r>
      <w:r/>
    </w:p>
    <w:p>
      <w:r/>
      <w:r>
        <w:t>It's a small act of solidarity, but refusing to let homophobia pass unnoticed can change the atmosphere of an entire town.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https://www.sussexexpress.co.uk/news/people/chichester-pride-condemns-suspected-homophobic-hate-crime-9292417</w:t>
        </w:r>
      </w:hyperlink>
      <w:r>
        <w:t xml:space="preserve"> - Please view link - unable to able to access data</w:t>
      </w:r>
      <w:r/>
    </w:p>
    <w:p>
      <w:pPr>
        <w:pStyle w:val="ListNumber"/>
        <w:spacing w:line="240" w:lineRule="auto"/>
        <w:ind w:left="720"/>
      </w:pPr>
      <w:r/>
      <w:hyperlink r:id="rId9">
        <w:r>
          <w:rPr>
            <w:color w:val="0000EE"/>
            <w:u w:val="single"/>
          </w:rPr>
          <w:t>https://www.sussex.police.uk/news/sussex/news/news/boy-arrested-in-connection-with-homophobic-abuse-in-chichester/</w:t>
        </w:r>
      </w:hyperlink>
      <w:r>
        <w:t xml:space="preserve"> - Sussex Police have arrested a 16-year-old boy in connection with a homophobic abuse incident in Chichester city centre. The victim, a man in his 20s, reported being followed and verbally abused by a group of young men riding bicycles in the Little London car park behind East Street at around 6pm on October 13. The incident is being treated as a homophobic hate crime. The teenager was arrested on suspicion of using threatening or abusive words or behaviour likely to cause harassment, alarm, or distress, and on suspicion of shop theft. He was issued with a Community Protection Warning and released on bail pending further enquiries. (</w:t>
      </w:r>
      <w:hyperlink r:id="rId16">
        <w:r>
          <w:rPr>
            <w:color w:val="0000EE"/>
            <w:u w:val="single"/>
          </w:rPr>
          <w:t>sussex.police.uk</w:t>
        </w:r>
      </w:hyperlink>
      <w:r>
        <w:t>)</w:t>
      </w:r>
      <w:r/>
    </w:p>
    <w:p>
      <w:pPr>
        <w:pStyle w:val="ListNumber"/>
        <w:spacing w:line="240" w:lineRule="auto"/>
        <w:ind w:left="720"/>
      </w:pPr>
      <w:r/>
      <w:hyperlink r:id="rId11">
        <w:r>
          <w:rPr>
            <w:color w:val="0000EE"/>
            <w:u w:val="single"/>
          </w:rPr>
          <w:t>https://www.scenemag.co.uk/chichester-theatre-cancels-performance-after-actor-targeted-in-alleged-homophobic-hate-crime/</w:t>
        </w:r>
      </w:hyperlink>
      <w:r>
        <w:t xml:space="preserve"> - Chichester Festival Theatre cancelled a performance of 'A Midsummer Night's Dream' after a cast member was subjected to an alleged homophobic hate crime. The actor was reportedly 'aggressively hounded and physically pursued through the centre of Chichester' shortly before the scheduled performance. Sussex Police are investigating the incident, which occurred at around 6pm on October 13, as a hate crime. The theatre expressed profound sadness and pledged full support for the actor, noting that the victim, company, and staff were 'extremely shaken' by the event. (</w:t>
      </w:r>
      <w:hyperlink r:id="rId17">
        <w:r>
          <w:rPr>
            <w:color w:val="0000EE"/>
            <w:u w:val="single"/>
          </w:rPr>
          <w:t>scenemag.co.uk</w:t>
        </w:r>
      </w:hyperlink>
      <w:r>
        <w:t>)</w:t>
      </w:r>
      <w:r/>
    </w:p>
    <w:p>
      <w:pPr>
        <w:pStyle w:val="ListNumber"/>
        <w:spacing w:line="240" w:lineRule="auto"/>
        <w:ind w:left="720"/>
      </w:pPr>
      <w:r/>
      <w:hyperlink r:id="rId13">
        <w:r>
          <w:rPr>
            <w:color w:val="0000EE"/>
            <w:u w:val="single"/>
          </w:rPr>
          <w:t>https://www.hellorayo.co.uk/hits-radio/sussex/news/chichester-festival-theatre-cast-member-attacked-says-chichester-pride</w:t>
        </w:r>
      </w:hyperlink>
      <w:r>
        <w:t xml:space="preserve"> - Chichester Pride has condemned a suspected homophobic hate crime involving a cast member of Chichester Festival Theatre’s 'A Midsummer Night’s Dream'. The incident occurred in the Little London car park behind East Street at around 6pm on October 13, when a man in his 20s was followed and verbally abused by a group of young men riding bicycles. Police are treating the incident as a homophobic hate crime. Chichester Pride expressed support for the victim and the wider LGBTQ+ community, stating that nobody should experience intimidation, harassment, or violence because of their identity. (</w:t>
      </w:r>
      <w:hyperlink r:id="rId18">
        <w:r>
          <w:rPr>
            <w:color w:val="0000EE"/>
            <w:u w:val="single"/>
          </w:rPr>
          <w:t>hellorayo.co.uk</w:t>
        </w:r>
      </w:hyperlink>
      <w:r>
        <w:t>)</w:t>
      </w:r>
      <w:r/>
    </w:p>
    <w:p>
      <w:pPr>
        <w:pStyle w:val="ListNumber"/>
        <w:spacing w:line="240" w:lineRule="auto"/>
        <w:ind w:left="720"/>
      </w:pPr>
      <w:r/>
      <w:hyperlink r:id="rId10">
        <w:r>
          <w:rPr>
            <w:color w:val="0000EE"/>
            <w:u w:val="single"/>
          </w:rPr>
          <w:t>https://www.sussexexpress.co.uk/news/crime/police-investigate-hate-crime-against-chichester-festival-theatre-cast-member-9290818</w:t>
        </w:r>
      </w:hyperlink>
      <w:r>
        <w:t xml:space="preserve"> - Sussex Police are investigating a report of homophobic abuse against a cast member of Chichester Festival Theatre’s 'A Midsummer Night’s Dream'. The incident took place at approximately 6pm on October 13 in a car park behind East Street and Little London. A police spokesperson said the report concerned three young men on bicycles directing homophobic abuse towards a man walking in the area. The incident is being treated as a hate crime. (</w:t>
      </w:r>
      <w:hyperlink r:id="rId19">
        <w:r>
          <w:rPr>
            <w:color w:val="0000EE"/>
            <w:u w:val="single"/>
          </w:rPr>
          <w:t>sussexexpress.co.uk</w:t>
        </w:r>
      </w:hyperlink>
      <w:r>
        <w:t>)</w:t>
      </w:r>
      <w:r/>
    </w:p>
    <w:p>
      <w:pPr>
        <w:pStyle w:val="ListNumber"/>
        <w:spacing w:line="240" w:lineRule="auto"/>
        <w:ind w:left="720"/>
      </w:pPr>
      <w:r/>
      <w:hyperlink r:id="rId12">
        <w:r>
          <w:rPr>
            <w:color w:val="0000EE"/>
            <w:u w:val="single"/>
          </w:rPr>
          <w:t>https://www.v2radio.co.uk/news/localnews/police-investigate-homophobic-hate-crime-involving-chichester-festival-theatre-actor-after-performance-cancelled/</w:t>
        </w:r>
      </w:hyperlink>
      <w:r>
        <w:t xml:space="preserve"> - Sussex Police have confirmed they are investigating a reported homophobic hate crime in Chichester, following an incident involving an actor from Chichester Festival Theatre which led to the cancellation of a performance. Officers are investigating reports that a man walking through a car park behind East Street and Little London was subjected to homophobic abuse by three young men riding bicycles. The incident happened at around 6pm on October 13 and is being treated as a hate crime. (</w:t>
      </w:r>
      <w:hyperlink r:id="rId20">
        <w:r>
          <w:rPr>
            <w:color w:val="0000EE"/>
            <w:u w:val="single"/>
          </w:rPr>
          <w:t>v2radio.co.uk</w:t>
        </w:r>
      </w:hyperlink>
      <w:r>
        <w:t>)</w:t>
      </w:r>
      <w:r/>
    </w:p>
    <w:p>
      <w:pPr>
        <w:pStyle w:val="ListNumber"/>
        <w:spacing w:line="240" w:lineRule="auto"/>
        <w:ind w:left="720"/>
      </w:pPr>
      <w:r/>
      <w:hyperlink r:id="rId14">
        <w:r>
          <w:rPr>
            <w:color w:val="0000EE"/>
            <w:u w:val="single"/>
          </w:rPr>
          <w:t>https://www.hellorayo.co.uk/hits-radio/sussex/news/teen-arrested-homophobic-abuse-chichester</w:t>
        </w:r>
      </w:hyperlink>
      <w:r>
        <w:t xml:space="preserve"> - A teenager has been arrested in connection with an incident of homophobic abuse in Chichester city centre. The victim, a man in his 20s, reported being followed and verbally abused by a group of young men riding bicycles in the Little London car park behind East Street around 6pm on October 13. Police are treating the incident as a homophobic hate crime. Officers launched an investigation after the man reported the incident and provided reassurance by visiting him at a nearby venue to take a full statement. The 16-year-old boy was arrested on suspicion of using threatening or abusive words or behaviour likely to cause harassment, alarm, or distress, and on suspicion of shop theft. He was issued with a Community Protection Warning and bailed pending further enquiries. (</w:t>
      </w:r>
      <w:hyperlink r:id="rId21">
        <w:r>
          <w:rPr>
            <w:color w:val="0000EE"/>
            <w:u w:val="single"/>
          </w:rPr>
          <w:t>hellorayo.co.uk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ssex.police.uk/news/sussex/news/news/boy-arrested-in-connection-with-homophobic-abuse-in-chichester/" TargetMode="External"/><Relationship Id="rId10" Type="http://schemas.openxmlformats.org/officeDocument/2006/relationships/hyperlink" Target="https://www.sussexexpress.co.uk/news/crime/police-investigate-hate-crime-against-chichester-festival-theatre-cast-member-9290818" TargetMode="External"/><Relationship Id="rId11" Type="http://schemas.openxmlformats.org/officeDocument/2006/relationships/hyperlink" Target="https://www.scenemag.co.uk/chichester-theatre-cancels-performance-after-actor-targeted-in-alleged-homophobic-hate-crime/" TargetMode="External"/><Relationship Id="rId12" Type="http://schemas.openxmlformats.org/officeDocument/2006/relationships/hyperlink" Target="https://www.v2radio.co.uk/news/localnews/police-investigate-homophobic-hate-crime-involving-chichester-festival-theatre-actor-after-performance-cancelled/" TargetMode="External"/><Relationship Id="rId13" Type="http://schemas.openxmlformats.org/officeDocument/2006/relationships/hyperlink" Target="https://www.hellorayo.co.uk/hits-radio/sussex/news/chichester-festival-theatre-cast-member-attacked-says-chichester-pride" TargetMode="External"/><Relationship Id="rId14" Type="http://schemas.openxmlformats.org/officeDocument/2006/relationships/hyperlink" Target="https://www.hellorayo.co.uk/hits-radio/sussex/news/teen-arrested-homophobic-abuse-chichester" TargetMode="External"/><Relationship Id="rId15" Type="http://schemas.openxmlformats.org/officeDocument/2006/relationships/hyperlink" Target="https://www.sussexexpress.co.uk/news/people/chichester-pride-condemns-suspected-homophobic-hate-crime-9292417" TargetMode="External"/><Relationship Id="rId16" Type="http://schemas.openxmlformats.org/officeDocument/2006/relationships/hyperlink" Target="https://www.sussex.police.uk/news/sussex/news/news/boy-arrested-in-connection-with-homophobic-abuse-in-chichester/?utm_source=openai" TargetMode="External"/><Relationship Id="rId17" Type="http://schemas.openxmlformats.org/officeDocument/2006/relationships/hyperlink" Target="https://www.scenemag.co.uk/chichester-theatre-cancels-performance-after-actor-targeted-in-alleged-homophobic-hate-crime/?utm_source=openai" TargetMode="External"/><Relationship Id="rId18" Type="http://schemas.openxmlformats.org/officeDocument/2006/relationships/hyperlink" Target="https://www.hellorayo.co.uk/hits-radio/sussex/news/chichester-festival-theatre-cast-member-attacked-says-chichester-pride?utm_source=openai" TargetMode="External"/><Relationship Id="rId19" Type="http://schemas.openxmlformats.org/officeDocument/2006/relationships/hyperlink" Target="https://www.sussexexpress.co.uk/news/crime/police-investigate-hate-crime-against-chichester-festival-theatre-cast-member-9290818?utm_source=openai" TargetMode="External"/><Relationship Id="rId20" Type="http://schemas.openxmlformats.org/officeDocument/2006/relationships/hyperlink" Target="https://www.v2radio.co.uk/news/localnews/police-investigate-homophobic-hate-crime-involving-chichester-festival-theatre-actor-after-performance-cancelled/?utm_source=openai" TargetMode="External"/><Relationship Id="rId21" Type="http://schemas.openxmlformats.org/officeDocument/2006/relationships/hyperlink" Target="https://www.hellorayo.co.uk/hits-radio/sussex/news/teen-arrested-homophobic-abuse-chichest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