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Orlando This Weekend for Autumn Fun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have a packed Orlando weekend ahead from 16 to 18 October 2026, with motorcycle action, ballet, pumpkin picking, Oktoberfest celebrations and family-friendly Halloween entertainment. Whether you want live music, outdoor excitement or a relaxed food-and-drink outing, Central Florida has an appealing mix of plans.</w:t>
      </w:r>
      <w:r/>
    </w:p>
    <w:p>
      <w:pPr>
        <w:pStyle w:val="Heading2"/>
      </w:pPr>
      <w:r>
        <w:t>Essential Takeaways</w:t>
      </w:r>
      <w:r/>
      <w:r/>
    </w:p>
    <w:p>
      <w:pPr>
        <w:pStyle w:val="ListBullet"/>
        <w:spacing w:line="240" w:lineRule="auto"/>
        <w:ind w:left="720"/>
      </w:pPr>
      <w:r/>
      <w:r>
        <w:rPr>
          <w:b/>
        </w:rPr>
        <w:t>High-octane start:</w:t>
      </w:r>
      <w:r>
        <w:t xml:space="preserve"> Daytona’s Biketoberfest brings motorcycles, racing and live music to the coast.</w:t>
      </w:r>
      <w:r/>
    </w:p>
    <w:p>
      <w:pPr>
        <w:pStyle w:val="ListBullet"/>
        <w:spacing w:line="240" w:lineRule="auto"/>
        <w:ind w:left="720"/>
      </w:pPr>
      <w:r/>
      <w:r>
        <w:rPr>
          <w:b/>
        </w:rPr>
        <w:t>A touch of magic:</w:t>
      </w:r>
      <w:r>
        <w:t xml:space="preserve"> Orlando Ballet’s </w:t>
      </w:r>
      <w:r>
        <w:rPr>
          <w:i/>
        </w:rPr>
        <w:t>The Sleeping Beauty</w:t>
      </w:r>
      <w:r>
        <w:t xml:space="preserve"> pairs classic choreography with live orchestral music.</w:t>
      </w:r>
      <w:r/>
    </w:p>
    <w:p>
      <w:pPr>
        <w:pStyle w:val="ListBullet"/>
        <w:spacing w:line="240" w:lineRule="auto"/>
        <w:ind w:left="720"/>
      </w:pPr>
      <w:r/>
      <w:r>
        <w:rPr>
          <w:b/>
        </w:rPr>
        <w:t>Autumn atmosphere:</w:t>
      </w:r>
      <w:r>
        <w:t xml:space="preserve"> The Patch at Sunset Walk offers pumpkins, a corn maze, music and dining.</w:t>
      </w:r>
      <w:r/>
    </w:p>
    <w:p>
      <w:pPr>
        <w:pStyle w:val="ListBullet"/>
        <w:spacing w:line="240" w:lineRule="auto"/>
        <w:ind w:left="720"/>
      </w:pPr>
      <w:r/>
      <w:r>
        <w:rPr>
          <w:b/>
        </w:rPr>
        <w:t>Festival flavour:</w:t>
      </w:r>
      <w:r>
        <w:t xml:space="preserve"> Sanford’s Hollerbach’s Oktoberfest and Celebration’s Rocktoberfest serve German food, beer and entertainment.</w:t>
      </w:r>
      <w:r/>
    </w:p>
    <w:p>
      <w:pPr>
        <w:pStyle w:val="ListBullet"/>
        <w:spacing w:line="240" w:lineRule="auto"/>
        <w:ind w:left="720"/>
      </w:pPr>
      <w:r/>
      <w:r>
        <w:rPr>
          <w:b/>
        </w:rPr>
        <w:t>Family Halloween:</w:t>
      </w:r>
      <w:r>
        <w:t xml:space="preserve"> Zoo Boo Bash adds costumes, animal enrichment and trick-or-treating without the usual scares.</w:t>
      </w:r>
      <w:r/>
      <w:r/>
    </w:p>
    <w:p>
      <w:pPr>
        <w:pStyle w:val="Heading2"/>
      </w:pPr>
      <w:r>
        <w:t>Orlando’s weekend calendar is full of variety</w:t>
      </w:r>
      <w:r/>
    </w:p>
    <w:p>
      <w:r/>
      <w:r>
        <w:t>The strongest feature of this weekend’s Orlando events is the sheer range. You can spend the morning outdoors, dress up for a performance in the evening, or turn the whole day into a food-focused outing. It’s the sort of calendar that makes staying in feel slightly wasteful.</w:t>
      </w:r>
      <w:r/>
    </w:p>
    <w:p>
      <w:r/>
      <w:r>
        <w:t xml:space="preserve">For a loud and energetic beginning, Biketoberfest runs from 15 to 18 October in Daytona Beach. According to Daytona Beach’s official visitor information, the rally includes scenic rides, motorcycle displays, vendors, live entertainment and racing-related activities, giving petrolheads plenty to see beyond the main roads. </w:t>
      </w:r>
      <w:hyperlink r:id="rId9">
        <w:r>
          <w:rPr>
            <w:color w:val="0000EE"/>
            <w:u w:val="single"/>
          </w:rPr>
          <w:t>[2]</w:t>
        </w:r>
      </w:hyperlink>
      <w:r/>
    </w:p>
    <w:p>
      <w:r/>
      <w:r>
        <w:t xml:space="preserve">Meanwhile, Orlando Ballet’s </w:t>
      </w:r>
      <w:r>
        <w:rPr>
          <w:i/>
        </w:rPr>
        <w:t>The Sleeping Beauty</w:t>
      </w:r>
      <w:r>
        <w:t xml:space="preserve"> offers a much more polished kind of spectacle. The production features the Orlando Philharmonic Orchestra, so audiences can expect the familiar fairy-tale story to arrive with sweeping music, elaborate movement and a properly theatrical atmosphere. </w:t>
      </w:r>
      <w:hyperlink r:id="rId10">
        <w:r>
          <w:rPr>
            <w:color w:val="0000EE"/>
            <w:u w:val="single"/>
          </w:rPr>
          <w:t>[3]</w:t>
        </w:r>
      </w:hyperlink>
      <w:r/>
    </w:p>
    <w:p>
      <w:pPr>
        <w:pStyle w:val="Heading2"/>
      </w:pPr>
      <w:r>
        <w:t>Pumpkin patches and family-friendly Halloween plans</w:t>
      </w:r>
      <w:r/>
    </w:p>
    <w:p>
      <w:r/>
      <w:r>
        <w:t xml:space="preserve">For an easy autumn outing, The Patch at the Promenade at Sunset Walk is a strong choice. The seasonal setup includes pumpkins to take home, photo opportunities with a tractor and scarecrows, plus a corn maze open in the late afternoon. Sunset Walk’s own event details also highlight live music and nearby restaurants, which makes it simple to stretch a quick visit into an evening. </w:t>
      </w:r>
      <w:hyperlink r:id="rId11">
        <w:r>
          <w:rPr>
            <w:color w:val="0000EE"/>
            <w:u w:val="single"/>
          </w:rPr>
          <w:t>[4]</w:t>
        </w:r>
      </w:hyperlink>
      <w:r/>
    </w:p>
    <w:p>
      <w:r/>
      <w:r>
        <w:t xml:space="preserve">Families looking for Halloween fun without anything too frightening can head to Zoo Boo Bash at Central Florida Zoo &amp; Botanical Gardens. The event includes decorated zoo areas, animal enrichment, children’s activities and a trick-or-treat route, making it a practical option for younger children who still want to wear their favourite costume. </w:t>
      </w:r>
      <w:hyperlink r:id="rId12">
        <w:r>
          <w:rPr>
            <w:color w:val="0000EE"/>
            <w:u w:val="single"/>
          </w:rPr>
          <w:t>[7]</w:t>
        </w:r>
      </w:hyperlink>
      <w:r/>
    </w:p>
    <w:p>
      <w:r/>
      <w:r>
        <w:t>A small tip: comfortable shoes will matter more than you think. Pumpkin patches, zoos and outdoor festivals involve plenty of walking, and the Florida weather can still feel warm even in October.</w:t>
      </w:r>
      <w:r/>
    </w:p>
    <w:p>
      <w:pPr>
        <w:pStyle w:val="Heading2"/>
      </w:pPr>
      <w:r>
        <w:t>Oktoberfest brings big flavours to Central Florida</w:t>
      </w:r>
      <w:r/>
    </w:p>
    <w:p>
      <w:r/>
      <w:r>
        <w:t xml:space="preserve">Sanford is leaning into German food, beer and music with Hollerbach’s Oktoberfest on 16 and 17 October. The official event listing promises favourites such as sausages and pretzels, alongside German entertainment, dancing and competitions. Admission and parking are listed as free, which makes the event especially appealing for groups deciding on a spontaneous afternoon out. </w:t>
      </w:r>
      <w:hyperlink r:id="rId13">
        <w:r>
          <w:rPr>
            <w:color w:val="0000EE"/>
            <w:u w:val="single"/>
          </w:rPr>
          <w:t>[5]</w:t>
        </w:r>
      </w:hyperlink>
      <w:r/>
    </w:p>
    <w:p>
      <w:r/>
      <w:r>
        <w:t xml:space="preserve">Celebration’s Rocktoberfest offers a similar autumn mood with a slightly different setting. The Town Center event combines live music, bratwurst, pretzels, German beer and stein-holding contests, creating a cheerful festival atmosphere that should suit both visitors and local residents. </w:t>
      </w:r>
      <w:hyperlink r:id="rId14">
        <w:r>
          <w:rPr>
            <w:color w:val="0000EE"/>
            <w:u w:val="single"/>
          </w:rPr>
          <w:t>[6]</w:t>
        </w:r>
      </w:hyperlink>
      <w:r/>
    </w:p>
    <w:p>
      <w:r/>
      <w:r>
        <w:t>These events are also a reminder that Orlando’s food scene isn’t limited to theme-park dining. A good festival plate, a cold drink and some live music can make a surprisingly complete weekend plan, particularly when nobody wants to spend hours organising a complicated itinerary.</w:t>
      </w:r>
      <w:r/>
    </w:p>
    <w:p>
      <w:pPr>
        <w:pStyle w:val="Heading2"/>
      </w:pPr>
      <w:r>
        <w:t>More ways to spend Saturday outdoors</w:t>
      </w:r>
      <w:r/>
    </w:p>
    <w:p>
      <w:r/>
      <w:r>
        <w:t>Sports fans can make their way to Turkey Lake for the Orlando International Dragon Boat Festival. The event brings together teams for competitive racing, while the surrounding festival area includes food, cultural activities and a health and wellness village. It’s a lively way to watch a sport that rewards teamwork, timing and an impressive amount of stamina.</w:t>
      </w:r>
      <w:r/>
    </w:p>
    <w:p>
      <w:r/>
      <w:r>
        <w:t>Over at Lakeridge Winery in Clermont, Corks &amp; Forks offers a slower-paced alternative. The inaugural event is built around wine, food trucks, local vendors and live music, so it should appeal to anyone who prefers tasting and browsing to racing and crowds. It’s an easy pick for a relaxed day with friends or family.</w:t>
      </w:r>
      <w:r/>
    </w:p>
    <w:p>
      <w:r/>
      <w:r>
        <w:t>Planning ahead is worthwhile for both. Check travel times, parking arrangements and admission details before setting off, particularly if you’re visiting from outside Orlando or combining two events in one day.</w:t>
      </w:r>
      <w:r/>
    </w:p>
    <w:p>
      <w:pPr>
        <w:pStyle w:val="Heading2"/>
      </w:pPr>
      <w:r>
        <w:t>Music, pride and a night under the stars</w:t>
      </w:r>
      <w:r/>
    </w:p>
    <w:p>
      <w:r/>
      <w:r>
        <w:t>Orlando’s Come Out With Pride returns downtown on 17 October with a parade, festival activities, vendors, live entertainment and fireworks. The celebration is designed to be welcoming and family-friendly, while its large mix of community groups and businesses gives the day a strong sense of local participation.</w:t>
      </w:r>
      <w:r/>
    </w:p>
    <w:p>
      <w:r/>
      <w:r>
        <w:t>For a quieter evening, Leu Gardens’ Fall Jazz &amp; Blues Concert offers music among the gardens. The combination of live jazz, blues and landscaped pathways should make it one of the weekend’s more atmospheric choices, especially as daylight fades and the evening cools.</w:t>
      </w:r>
      <w:r/>
    </w:p>
    <w:p>
      <w:r/>
      <w:r>
        <w:t>With so many events taking place on the same day, the best plan is to choose one main attraction rather than trying to collect them all. Orlando rewards a little breathing room, and a relaxed evening often becomes the part you remember most.</w:t>
      </w:r>
      <w:r/>
    </w:p>
    <w:p>
      <w:r/>
      <w:r>
        <w:t>Double-check times, ticketing and cancellation information with each organiser before travelling, as event details can change.</w:t>
      </w:r>
      <w:r/>
    </w:p>
    <w:p>
      <w:r/>
      <w:r>
        <w:t>A little planning turns Orlando’s busy October calendar into a weekend worth savouring.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[3]</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[3]</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https://www.gottagoorlando.com/post/the-top-10-things-to-do-in-orlando-this-weekend-oct-16-18-2026</w:t>
        </w:r>
      </w:hyperlink>
      <w:r>
        <w:t xml:space="preserve"> - Please view link - unable to able to access data</w:t>
      </w:r>
      <w:r/>
    </w:p>
    <w:p>
      <w:pPr>
        <w:pStyle w:val="ListNumber"/>
        <w:spacing w:line="240" w:lineRule="auto"/>
        <w:ind w:left="720"/>
      </w:pPr>
      <w:r/>
      <w:hyperlink r:id="rId9">
        <w:r>
          <w:rPr>
            <w:color w:val="0000EE"/>
            <w:u w:val="single"/>
          </w:rPr>
          <w:t>https://www.daytonabeach.com/biketoberfest/faq/</w:t>
        </w:r>
      </w:hyperlink>
      <w:r>
        <w:t xml:space="preserve"> - The official FAQ page for the 34th Annual Biketoberfest, scheduled for October 15-18, 2026, in Daytona Beach, Florida. It provides details on event dates, vendor participation, and the official Welcome Center location at Daytona International Speedway. The page also mentions the availability of a Biketoberfest app for event updates and information. Visitors are encouraged to check the official website for the latest information and to plan their visit responsibly.</w:t>
      </w:r>
      <w:r/>
    </w:p>
    <w:p>
      <w:pPr>
        <w:pStyle w:val="ListNumber"/>
        <w:spacing w:line="240" w:lineRule="auto"/>
        <w:ind w:left="720"/>
      </w:pPr>
      <w:r/>
      <w:hyperlink r:id="rId10">
        <w:r>
          <w:rPr>
            <w:color w:val="0000EE"/>
            <w:u w:val="single"/>
          </w:rPr>
          <w:t>https://orlandoballet.org/performances-events/the-sleeping-beauty/</w:t>
        </w:r>
      </w:hyperlink>
      <w:r>
        <w:t xml:space="preserve"> - Information about the Orlando Ballet's performance of 'The Sleeping Beauty' from October 16 to 18, 2026, at Steinmetz Hall in the Dr. Phillips Center for the Performing Arts. The production features live orchestration by the Orlando Philharmonic Orchestra and is choreographed by Christopher Stowell, set to Pyotr Ilyich Tchaikovsky's score. The performance has a runtime of 2 hours and 30 minutes, including a 20-minute intermission.</w:t>
      </w:r>
      <w:r/>
    </w:p>
    <w:p>
      <w:pPr>
        <w:pStyle w:val="ListNumber"/>
        <w:spacing w:line="240" w:lineRule="auto"/>
        <w:ind w:left="720"/>
      </w:pPr>
      <w:r/>
      <w:hyperlink r:id="rId11">
        <w:r>
          <w:rPr>
            <w:color w:val="0000EE"/>
            <w:u w:val="single"/>
          </w:rPr>
          <w:t>https://www.sunsetwalk.com/the-patch-at-the-promenade-at-sunset-walk/</w:t>
        </w:r>
      </w:hyperlink>
      <w:r>
        <w:t xml:space="preserve"> - Details about 'The Patch at the Promenade at Sunset Walk,' running from October 16 to 30, 2026. Visitors can select pumpkins, enjoy fall photo opportunities with a John Deere tractor and scarecrows, navigate the Promenade Corn Maze nightly from 4 to 7 pm, and enjoy live music. The venue also offers over 30 restaurants, dessert options, shops, and experiences, providing a festive atmosphere for families and visitors.</w:t>
      </w:r>
      <w:r/>
    </w:p>
    <w:p>
      <w:pPr>
        <w:pStyle w:val="ListNumber"/>
        <w:spacing w:line="240" w:lineRule="auto"/>
        <w:ind w:left="720"/>
      </w:pPr>
      <w:r/>
      <w:hyperlink r:id="rId13">
        <w:r>
          <w:rPr>
            <w:color w:val="0000EE"/>
            <w:u w:val="single"/>
          </w:rPr>
          <w:t>https://www.historicdowntownsanford.com/hollerbachs-oktoberfest-2026/</w:t>
        </w:r>
      </w:hyperlink>
      <w:r>
        <w:t xml:space="preserve"> - Information about Hollerbach's Oktoberfest in Downtown Sanford, taking place on October 16-17, 2026. The festival features authentic German food, including sizzling sausages and fresh pretzels, a selection of beers like Erdinger Weiss and Paulaner Oktoberfest, and entertainment such as Pech &amp; Schwefel, German Dancers, and the Stein Holding Contest. Admission and parking are free, making it an accessible event for all attendees.</w:t>
      </w:r>
      <w:r/>
    </w:p>
    <w:p>
      <w:pPr>
        <w:pStyle w:val="ListNumber"/>
        <w:spacing w:line="240" w:lineRule="auto"/>
        <w:ind w:left="720"/>
      </w:pPr>
      <w:r/>
      <w:hyperlink r:id="rId14">
        <w:r>
          <w:rPr>
            <w:color w:val="0000EE"/>
            <w:u w:val="single"/>
          </w:rPr>
          <w:t>https://www.celebrationtowncenter.com/rocktoberfest-2026/</w:t>
        </w:r>
      </w:hyperlink>
      <w:r>
        <w:t xml:space="preserve"> - Details about Rocktoberfest in Celebration, scheduled for October 16-17, 2026. The festival offers live music, authentic German beer, bratwurst, pretzels, live polka music, and stein-holding competitions in the Town Center. It's a vibrant event that invites everyone to embrace the autumn season with a blend of traditional German culture and community spirit.</w:t>
      </w:r>
      <w:r/>
    </w:p>
    <w:p>
      <w:pPr>
        <w:pStyle w:val="ListNumber"/>
        <w:spacing w:line="240" w:lineRule="auto"/>
        <w:ind w:left="720"/>
      </w:pPr>
      <w:r/>
      <w:hyperlink r:id="rId12">
        <w:r>
          <w:rPr>
            <w:color w:val="0000EE"/>
            <w:u w:val="single"/>
          </w:rPr>
          <w:t>https://www.centralfloridazoo.org/zoo-boo-bash-2026/</w:t>
        </w:r>
      </w:hyperlink>
      <w:r>
        <w:t xml:space="preserve"> - Information about the Central Florida Zoo &amp; Botanical Gardens' Zoo Boo Bash, occurring on October 17, 18, 24, 25, and 31, 2026. The event features not-so-scary zoo decorations, animal enrichment activities, exclusive food and drink options, and a trick-or-treat station path. It's designed for children and families to enjoy Halloween festivities in a fun and safe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ytonabeach.com/biketoberfest/faq/" TargetMode="External"/><Relationship Id="rId10" Type="http://schemas.openxmlformats.org/officeDocument/2006/relationships/hyperlink" Target="https://orlandoballet.org/performances-events/the-sleeping-beauty/" TargetMode="External"/><Relationship Id="rId11" Type="http://schemas.openxmlformats.org/officeDocument/2006/relationships/hyperlink" Target="https://www.sunsetwalk.com/the-patch-at-the-promenade-at-sunset-walk/" TargetMode="External"/><Relationship Id="rId12" Type="http://schemas.openxmlformats.org/officeDocument/2006/relationships/hyperlink" Target="https://www.centralfloridazoo.org/zoo-boo-bash-2026/" TargetMode="External"/><Relationship Id="rId13" Type="http://schemas.openxmlformats.org/officeDocument/2006/relationships/hyperlink" Target="https://www.historicdowntownsanford.com/hollerbachs-oktoberfest-2026/" TargetMode="External"/><Relationship Id="rId14" Type="http://schemas.openxmlformats.org/officeDocument/2006/relationships/hyperlink" Target="https://www.celebrationtowncenter.com/rocktoberfest-2026/" TargetMode="External"/><Relationship Id="rId15" Type="http://schemas.openxmlformats.org/officeDocument/2006/relationships/hyperlink" Target="https://www.gottagoorlando.com/post/the-top-10-things-to-do-in-orlando-this-weekend-oct-16-18-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