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Dinner, Drag And Dancing Event In The Woodlands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Woodlands Resort is opening Pride weekend with a lively Dinner, Drag and Dancing celebration in Texas, bringing together local performers, a generous buffet and a late-night dance floor. With cocktails, champagne and proceeds supporting LGBTQ+ education, it’s shaping up to be a warm, glittering evening with plenty of personality.</w:t>
      </w:r>
      <w:r/>
    </w:p>
    <w:p>
      <w:pPr>
        <w:pStyle w:val="Heading2"/>
      </w:pPr>
      <w:r>
        <w:t>Essential Takeaways</w:t>
      </w:r>
      <w:r/>
      <w:r/>
    </w:p>
    <w:p>
      <w:pPr>
        <w:pStyle w:val="ListBullet"/>
        <w:spacing w:line="240" w:lineRule="auto"/>
        <w:ind w:left="720"/>
      </w:pPr>
      <w:r/>
      <w:r>
        <w:rPr>
          <w:b/>
        </w:rPr>
        <w:t>One-night celebration:</w:t>
      </w:r>
      <w:r>
        <w:t xml:space="preserve"> The event runs from 6pm to 11.30pm on Thursday, 29 October.</w:t>
      </w:r>
      <w:r/>
    </w:p>
    <w:p>
      <w:pPr>
        <w:pStyle w:val="ListBullet"/>
        <w:spacing w:line="240" w:lineRule="auto"/>
        <w:ind w:left="720"/>
      </w:pPr>
      <w:r/>
      <w:r>
        <w:rPr>
          <w:b/>
        </w:rPr>
        <w:t>Live entertainment:</w:t>
      </w:r>
      <w:r>
        <w:t xml:space="preserve"> Nadine Hughes, Sasha Frost, Chevelle Brooks and Violet Brooks will perform.</w:t>
      </w:r>
      <w:r/>
    </w:p>
    <w:p>
      <w:pPr>
        <w:pStyle w:val="ListBullet"/>
        <w:spacing w:line="240" w:lineRule="auto"/>
        <w:ind w:left="720"/>
      </w:pPr>
      <w:r/>
      <w:r>
        <w:rPr>
          <w:b/>
        </w:rPr>
        <w:t>Dinner and drinks included:</w:t>
      </w:r>
      <w:r>
        <w:t xml:space="preserve"> Tickets cover a champagne welcome, buffet dinner and a complimentary Campari cocktail.</w:t>
      </w:r>
      <w:r/>
    </w:p>
    <w:p>
      <w:pPr>
        <w:pStyle w:val="ListBullet"/>
        <w:spacing w:line="240" w:lineRule="auto"/>
        <w:ind w:left="720"/>
      </w:pPr>
      <w:r/>
      <w:r>
        <w:rPr>
          <w:b/>
        </w:rPr>
        <w:t>A lively setting:</w:t>
      </w:r>
      <w:r>
        <w:t xml:space="preserve"> Harrison’s will take on a 1990s-inspired ballroom look before the dancing begins.</w:t>
      </w:r>
      <w:r/>
    </w:p>
    <w:p>
      <w:pPr>
        <w:pStyle w:val="ListBullet"/>
        <w:spacing w:line="240" w:lineRule="auto"/>
        <w:ind w:left="720"/>
      </w:pPr>
      <w:r/>
      <w:r>
        <w:rPr>
          <w:b/>
        </w:rPr>
        <w:t>Community benefit:</w:t>
      </w:r>
      <w:r>
        <w:t xml:space="preserve"> Proceeds will support Out for Education.</w:t>
      </w:r>
      <w:r/>
      <w:r/>
    </w:p>
    <w:p>
      <w:pPr>
        <w:pStyle w:val="Heading2"/>
      </w:pPr>
      <w:r>
        <w:t>A glamorous Pride weekend opener arrives in The Woodlands</w:t>
      </w:r>
      <w:r/>
    </w:p>
    <w:p>
      <w:r/>
      <w:r>
        <w:t>The Woodlands Resort is swapping polished resort calm for something far more theatrical: a ballroom filled with drag, dancing and the kind of sparkle that refuses to sit quietly in the corner. The Dinner, Drag and Dancing event is designed as a celebratory opening to Pride weekend, with food, cocktails and live entertainment bundled into one ticket.</w:t>
      </w:r>
      <w:r/>
    </w:p>
    <w:p>
      <w:r/>
      <w:r>
        <w:t>According to Visit The Woodlands, the evening is intended to bring people together around love, inclusion and community support. It’s an appealing formula, too. Guests can arrive for dinner, stay for the performances and then let the music carry the night towards midnight.</w:t>
      </w:r>
      <w:r/>
    </w:p>
    <w:p>
      <w:pPr>
        <w:pStyle w:val="Heading2"/>
      </w:pPr>
      <w:r>
        <w:t>Dinner, champagne and a Campari cocktail set the tone</w:t>
      </w:r>
      <w:r/>
    </w:p>
    <w:p>
      <w:r/>
      <w:r>
        <w:t>The evening starts with a celebratory champagne toast, followed by a buffet-style dinner served between 6pm and 8pm. That makes the event feel more substantial than a standard night out built around drinks and a few snacks, particularly for guests planning to stay on the dance floor.</w:t>
      </w:r>
      <w:r/>
    </w:p>
    <w:p>
      <w:r/>
      <w:r>
        <w:t>The event listing confirms that the ticket includes dinner, the welcome toast and a complimentary Campari cocktail. In other words, the evening begins with a proper meal before the sequins and high-energy performances take over.</w:t>
      </w:r>
      <w:r/>
    </w:p>
    <w:p>
      <w:pPr>
        <w:pStyle w:val="Heading2"/>
      </w:pPr>
      <w:r>
        <w:t>Four local drag artists bring the big-stage energy</w:t>
      </w:r>
      <w:r/>
    </w:p>
    <w:p>
      <w:r/>
      <w:r>
        <w:t>At 7pm, Nadine Hughes, Sasha Frost, Chevelle Brooks and Violet Brooks are scheduled to take the stage. The line-up promises a distinctly local flavour, while the 1990s-inspired ballroom setting gives the performances a playful retro backdrop.</w:t>
      </w:r>
      <w:r/>
    </w:p>
    <w:p>
      <w:r/>
      <w:r>
        <w:t>After the drag show, DJ Furo will keep the room moving with a mix of chart hits. Visit The Woodlands describes the event as an evening built around dancing as much as dining, so guests should expect the mood to shift from seated supper to full party fairly quickly.</w:t>
      </w:r>
      <w:r/>
    </w:p>
    <w:p>
      <w:pPr>
        <w:pStyle w:val="Heading2"/>
      </w:pPr>
      <w:r>
        <w:t>What the ticket includes, and who can attend</w:t>
      </w:r>
      <w:r/>
    </w:p>
    <w:p>
      <w:r/>
      <w:r>
        <w:t>Tickets cost $65 per person and are available through Eventbrite, according to the event information. Guests should be at least 21 years old, and the ticket covers the main evening essentials rather than charging separately for each part of the experience.</w:t>
      </w:r>
      <w:r/>
    </w:p>
    <w:p>
      <w:r/>
      <w:r>
        <w:t>The event takes place at The Woodlands Resort, Curio Collection by Hilton, at 2301 North Millbend Drive. Since the programme runs until 11.30pm, attendees may want to plan transport in advance, especially if they intend to enjoy the cocktails and stay for the final dance set.</w:t>
      </w:r>
      <w:r/>
    </w:p>
    <w:p>
      <w:pPr>
        <w:pStyle w:val="Heading2"/>
      </w:pPr>
      <w:r>
        <w:t>A party with a purpose beyond the dance floor</w:t>
      </w:r>
      <w:r/>
    </w:p>
    <w:p>
      <w:r/>
      <w:r>
        <w:t>The event’s proceeds will support Out for Education, extending its impact beyond a single evening of entertainment. That charitable element gives the celebration a little more weight, turning a glamorous night out into a way to support LGBTQ+ community initiatives.</w:t>
      </w:r>
      <w:r/>
    </w:p>
    <w:p>
      <w:r/>
      <w:r>
        <w:t>There’s something especially fitting about pairing a big communal party with practical support. People come for the drag, the dancing and the atmosphere, but they leave knowing their ticket has helped carry the message further.</w:t>
      </w:r>
      <w:r/>
    </w:p>
    <w:p>
      <w:r/>
      <w:r>
        <w:t>A little sparkle, a good dinner and a meaningful cause make this a Pride opener worth putting on the calendar.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1">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https://www.woodlandsonline.com/npps/story.cfm?nppage=85004</w:t>
        </w:r>
      </w:hyperlink>
      <w:r>
        <w:t xml:space="preserve"> - Please view link - unable to able to access data</w:t>
      </w:r>
      <w:r/>
    </w:p>
    <w:p>
      <w:pPr>
        <w:pStyle w:val="ListNumber"/>
        <w:spacing w:line="240" w:lineRule="auto"/>
        <w:ind w:left="720"/>
      </w:pPr>
      <w:r/>
      <w:hyperlink r:id="rId9">
        <w:r>
          <w:rPr>
            <w:color w:val="0000EE"/>
            <w:u w:val="single"/>
          </w:rPr>
          <w:t>https://www.woodlandsonline.com/npps/story.cfm?nppage=85004</w:t>
        </w:r>
      </w:hyperlink>
      <w:r>
        <w:t xml:space="preserve"> - The Woodlands Resort and The Woodlands PRIDE are hosting a 'Dinner, Drag and Dancing' event on Thursday, October 29, 2026. The evening includes a champagne toast, buffet-style dinner, live drag performances by Nadine Hughes, Sasha Frost, Chevelle Brooks, and Violet S'Arbleu, followed by dancing with DJ Furor. Tickets are $65 per person and include dinner, a complimentary Campari cocktail, and live entertainment. Proceeds benefit Out for Education. The event is for attendees aged 21 and over and will take place at The Woodlands Resort, Curio Collection by Hilton, located at 2301 North Millbend Drive, The Woodlands, TX 77380.</w:t>
      </w:r>
      <w:r/>
    </w:p>
    <w:p>
      <w:pPr>
        <w:pStyle w:val="ListNumber"/>
        <w:spacing w:line="240" w:lineRule="auto"/>
        <w:ind w:left="720"/>
      </w:pPr>
      <w:r/>
      <w:hyperlink r:id="rId10">
        <w:r>
          <w:rPr>
            <w:color w:val="0000EE"/>
            <w:u w:val="single"/>
          </w:rPr>
          <w:t>https://www.visitthewoodlands.com/articles/post/twr-pride-dinner/</w:t>
        </w:r>
      </w:hyperlink>
      <w:r>
        <w:t xml:space="preserve"> - The Woodlands Resort is launching a new Pride event with 'Dinner, Drag &amp; Dancing' on Thursday, October 29, 2026. The event features a dinner and complimentary champagne toast, followed by a drag show hosted by Nadine Hughes, with performances by Sasha Frost, Chevelle Brooks, and Violet S'Arbleu. After the show, DJ Furor will provide music and dancing. A portion of the proceeds will benefit Out for Education, supporting scholarships for regional LGBTQ+ students. Tickets are $65 per person for attendees aged 21 and over and include dinner, a complimentary Campari cocktail, and live entertainment. The event will be held at The Woodlands Resort, Curio Collection by Hilton, located at 2301 North Millbend Drive, The Woodlands, TX 77380.</w:t>
      </w:r>
      <w:r/>
    </w:p>
    <w:p>
      <w:pPr>
        <w:pStyle w:val="ListNumber"/>
        <w:spacing w:line="240" w:lineRule="auto"/>
        <w:ind w:left="720"/>
      </w:pPr>
      <w:r/>
      <w:hyperlink r:id="rId11">
        <w:r>
          <w:rPr>
            <w:color w:val="0000EE"/>
            <w:u w:val="single"/>
          </w:rPr>
          <w:t>https://www.visitthewoodlands.com/event/dinner-drag-and-dancing/3044/</w:t>
        </w:r>
      </w:hyperlink>
      <w:r>
        <w:t xml:space="preserve"> - The Woodlands Resort and The Woodlands PRIDE are hosting a 'Dinner, Drag and Dancing' event on Thursday, October 29, 2026. The evening includes a champagne toast, buffet-style dinner, live drag performances by Nadine Hughes, Sasha Frost, Chevelle Brooks, and Violet S'Arbleu, followed by dancing with DJ Furor. Tickets are $65 per person and include dinner, a complimentary Campari cocktail, and live entertainment. Proceeds benefit Out for Education. The event is for attendees aged 21 and over and will take place at The Woodlands Resort, Curio Collection by Hilton, located at 2301 North Millbend Drive, The Woodlands, TX 77380.</w:t>
      </w:r>
      <w:r/>
    </w:p>
    <w:p>
      <w:pPr>
        <w:pStyle w:val="ListNumber"/>
        <w:spacing w:line="240" w:lineRule="auto"/>
        <w:ind w:left="720"/>
      </w:pPr>
      <w:r/>
      <w:hyperlink r:id="rId12">
        <w:r>
          <w:rPr>
            <w:color w:val="0000EE"/>
            <w:u w:val="single"/>
          </w:rPr>
          <w:t>https://www.eventbrite.com/e/the-woodlands-pride-kickoff-tickets-2001887069113?aff=ebdssbcategorybrowse</w:t>
        </w:r>
      </w:hyperlink>
      <w:r>
        <w:t xml:space="preserve"> - The Woodlands Resort, in partnership with The Woodlands Pride, is hosting 'Dinner, Drag &amp; Dancing' on Thursday, October 29, 2026. The event features a dinner and complimentary champagne toast, followed by a drag show hosted by Nadine Hughes, with performances by Sasha Frost, Chevelle Brooks, and Violet S'Arbleu. After the show, DJ Furor will provide music and dancing. A portion of the proceeds will benefit Out for Education, supporting scholarships for regional LGBTQ+ students. Tickets are $65 per person for attendees aged 21 and over and include dinner, a complimentary Campari cocktail, and live entertainment. The event will be held at The Woodlands Resort, Curio Collection by Hilton, located at 2301 North Millbend Drive, The Woodlands, TX 77380.</w:t>
      </w:r>
      <w:r/>
    </w:p>
    <w:p>
      <w:pPr>
        <w:pStyle w:val="ListNumber"/>
        <w:spacing w:line="240" w:lineRule="auto"/>
        <w:ind w:left="720"/>
      </w:pPr>
      <w:r/>
      <w:hyperlink r:id="rId13">
        <w:r>
          <w:rPr>
            <w:color w:val="0000EE"/>
            <w:u w:val="single"/>
          </w:rPr>
          <w:t>https://stayhappening.com/e/the-woodlands-pride-kickoff-E118SB6ESNKAD</w:t>
        </w:r>
      </w:hyperlink>
      <w:r>
        <w:t xml:space="preserve"> - The Woodlands Resort, in partnership with The Woodlands Pride, is hosting 'Dinner, Drag &amp; Dancing' on Thursday, October 29, 2026. The event features a dinner and complimentary champagne toast, followed by a drag show hosted by Nadine Hughes, with performances by Sasha Frost, Chevelle Brooks, and Violet S'Arbleu. After the show, DJ Furor will provide music and dancing. A portion of the proceeds will benefit Out for Education, supporting scholarships for regional LGBTQ+ students. Tickets are $65 per person for attendees aged 21 and over and include dinner, a complimentary Campari cocktail, and live entertainment. The event will be held at The Woodlands Resort, Curio Collection by Hilton, located at 2301 North Millbend Drive, The Woodlands, TX 77380.</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oodlandsonline.com/npps/story.cfm?nppage=85004" TargetMode="External"/><Relationship Id="rId10" Type="http://schemas.openxmlformats.org/officeDocument/2006/relationships/hyperlink" Target="https://www.visitthewoodlands.com/articles/post/twr-pride-dinner/" TargetMode="External"/><Relationship Id="rId11" Type="http://schemas.openxmlformats.org/officeDocument/2006/relationships/hyperlink" Target="https://www.visitthewoodlands.com/event/dinner-drag-and-dancing/3044/" TargetMode="External"/><Relationship Id="rId12" Type="http://schemas.openxmlformats.org/officeDocument/2006/relationships/hyperlink" Target="https://www.eventbrite.com/e/the-woodlands-pride-kickoff-tickets-2001887069113?aff=ebdssbcategorybrowse" TargetMode="External"/><Relationship Id="rId13" Type="http://schemas.openxmlformats.org/officeDocument/2006/relationships/hyperlink" Target="https://stayhappening.com/e/the-woodlands-pride-kickoff-E118SB6ESNKA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