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LGBTQIA+ Festival Events in Shepparton for 2026</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Shoppers of joy, culture and community can look forward to OUTintheOPEN Festival in Greater Shepparton from 6 to 20 November 2026. With a free Carnival Day, drag bingo, brunches, workshops and a Castlemaine Pride outing, the regional Victorian celebration offers plenty of ways to connect, whether you fancy a glittering night out or something gentler.</w:t>
      </w:r>
      <w:r/>
    </w:p>
    <w:p>
      <w:pPr>
        <w:pStyle w:val="Heading2"/>
      </w:pPr>
      <w:r>
        <w:t>Essential Takeaways</w:t>
      </w:r>
      <w:r/>
      <w:r/>
    </w:p>
    <w:p>
      <w:pPr>
        <w:pStyle w:val="ListBullet"/>
        <w:spacing w:line="240" w:lineRule="auto"/>
        <w:ind w:left="720"/>
      </w:pPr>
      <w:r/>
      <w:r>
        <w:rPr>
          <w:b/>
        </w:rPr>
        <w:t>Two weeks of celebration:</w:t>
      </w:r>
      <w:r>
        <w:t xml:space="preserve"> OUTintheOPEN runs across Greater Shepparton from 6 to 20 November 2026.</w:t>
      </w:r>
      <w:r/>
    </w:p>
    <w:p>
      <w:pPr>
        <w:pStyle w:val="ListBullet"/>
        <w:spacing w:line="240" w:lineRule="auto"/>
        <w:ind w:left="720"/>
      </w:pPr>
      <w:r/>
      <w:r>
        <w:rPr>
          <w:b/>
        </w:rPr>
        <w:t>A free centrepiece:</w:t>
      </w:r>
      <w:r>
        <w:t xml:space="preserve"> Carnival Day takes place at Queens Gardens on Saturday 7 November.</w:t>
      </w:r>
      <w:r/>
    </w:p>
    <w:p>
      <w:pPr>
        <w:pStyle w:val="ListBullet"/>
        <w:spacing w:line="240" w:lineRule="auto"/>
        <w:ind w:left="720"/>
      </w:pPr>
      <w:r/>
      <w:r>
        <w:rPr>
          <w:b/>
        </w:rPr>
        <w:t>Something for every mood:</w:t>
      </w:r>
      <w:r>
        <w:t xml:space="preserve"> The programme includes drag bingo, brunches, workshops, arts activities and parties.</w:t>
      </w:r>
      <w:r/>
    </w:p>
    <w:p>
      <w:pPr>
        <w:pStyle w:val="ListBullet"/>
        <w:spacing w:line="240" w:lineRule="auto"/>
        <w:ind w:left="720"/>
      </w:pPr>
      <w:r/>
      <w:r>
        <w:rPr>
          <w:b/>
        </w:rPr>
        <w:t>A milestone year:</w:t>
      </w:r>
      <w:r>
        <w:t xml:space="preserve"> The festival celebrates its 15th edition, alongside 21 years of Goulburn Valley Pride.</w:t>
      </w:r>
      <w:r/>
    </w:p>
    <w:p>
      <w:pPr>
        <w:pStyle w:val="ListBullet"/>
        <w:spacing w:line="240" w:lineRule="auto"/>
        <w:ind w:left="720"/>
      </w:pPr>
      <w:r/>
      <w:r>
        <w:rPr>
          <w:b/>
        </w:rPr>
        <w:t>Regional pride matters:</w:t>
      </w:r>
      <w:r>
        <w:t xml:space="preserve"> The event brings LGBTQIA+ connection and visibility closer to home.</w:t>
      </w:r>
      <w:r/>
      <w:r/>
    </w:p>
    <w:p>
      <w:pPr>
        <w:pStyle w:val="Heading2"/>
      </w:pPr>
      <w:r>
        <w:t>Shepparton Pride is making room for everyone</w:t>
      </w:r>
      <w:r/>
    </w:p>
    <w:p>
      <w:r/>
      <w:r>
        <w:t>There’s a pleasingly straightforward idea at the heart of OUTintheOPEN Festival 2026: pride shouldn’t require a long drive, a packed overnight bag or a trip to the big city. In Greater Shepparton, locals and visitors will have 15 days of gatherings, performance, food and community connection on their doorstep.</w:t>
      </w:r>
      <w:r/>
    </w:p>
    <w:p>
      <w:r/>
      <w:r>
        <w:t>The festival’s main Carnival Day is free, family-friendly and set among the greenery of Queens Gardens. According to Goulburn Valley Pride’s event information, it’ll be the key public gathering of the programme, making it an easy starting point for first-time visitors and regulars alike.</w:t>
      </w:r>
      <w:r/>
    </w:p>
    <w:p>
      <w:r/>
      <w:r>
        <w:t>That matters in regional communities, where LGBTQIA+ people can face longer distances between services, social groups and welcoming venues. A visible local festival can turn those gaps into something warmer: a familiar face, a shared laugh and perhaps a suspiciously competitive round of bingo.</w:t>
      </w:r>
      <w:r/>
    </w:p>
    <w:p>
      <w:pPr>
        <w:pStyle w:val="Heading2"/>
      </w:pPr>
      <w:r>
        <w:t>Fifteen years of local LGBTQIA+ community</w:t>
      </w:r>
      <w:r/>
    </w:p>
    <w:p>
      <w:r/>
      <w:r>
        <w:t>OUTintheOPEN began in 2012 with a health and wellbeing forum and a Carnival Day. Uniting Kildonan Shepparton helped establish the event after recognising that the local LGBTQIA+ community had too few opportunities to celebrate openly and together.</w:t>
      </w:r>
      <w:r/>
    </w:p>
    <w:p>
      <w:r/>
      <w:r>
        <w:t>Goulburn Valley Pride, founded in 2005, later became the festival’s lead organisation. The 2026 edition therefore carries two anniversaries at once, celebrating 15 years of OUTintheOPEN and 21 years of Goulburn Valley Pride.</w:t>
      </w:r>
      <w:r/>
    </w:p>
    <w:p>
      <w:r/>
      <w:r>
        <w:t>The festival’s organisers describe this year’s theme as “Homegrown and Glowing”, a phrase that feels particularly apt. It recognises the volunteers, allies, organisations and community members who’ve kept local pride moving forward, often without the fanfare enjoyed by larger city events.</w:t>
      </w:r>
      <w:r/>
    </w:p>
    <w:p>
      <w:pPr>
        <w:pStyle w:val="Heading2"/>
      </w:pPr>
      <w:r>
        <w:t>From drag bingo to a quieter brunch</w:t>
      </w:r>
      <w:r/>
    </w:p>
    <w:p>
      <w:r/>
      <w:r>
        <w:t>Not every pride-goer wants the same thing, and OUTintheOPEN seems to understand that. The 2026 programme ranges from Drag Singo Bingo at Eve’s Bar and an opening-night event to brunches at Elsewhere at SAM, where the dress code is presumably less “maximum sparkle” and more “please pass the coffee”.</w:t>
      </w:r>
      <w:r/>
    </w:p>
    <w:p>
      <w:r/>
      <w:r>
        <w:t>There’s also a Carnival Day After Glow Party, alongside workshops, arts activities and other social gatherings. Visitors can even join a Day OUT to Castlemaine Pride, extending the celebration beyond Shepparton and linking regional communities together.</w:t>
      </w:r>
      <w:r/>
    </w:p>
    <w:p>
      <w:r/>
      <w:r>
        <w:t>Event listings from PinkUk and Visit Gay Australia also highlight the festival’s broad mix of social and cultural activities. That variety is more than useful programming. It gives people different ways to participate, whether they’re arriving with a large friendship group, bringing family along or quietly testing the waters at their first queer event.</w:t>
      </w:r>
      <w:r/>
    </w:p>
    <w:p>
      <w:pPr>
        <w:pStyle w:val="Heading2"/>
      </w:pPr>
      <w:r>
        <w:t>Why regional pride events make a difference</w:t>
      </w:r>
      <w:r/>
    </w:p>
    <w:p>
      <w:r/>
      <w:r>
        <w:t>For many people, the best part of a festival isn’t the headline event. It’s the low-pressure moments around it: spotting someone you know in the crowd, finding a table where you can sit comfortably or discovering that a local venue feels unexpectedly welcoming.</w:t>
      </w:r>
      <w:r/>
    </w:p>
    <w:p>
      <w:r/>
      <w:r>
        <w:t>Goulburn Pride’s Carnival Day listing places that sense of togetherness at the centre of the event. Meanwhile, regional tourism guides, including Visit Goulburn Region and Australia’s Guide, position OUTintheOPEN as part of the area’s wider events calendar rather than a one-off party.</w:t>
      </w:r>
      <w:r/>
    </w:p>
    <w:p>
      <w:r/>
      <w:r>
        <w:t>That local footing gives the festival its particular character. A city pride event can be thrilling, but a regional celebration often feels more personal. You’re not simply attending a parade or performance; you’re seeing the community you live in make space for itself.</w:t>
      </w:r>
      <w:r/>
    </w:p>
    <w:p>
      <w:pPr>
        <w:pStyle w:val="Heading2"/>
      </w:pPr>
      <w:r>
        <w:t>How to plan your OUTintheOPEN weekend</w:t>
      </w:r>
      <w:r/>
    </w:p>
    <w:p>
      <w:r/>
      <w:r>
        <w:t>Start with Carnival Day on Saturday 7 November if you want the biggest free gathering. It’s a sensible anchor for a first visit, while the ticketed events can help shape a longer stay across the festival’s two-week run.</w:t>
      </w:r>
      <w:r/>
    </w:p>
    <w:p>
      <w:r/>
      <w:r>
        <w:t>Check the official OUTintheOPEN programme before travelling, especially for ticket requirements, venue details and any booking deadlines. Food and Wine Events and Visit Goulburn Region also list the festival, but the official website remains the best place to confirm the latest schedule.</w:t>
      </w:r>
      <w:r/>
    </w:p>
    <w:p>
      <w:r/>
      <w:r>
        <w:t>If you’re travelling from outside Greater Shepparton, consider pairing the festival with local food, galleries and a night or two in the region. And if crowds aren’t your favourite thing, choose a brunch, workshop or smaller gathering instead. Pride doesn’t have to be loud to be meaningful.</w:t>
      </w:r>
      <w:r/>
    </w:p>
    <w:p>
      <w:r/>
      <w:r>
        <w:t>OUTintheOPEN Festival runs from 6 to 20 November 2026, with free Carnival Day at Queens Gardens on Saturday 7 November. The full programme and event tickets are available through the festival’s official website.</w:t>
      </w:r>
      <w:r/>
    </w:p>
    <w:p>
      <w:r/>
      <w:r>
        <w:t>It’s a bright, homegrown reminder that pride belongs everywhere.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[3]</w:t>
        </w:r>
      </w:hyperlink>
      <w:r>
        <w:t xml:space="preserve">, </w:t>
      </w:r>
      <w:hyperlink r:id="rId13">
        <w:r>
          <w:rPr>
            <w:color w:val="0000EE"/>
            <w:u w:val="single"/>
          </w:rPr>
          <w:t>[7]</w:t>
        </w:r>
      </w:hyperlink>
      <w:r>
        <w:t xml:space="preserve">- Paragraph 4: </w:t>
      </w:r>
      <w:hyperlink r:id="rId15">
        <w:r>
          <w:rPr>
            <w:color w:val="0000EE"/>
            <w:u w:val="single"/>
          </w:rPr>
          <w:t>[6]</w:t>
        </w:r>
      </w:hyperlink>
      <w:r>
        <w:t xml:space="preserve">, </w:t>
      </w:r>
      <w:hyperlink r:id="rId11">
        <w:r>
          <w:rPr>
            <w:color w:val="0000EE"/>
            <w:u w:val="single"/>
          </w:rPr>
          <w:t>[5]</w:t>
        </w:r>
      </w:hyperlink>
      <w:r>
        <w:t xml:space="preserve">- Paragraph 5: </w:t>
      </w:r>
      <w:hyperlink r:id="rId10">
        <w:r>
          <w:rPr>
            <w:color w:val="0000EE"/>
            <w:u w:val="single"/>
          </w:rPr>
          <w:t>[2]</w:t>
        </w:r>
      </w:hyperlink>
      <w:r>
        <w:t xml:space="preserve">, </w:t>
      </w:r>
      <w:hyperlink r:id="rId14">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[7]</w:t>
        </w:r>
      </w:hyperlink>
      <w:r>
        <w:t xml:space="preserve">- Paragraph 7: </w:t>
      </w:r>
      <w:hyperlink r:id="rId11">
        <w:r>
          <w:rPr>
            <w:color w:val="0000EE"/>
            <w:u w:val="single"/>
          </w:rPr>
          <w:t>[5]</w:t>
        </w:r>
      </w:hyperlink>
      <w:r>
        <w:t xml:space="preserve">, </w:t>
      </w:r>
      <w:hyperlink r:id="rId15">
        <w:r>
          <w:rPr>
            <w:color w:val="0000EE"/>
            <w:u w:val="single"/>
          </w:rPr>
          <w:t>[6]</w:t>
        </w:r>
      </w:hyperlink>
      <w:r>
        <w:t xml:space="preserve">- Paragraph 8: </w:t>
      </w:r>
      <w:hyperlink r:id="rId14">
        <w:r>
          <w:rPr>
            <w:color w:val="0000EE"/>
            <w:u w:val="single"/>
          </w:rPr>
          <w:t>[3]</w:t>
        </w:r>
      </w:hyperlink>
      <w:r>
        <w:t xml:space="preserve">, </w:t>
      </w:r>
      <w:hyperlink r:id="rId13">
        <w:r>
          <w:rPr>
            <w:color w:val="0000EE"/>
            <w:u w:val="single"/>
          </w:rPr>
          <w:t>[7]</w:t>
        </w:r>
      </w:hyperlink>
      <w:r>
        <w:t xml:space="preserve">- Paragraph 9: </w:t>
      </w:r>
      <w:hyperlink r:id="rId12">
        <w:r>
          <w:rPr>
            <w:color w:val="0000EE"/>
            <w:u w:val="single"/>
          </w:rPr>
          <w:t>[4]</w:t>
        </w:r>
      </w:hyperlink>
      <w:r>
        <w:t xml:space="preserve">, </w:t>
      </w:r>
      <w:hyperlink r:id="rId11">
        <w:r>
          <w:rPr>
            <w:color w:val="0000EE"/>
            <w:u w:val="single"/>
          </w:rPr>
          <w:t>[5]</w:t>
        </w:r>
      </w:hyperlink>
      <w:r>
        <w:t xml:space="preserve">- Paragraph 10: </w:t>
      </w:r>
      <w:hyperlink r:id="rId10">
        <w:r>
          <w:rPr>
            <w:color w:val="0000EE"/>
            <w:u w:val="single"/>
          </w:rPr>
          <w:t>[2]</w:t>
        </w:r>
      </w:hyperlink>
      <w:r>
        <w:t xml:space="preserve">, </w:t>
      </w:r>
      <w:hyperlink r:id="rId15">
        <w:r>
          <w:rPr>
            <w:color w:val="0000EE"/>
            <w:u w:val="single"/>
          </w:rPr>
          <w:t>[6]</w:t>
        </w:r>
      </w:hyperlink>
      <w:r>
        <w:t xml:space="preserve">- Paragraph 11: </w:t>
      </w:r>
      <w:hyperlink r:id="rId14">
        <w:r>
          <w:rPr>
            <w:color w:val="0000EE"/>
            <w:u w:val="single"/>
          </w:rPr>
          <w:t>[3]</w:t>
        </w:r>
      </w:hyperlink>
      <w:r>
        <w:t xml:space="preserve">, </w:t>
      </w:r>
      <w:hyperlink r:id="rId13">
        <w:r>
          <w:rPr>
            <w:color w:val="0000EE"/>
            <w:u w:val="single"/>
          </w:rPr>
          <w:t>[7]</w:t>
        </w:r>
      </w:hyperlink>
      <w:r>
        <w:t xml:space="preserve">- Paragraph 12: </w:t>
      </w:r>
      <w:hyperlink r:id="rId12">
        <w:r>
          <w:rPr>
            <w:color w:val="0000EE"/>
            <w:u w:val="single"/>
          </w:rPr>
          <w:t>[4]</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https://www.starobserver.com.au/sponsored-content/variety-is-the-spice-of-lgbtqia-life-at-the-2026-outintheopen-festival/244592</w:t>
        </w:r>
      </w:hyperlink>
      <w:r>
        <w:t xml:space="preserve"> - Please view link - unable to able to access data</w:t>
      </w:r>
      <w:r/>
    </w:p>
    <w:p>
      <w:pPr>
        <w:pStyle w:val="ListNumber"/>
        <w:spacing w:line="240" w:lineRule="auto"/>
        <w:ind w:left="720"/>
      </w:pPr>
      <w:r/>
      <w:hyperlink r:id="rId10">
        <w:r>
          <w:rPr>
            <w:color w:val="0000EE"/>
            <w:u w:val="single"/>
          </w:rPr>
          <w:t>https://pinkuk.com/events/australia/australia/victoria/shepparton/outintheopen-festival-2026</w:t>
        </w:r>
      </w:hyperlink>
      <w:r>
        <w:t xml:space="preserve"> - The OUTintheOPEN Festival 2026 is scheduled to take place on Saturday, 7 November 2026, at Queens Gardens in Shepparton, Victoria. The festival is a celebration of LGBTIQA+ pride and community diversity, featuring a variety of events including queer films, dinners, drag shows, forums, brunches, art displays, book readings, clothes swaps, and the main event, Carnival Day. The theme for this year's festival is yet to be announced. The event is free and open to the public, with activities suitable for all ages.</w:t>
      </w:r>
      <w:r/>
    </w:p>
    <w:p>
      <w:pPr>
        <w:pStyle w:val="ListNumber"/>
        <w:spacing w:line="240" w:lineRule="auto"/>
        <w:ind w:left="720"/>
      </w:pPr>
      <w:r/>
      <w:hyperlink r:id="rId14">
        <w:r>
          <w:rPr>
            <w:color w:val="0000EE"/>
            <w:u w:val="single"/>
          </w:rPr>
          <w:t>https://australiasguide.com/vic/event/greater-shepparton/shepparton/out-in-the-open-festival/</w:t>
        </w:r>
      </w:hyperlink>
      <w:r>
        <w:t xml:space="preserve"> - The Out in the Open Festival is an annual pride festival held in Greater Shepparton, celebrating LGBTIQA+ pride and community diversity. The festival consists of community-led free or low-cost events aimed at providing entertainment, connection, pride, and celebration to the community within the City of Greater Shepparton and surrounding areas. The main event, Carnival Day, is described as a family-friendly, all-ages, party-in-the-park event, featuring local live music, market stalls, children's entertainment, and more. The festival is entirely volunteer-led and has been developed to address inequalities faced by the local LGBTIQA+ community.</w:t>
      </w:r>
      <w:r/>
    </w:p>
    <w:p>
      <w:pPr>
        <w:pStyle w:val="ListNumber"/>
        <w:spacing w:line="240" w:lineRule="auto"/>
        <w:ind w:left="720"/>
      </w:pPr>
      <w:r/>
      <w:hyperlink r:id="rId12">
        <w:r>
          <w:rPr>
            <w:color w:val="0000EE"/>
            <w:u w:val="single"/>
          </w:rPr>
          <w:t>https://gvpride.org/event/carnival-day-saturday-7-nov-2026/</w:t>
        </w:r>
      </w:hyperlink>
      <w:r>
        <w:t xml:space="preserve"> - Carnival Day is the main event of the OUTintheOPEN Festival, scheduled for Saturday, 7 November 2026, at Queens Gardens in Shepparton. The event is free and open to the public, offering live music, entertainment, market stalls, pride merchandise, information and services, food trucks, and more. It is a family-friendly celebration of queer joy, welcoming the LGBTIQA+ community, allies, friends, and families. The event is pet-friendly, with furry friends welcome on leads. The venue, Queens Gardens, has accessible paths and facilities, including an all-accessible, all-gender bathroom.</w:t>
      </w:r>
      <w:r/>
    </w:p>
    <w:p>
      <w:pPr>
        <w:pStyle w:val="ListNumber"/>
        <w:spacing w:line="240" w:lineRule="auto"/>
        <w:ind w:left="720"/>
      </w:pPr>
      <w:r/>
      <w:hyperlink r:id="rId11">
        <w:r>
          <w:rPr>
            <w:color w:val="0000EE"/>
            <w:u w:val="single"/>
          </w:rPr>
          <w:t>https://www.visitgayaustralia.com.au/events/outintheopen-festival</w:t>
        </w:r>
      </w:hyperlink>
      <w:r>
        <w:t xml:space="preserve"> - The OUTintheOPEN Festival is Greater Shepparton's annual celebration of LGBTIQA+ pride and community diversity, running from 6 to 20 November 2026. The festival features a range of community-led free or low-cost events aimed at providing entertainment, connection, pride, and celebration to the community within the City of Greater Shepparton and surrounding areas. The main event, Carnival Day, is described as a family-friendly, all-ages, party-in-the-park event, with local live music, market stalls, children's entertainment, and more. The festival is entirely volunteer-led and has been developed to address inequalities faced by the local LGBTIQA+ community.</w:t>
      </w:r>
      <w:r/>
    </w:p>
    <w:p>
      <w:pPr>
        <w:pStyle w:val="ListNumber"/>
        <w:spacing w:line="240" w:lineRule="auto"/>
        <w:ind w:left="720"/>
      </w:pPr>
      <w:r/>
      <w:hyperlink r:id="rId15">
        <w:r>
          <w:rPr>
            <w:color w:val="0000EE"/>
            <w:u w:val="single"/>
          </w:rPr>
          <w:t>https://foodandwine.events/event/35507977-a/out-in-the-open-festival</w:t>
        </w:r>
      </w:hyperlink>
      <w:r>
        <w:t xml:space="preserve"> - The Out in the Open Festival is Goulburn Valley Pride's annual pride festival held in Greater Shepparton, celebrating LGBTIQA+ pride and community diversity. The festival consists of community-led free or low-cost events aimed at providing entertainment, connection, pride, and celebration to the community within the City of Greater Shepparton and surrounding areas. The main event, Carnival Day, is described as a family-friendly, all-ages, party-in-the-park event, featuring local live music, market stalls, children's entertainment, and more. The festival is entirely volunteer-led and has been developed to address inequalities faced by the local LGBTIQA+ community.</w:t>
      </w:r>
      <w:r/>
    </w:p>
    <w:p>
      <w:pPr>
        <w:pStyle w:val="ListNumber"/>
        <w:spacing w:line="240" w:lineRule="auto"/>
        <w:ind w:left="720"/>
      </w:pPr>
      <w:r/>
      <w:hyperlink r:id="rId13">
        <w:r>
          <w:rPr>
            <w:color w:val="0000EE"/>
            <w:u w:val="single"/>
          </w:rPr>
          <w:t>https://visitgoulburnregion.com.au/events/out-in-the-open-festival/</w:t>
        </w:r>
      </w:hyperlink>
      <w:r>
        <w:t xml:space="preserve"> - The Out in the Open Festival is Goulburn Valley Pride's annual pride festival held in Greater Shepparton, celebrating LGBTIQA+ pride and community diversity. The festival consists of community-led free or low-cost events aimed at providing entertainment, connection, pride, and celebration to the community within the City of Greater Shepparton and surrounding areas. The main event, Carnival Day, is described as a family-friendly, all-ages, party-in-the-park event, featuring local live music, market stalls, children's entertainment, and more. The festival is entirely volunteer-led and has been developed to address inequalities faced by the local LGBTIQA+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sponsored-content/variety-is-the-spice-of-lgbtqia-life-at-the-2026-outintheopen-festival/244592" TargetMode="External"/><Relationship Id="rId10" Type="http://schemas.openxmlformats.org/officeDocument/2006/relationships/hyperlink" Target="https://pinkuk.com/events/australia/australia/victoria/shepparton/outintheopen-festival-2026" TargetMode="External"/><Relationship Id="rId11" Type="http://schemas.openxmlformats.org/officeDocument/2006/relationships/hyperlink" Target="https://www.visitgayaustralia.com.au/events/outintheopen-festival" TargetMode="External"/><Relationship Id="rId12" Type="http://schemas.openxmlformats.org/officeDocument/2006/relationships/hyperlink" Target="https://gvpride.org/event/carnival-day-saturday-7-nov-2026/" TargetMode="External"/><Relationship Id="rId13" Type="http://schemas.openxmlformats.org/officeDocument/2006/relationships/hyperlink" Target="https://visitgoulburnregion.com.au/events/out-in-the-open-festival/" TargetMode="External"/><Relationship Id="rId14" Type="http://schemas.openxmlformats.org/officeDocument/2006/relationships/hyperlink" Target="https://australiasguide.com/vic/event/greater-shepparton/shepparton/out-in-the-open-festival/" TargetMode="External"/><Relationship Id="rId15" Type="http://schemas.openxmlformats.org/officeDocument/2006/relationships/hyperlink" Target="https://foodandwine.events/event/35507977-a/out-in-the-open-festiv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