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Street Fighter Characters Ranked For Queer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Moviegoers are returning to Street Fighter as the latest film arrives in cinemas, but the franchise's queer legacy reaches well beyond the big screen. From bisexual martial artists and a transgender femme fatale to a beloved sapphic spy, these characters show both the promise and the pitfalls of LGBTQ+ representation in fighting games.</w:t>
      </w:r>
      <w:r/>
    </w:p>
    <w:p>
      <w:pPr>
        <w:pStyle w:val="Heading2"/>
      </w:pPr>
      <w:r>
        <w:t>Essential Takeaways</w:t>
      </w:r>
      <w:r/>
      <w:r/>
    </w:p>
    <w:p>
      <w:pPr>
        <w:pStyle w:val="ListBullet"/>
        <w:spacing w:line="240" w:lineRule="auto"/>
        <w:ind w:left="720"/>
      </w:pPr>
      <w:r/>
      <w:r>
        <w:rPr>
          <w:b/>
        </w:rPr>
        <w:t>Marissa leads the pack:</w:t>
      </w:r>
      <w:r>
        <w:t xml:space="preserve"> Her bisexuality is part of a rounded, positive character rather than a tired punchline.</w:t>
      </w:r>
      <w:r/>
    </w:p>
    <w:p>
      <w:pPr>
        <w:pStyle w:val="ListBullet"/>
        <w:spacing w:line="240" w:lineRule="auto"/>
        <w:ind w:left="720"/>
      </w:pPr>
      <w:r/>
      <w:r>
        <w:rPr>
          <w:b/>
        </w:rPr>
        <w:t>Poison remains iconic:</w:t>
      </w:r>
      <w:r>
        <w:t xml:space="preserve"> Street Fighter's transgender fighter has built a devoted following through her confidence and glamour.</w:t>
      </w:r>
      <w:r/>
    </w:p>
    <w:p>
      <w:pPr>
        <w:pStyle w:val="ListBullet"/>
        <w:spacing w:line="240" w:lineRule="auto"/>
        <w:ind w:left="720"/>
      </w:pPr>
      <w:r/>
      <w:r>
        <w:rPr>
          <w:b/>
        </w:rPr>
        <w:t>Juri is complicated:</w:t>
      </w:r>
      <w:r>
        <w:t xml:space="preserve"> Her bisexuality is clear, but her sadistic persona leans into familiar stereotypes.</w:t>
      </w:r>
      <w:r/>
    </w:p>
    <w:p>
      <w:pPr>
        <w:pStyle w:val="ListBullet"/>
        <w:spacing w:line="240" w:lineRule="auto"/>
        <w:ind w:left="720"/>
      </w:pPr>
      <w:r/>
      <w:r>
        <w:rPr>
          <w:b/>
        </w:rPr>
        <w:t>Eagle is underused:</w:t>
      </w:r>
      <w:r>
        <w:t xml:space="preserve"> His gay identity is confirmed, yet the games rarely give it meaningful attention.</w:t>
      </w:r>
      <w:r/>
    </w:p>
    <w:p>
      <w:pPr>
        <w:pStyle w:val="ListBullet"/>
        <w:spacing w:line="240" w:lineRule="auto"/>
        <w:ind w:left="720"/>
      </w:pPr>
      <w:r/>
      <w:r>
        <w:rPr>
          <w:b/>
        </w:rPr>
        <w:t>Seth raises questions:</w:t>
      </w:r>
      <w:r>
        <w:t xml:space="preserve"> Their agender, aromantic and asexual identity is notable, though tied to an artificial body.</w:t>
      </w:r>
      <w:r/>
      <w:r/>
    </w:p>
    <w:p>
      <w:pPr>
        <w:pStyle w:val="Heading2"/>
      </w:pPr>
      <w:r>
        <w:t>Street Fighter's queer reputation is bigger than its canon</w:t>
      </w:r>
      <w:r/>
    </w:p>
    <w:p>
      <w:r/>
      <w:r>
        <w:t>Street Fighter has always had a little more camp, glamour and theatrical muscle than its creators perhaps intended. The series is packed with dramatic poses, flamboyant costumes and intense rivalries, so queer players have long spotted possible subtext in its colourful cast.</w:t>
      </w:r>
      <w:r/>
    </w:p>
    <w:p>
      <w:r/>
      <w:r>
        <w:t>That atmosphere matters, but suggestion isn't the same as confirmation. As Gayming Magazine notes, the games have often left fans reading between the lines, making official LGBTQ+ identities feel unusually significant when they do appear. The result is a roster with plenty of queer energy, but a much smaller number of confirmed characters.</w:t>
      </w:r>
      <w:r/>
    </w:p>
    <w:p>
      <w:r/>
      <w:r>
        <w:t>The new film adds another layer, with openly gay country singer Orville Peck playing Vega. It's a striking bit of casting for a franchise whose masked flamenco fighter has inspired queer readings for decades, even if Vega's sexuality itself remains unconfirmed.</w:t>
      </w:r>
      <w:r/>
    </w:p>
    <w:p>
      <w:pPr>
        <w:pStyle w:val="Heading2"/>
      </w:pPr>
      <w:r>
        <w:t>Seth is bold representation with a sci-fi catch</w:t>
      </w:r>
      <w:r/>
    </w:p>
    <w:p>
      <w:r/>
      <w:r>
        <w:t>Seth is one of the clearest examples of Street Fighter embracing identities beyond the gender binary. The artificial fighter has been described as agender, aromantic and asexual, giving several communities rare visibility within a mainstream action franchise.</w:t>
      </w:r>
      <w:r/>
    </w:p>
    <w:p>
      <w:r/>
      <w:r>
        <w:t>But the character's construction complicates that achievement. Seth is an AI rather than a human fighter, which can make their identity feel safely distant from ordinary human experience. LGBTQ+ Character Wiki records the relevant identities, while Street Fighter reference material places Seth firmly within the series' laboratory-built mythology.</w:t>
      </w:r>
      <w:r/>
    </w:p>
    <w:p>
      <w:r/>
      <w:r>
        <w:t>That isn't automatically bad representation, but it does raise an uncomfortable question: why are characters outside the binary so often made non-human in science fiction? Visibility is valuable, yet it lands differently when humanity itself seems to be off the table.</w:t>
      </w:r>
      <w:r/>
    </w:p>
    <w:p>
      <w:pPr>
        <w:pStyle w:val="Heading2"/>
      </w:pPr>
      <w:r>
        <w:t>Juri brings bisexual visibility, but not without baggage</w:t>
      </w:r>
      <w:r/>
    </w:p>
    <w:p>
      <w:r/>
      <w:r>
        <w:t>Juri Han is probably the franchise's most obvious example of queer-coded flirtation becoming something closer to canon. She openly teases men and women, and reference material commonly identifies her as bisexual.</w:t>
      </w:r>
      <w:r/>
    </w:p>
    <w:p>
      <w:r/>
      <w:r>
        <w:t>Her appeal is easy to understand. Juri is stylish, vicious and impossible to ignore, with a sharp purple aesthetic and a grin that suggests she'd rather start trouble than finish a conversation politely. However, her sadism and overt sexuality also place her close to the familiar stereotype of the dangerous, manipulative bisexual woman.</w:t>
      </w:r>
      <w:r/>
    </w:p>
    <w:p>
      <w:r/>
      <w:r>
        <w:t>Gayming Magazine's ranking makes that tension central, and research on Juri's characterisation reaches a similar conclusion. She offers welcome visibility, but representation can still feel limited when queerness is mainly expressed through flirtation, cruelty or sexual danger.</w:t>
      </w:r>
      <w:r/>
    </w:p>
    <w:p>
      <w:pPr>
        <w:pStyle w:val="Heading2"/>
      </w:pPr>
      <w:r>
        <w:t>Eagle and Sharon show what the roster could do better</w:t>
      </w:r>
      <w:r/>
    </w:p>
    <w:p>
      <w:r/>
      <w:r>
        <w:t>Eagle is notable because he's recognised as Street Fighter's only confirmed gay male fighter. His attraction to men is suggested through his immunity to female seduction and dialogue interpreted as indicating male attraction, but the series rarely treats that identity as an important part of his story.</w:t>
      </w:r>
      <w:r/>
    </w:p>
    <w:p>
      <w:r/>
      <w:r>
        <w:t>That restraint can be positive when it avoids making a character's sexuality their entire personality. Still, Eagle's case goes so far in the other direction that his identity can feel like a footnote. A gay character doesn't need to deliver a speech about being gay, but players should ideally have something more substantial than hints and omissions.</w:t>
      </w:r>
      <w:r/>
    </w:p>
    <w:p>
      <w:r/>
      <w:r>
        <w:t>Sharon, from Street Fighter EX, offers a more satisfying alternative. She's a sapphic secret agent whose story eventually brings her back to the woman she loves, adding emotional texture to a character who could otherwise have been defined only by missions and martial arts. It's a small but meaningful reminder that romance and queer identity can sit naturally beside action.</w:t>
      </w:r>
      <w:r/>
    </w:p>
    <w:p>
      <w:pPr>
        <w:pStyle w:val="Heading2"/>
      </w:pPr>
      <w:r>
        <w:t>Poison remains a fan favourite for good reason</w:t>
      </w:r>
      <w:r/>
    </w:p>
    <w:p>
      <w:r/>
      <w:r>
        <w:t>Poison has become one of the most recognisable transgender characters associated with fighting games. First introduced as an antagonist, she later became playable in Ultra Street Fighter IV, giving fans the chance to take her into battle rather than simply encounter her as an obstacle.</w:t>
      </w:r>
      <w:r/>
    </w:p>
    <w:p>
      <w:r/>
      <w:r>
        <w:t>Her appeal comes from confidence. Poison's glamour, attitude and femme-fatale presentation aren't apologetic, and her trans identity is part of her public presence rather than a secret twist. Fans have embraced that directness, even as debates around her development history have complicated the character's legacy.</w:t>
      </w:r>
      <w:r/>
    </w:p>
    <w:p>
      <w:r/>
      <w:r>
        <w:t>That mixture of admiration and frustration is familiar in games. A character can matter enormously to players while still reflecting awkward decisions behind the scenes. Poison's staying power suggests that audiences want more trans heroes and villains, not fewer, but they also want creators to handle them with care.</w:t>
      </w:r>
      <w:r/>
    </w:p>
    <w:p>
      <w:pPr>
        <w:pStyle w:val="Heading2"/>
      </w:pPr>
      <w:r>
        <w:t>Marissa proves representation can feel effortless</w:t>
      </w:r>
      <w:r/>
    </w:p>
    <w:p>
      <w:r/>
      <w:r>
        <w:t>Marissa Rosseti stands out because her bisexuality doesn't arrive as a gimmick or a warning sign. She's a powerful gladiator who respects combat, values her opponents and approaches fighting with a sense of honour. Her attraction to men and women simply forms part of that larger personality.</w:t>
      </w:r>
      <w:r/>
    </w:p>
    <w:p>
      <w:r/>
      <w:r>
        <w:t>That balance is what makes her feel so refreshing. Unlike portrayals built around seduction, deceit or spectacle, Marissa's queerness sits comfortably alongside her strength and warmth. Gayming Magazine describes her as the franchise's strongest example of LGBTQ+ representation, and it's a persuasive assessment.</w:t>
      </w:r>
      <w:r/>
    </w:p>
    <w:p>
      <w:r/>
      <w:r>
        <w:t>The broader lesson is simple. Queer characters don't need to be flawless, but they do need room to be complicated, joyful, heroic and ordinary. Marissa gets that room, which is why she feels less like a statement and more like a person.</w:t>
      </w:r>
      <w:r/>
    </w:p>
    <w:p>
      <w:r/>
      <w:r>
        <w:t>Street Fighter's queer roster is still small, but its best characters show exactly where the series could go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https://gaymingmag.com/2026/10/as-the-new-film-hits-theaters-we-rank-street-fighters-lgbtq-characters/?utm_source=rss&amp;utm_medium=rss&amp;utm_campaign=as-the-new-film-hits-theaters-we-rank-street-fighters-lgbtq-characters</w:t>
        </w:r>
      </w:hyperlink>
      <w:r>
        <w:t xml:space="preserve"> - Please view link - unable to able to access data</w:t>
      </w:r>
      <w:r/>
    </w:p>
    <w:p>
      <w:pPr>
        <w:pStyle w:val="ListNumber"/>
        <w:spacing w:line="240" w:lineRule="auto"/>
        <w:ind w:left="720"/>
      </w:pPr>
      <w:r/>
      <w:hyperlink r:id="rId10">
        <w:r>
          <w:rPr>
            <w:color w:val="0000EE"/>
            <w:u w:val="single"/>
          </w:rPr>
          <w:t>https://streetfighter.fandom.com/wiki/Seth</w:t>
        </w:r>
      </w:hyperlink>
      <w:r>
        <w:t xml:space="preserve"> - Seth is an artificial intelligence character from the Street Fighter series, first appearing as the main antagonist in Street Fighter IV. Designed to inhabit synthetic humanoid bodies, Seth is genderless and typically referred to in a masculine manner in English. In Street Fighter V, Seth's appearance changes significantly, adopting a female physique resembling Juri, though this resemblance is coincidental. Seth serves as the CEO of Shadaloo's weapon division, S.I.N., and is one of many genetically engineered replacement bodies for M. Bison.</w:t>
      </w:r>
      <w:r/>
    </w:p>
    <w:p>
      <w:pPr>
        <w:pStyle w:val="ListNumber"/>
        <w:spacing w:line="240" w:lineRule="auto"/>
        <w:ind w:left="720"/>
      </w:pPr>
      <w:r/>
      <w:hyperlink r:id="rId12">
        <w:r>
          <w:rPr>
            <w:color w:val="0000EE"/>
            <w:u w:val="single"/>
          </w:rPr>
          <w:t>https://streetfighter.fandom.com/wiki/Juri_Han</w:t>
        </w:r>
      </w:hyperlink>
      <w:r>
        <w:t xml:space="preserve"> - Juri Han is a character in the Street Fighter series, first introduced in Super Street Fighter IV. She is a South Korean Taekwondo fighter employed by S.I.N. and serves as an underling to the main antagonist, Seth. Juri is known for her sadistic nature, enjoying inflicting pain on her opponents, and often engages in flirtatious behavior towards both male and female characters. This has led fans to interpret her as bisexual, though her sexuality is not explicitly confirmed in the game's canon.</w:t>
      </w:r>
      <w:r/>
    </w:p>
    <w:p>
      <w:pPr>
        <w:pStyle w:val="ListNumber"/>
        <w:spacing w:line="240" w:lineRule="auto"/>
        <w:ind w:left="720"/>
      </w:pPr>
      <w:r/>
      <w:hyperlink r:id="rId11">
        <w:r>
          <w:rPr>
            <w:color w:val="0000EE"/>
            <w:u w:val="single"/>
          </w:rPr>
          <w:t>https://lgbtqia-characters.fandom.com/wiki/Seth_%28Street_Fighter%29</w:t>
        </w:r>
      </w:hyperlink>
      <w:r>
        <w:t xml:space="preserve"> - Seth is an agender, asexual, and aromantic character from the Street Fighter series. As an artificial intelligence inhabiting a synthetic humanoid body, Seth is genderless and typically referred to in a masculine manner in English. Despite being designed to be gender-neutral, Seth's portrayal has been discussed in the context of queer representation and transgender themes in video games, with some praising the character's androgynous presentation and its positive impact on gaming diversity.</w:t>
      </w:r>
      <w:r/>
    </w:p>
    <w:p>
      <w:pPr>
        <w:pStyle w:val="ListNumber"/>
        <w:spacing w:line="240" w:lineRule="auto"/>
        <w:ind w:left="720"/>
      </w:pPr>
      <w:r/>
      <w:hyperlink r:id="rId13">
        <w:r>
          <w:rPr>
            <w:color w:val="0000EE"/>
            <w:u w:val="single"/>
          </w:rPr>
          <w:t>https://lgbtqia-characters.fandom.com/wiki/Juri_Han</w:t>
        </w:r>
      </w:hyperlink>
      <w:r>
        <w:t xml:space="preserve"> - Juri Han is a character in the Street Fighter series, first appearing in Super Street Fighter IV. She is a South Korean Taekwondo fighter employed by S.I.N. and serves as an underling to the main antagonist, Seth. Juri is known for her sadistic nature, enjoying inflicting pain on her opponents, and often engages in flirtatious behavior towards both male and female characters. This has led fans to interpret her as bisexual, though her sexuality is not explicitly confirmed in the game's canon.</w:t>
      </w:r>
      <w:r/>
    </w:p>
    <w:p>
      <w:pPr>
        <w:pStyle w:val="ListNumber"/>
        <w:spacing w:line="240" w:lineRule="auto"/>
        <w:ind w:left="720"/>
      </w:pPr>
      <w:r/>
      <w:hyperlink r:id="rId14">
        <w:r>
          <w:rPr>
            <w:color w:val="0000EE"/>
            <w:u w:val="single"/>
          </w:rPr>
          <w:t>https://lgbtqgamearchive.com/2015/09/11/juri-han-in-street-fighter-iv/</w:t>
        </w:r>
      </w:hyperlink>
      <w:r>
        <w:t xml:space="preserve"> - Juri Han first appears in 2010’s Super Street Fighter IV. She is a South Korean character, the first in the series. Some have claimed she is a lesbian because she seems to flirt with her female rivals (though in one of those scenes, she accuses Chun-Li of having a crush on her). She flirts with male characters as well, however, making her potentially an implicitly bisexual character.</w:t>
      </w:r>
      <w:r/>
    </w:p>
    <w:p>
      <w:pPr>
        <w:pStyle w:val="ListNumber"/>
        <w:spacing w:line="240" w:lineRule="auto"/>
        <w:ind w:left="720"/>
      </w:pPr>
      <w:r/>
      <w:hyperlink r:id="rId15">
        <w:r>
          <w:rPr>
            <w:color w:val="0000EE"/>
            <w:u w:val="single"/>
          </w:rPr>
          <w:t>https://en.wikipedia.org/wiki/Juri_%28Street_Fighter%29</w:t>
        </w:r>
      </w:hyperlink>
      <w:r>
        <w:t xml:space="preserve"> - Juri Han is a character in the Street Fighter series, first introduced in Super Street Fighter IV. She is a South Korean Taekwondo fighter employed by S.I.N. and serves as an underling to the main antagonist, Seth. Juri is known for her sadistic nature, enjoying inflicting pain on her opponents, and often engages in flirtatious behavior towards both male and female characters. This has led fans to interpret her as bisexual, though her sexuality is not explicitly confirmed in the game's canon.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mingmag.com/2026/10/as-the-new-film-hits-theaters-we-rank-street-fighters-lgbtq-characters/?utm_source=rss&amp;utm_medium=rss&amp;utm_campaign=as-the-new-film-hits-theaters-we-rank-street-fighters-lgbtq-characters" TargetMode="External"/><Relationship Id="rId10" Type="http://schemas.openxmlformats.org/officeDocument/2006/relationships/hyperlink" Target="https://streetfighter.fandom.com/wiki/Seth" TargetMode="External"/><Relationship Id="rId11" Type="http://schemas.openxmlformats.org/officeDocument/2006/relationships/hyperlink" Target="https://lgbtqia-characters.fandom.com/wiki/Seth_%28Street_Fighter%29" TargetMode="External"/><Relationship Id="rId12" Type="http://schemas.openxmlformats.org/officeDocument/2006/relationships/hyperlink" Target="https://streetfighter.fandom.com/wiki/Juri_Han" TargetMode="External"/><Relationship Id="rId13" Type="http://schemas.openxmlformats.org/officeDocument/2006/relationships/hyperlink" Target="https://lgbtqia-characters.fandom.com/wiki/Juri_Han" TargetMode="External"/><Relationship Id="rId14" Type="http://schemas.openxmlformats.org/officeDocument/2006/relationships/hyperlink" Target="https://lgbtqgamearchive.com/2015/09/11/juri-han-in-street-fighter-iv/" TargetMode="External"/><Relationship Id="rId15" Type="http://schemas.openxmlformats.org/officeDocument/2006/relationships/hyperlink" Target="https://en.wikipedia.org/wiki/Juri_%28Street_Fighter%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