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nightlife in Washington DC for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are planning ahead for a lively stretch of LGBTQ nightlife in Washington DC, with drag, DJs, karaoke, themed dance nights and the first big Halloween energy arriving from 17 to 25 October 2026. Across venues in and around 14th Street and U Street NW, there’s something for nearly every mood, from a relaxed happy hour to a full late-night dance floor.</w:t>
      </w:r>
      <w:r/>
    </w:p>
    <w:p>
      <w:pPr>
        <w:pStyle w:val="Heading2"/>
      </w:pPr>
      <w:r>
        <w:t>Essential Takeaways</w:t>
      </w:r>
      <w:r/>
      <w:r/>
    </w:p>
    <w:p>
      <w:pPr>
        <w:pStyle w:val="ListBullet"/>
        <w:spacing w:line="240" w:lineRule="auto"/>
        <w:ind w:left="720"/>
      </w:pPr>
      <w:r/>
      <w:r>
        <w:rPr>
          <w:b/>
        </w:rPr>
        <w:t>Halloween arrives early:</w:t>
      </w:r>
      <w:r>
        <w:t xml:space="preserve"> The weekend of 24 October brings block parties, costume-friendly themes and darker dance-floor energy.</w:t>
      </w:r>
      <w:r/>
    </w:p>
    <w:p>
      <w:pPr>
        <w:pStyle w:val="ListBullet"/>
        <w:spacing w:line="240" w:lineRule="auto"/>
        <w:ind w:left="720"/>
      </w:pPr>
      <w:r/>
      <w:r>
        <w:rPr>
          <w:b/>
        </w:rPr>
        <w:t>Drag is everywhere:</w:t>
      </w:r>
      <w:r>
        <w:t xml:space="preserve"> Expect bingo, cabaret, competitions, watch parties and late-night drag shows across the week.</w:t>
      </w:r>
      <w:r/>
    </w:p>
    <w:p>
      <w:pPr>
        <w:pStyle w:val="ListBullet"/>
        <w:spacing w:line="240" w:lineRule="auto"/>
        <w:ind w:left="720"/>
      </w:pPr>
      <w:r/>
      <w:r>
        <w:rPr>
          <w:b/>
        </w:rPr>
        <w:t>Budget-friendly options:</w:t>
      </w:r>
      <w:r>
        <w:t xml:space="preserve"> Several venues advertise free entry, discounted drinks and recurring happy-hour offers.</w:t>
      </w:r>
      <w:r/>
    </w:p>
    <w:p>
      <w:pPr>
        <w:pStyle w:val="ListBullet"/>
        <w:spacing w:line="240" w:lineRule="auto"/>
        <w:ind w:left="720"/>
      </w:pPr>
      <w:r/>
      <w:r>
        <w:rPr>
          <w:b/>
        </w:rPr>
        <w:t>Music covers plenty of ground:</w:t>
      </w:r>
      <w:r>
        <w:t xml:space="preserve"> Latin, reggaeton, pop, house, hyperpop and showtunes all feature in the programme.</w:t>
      </w:r>
      <w:r/>
    </w:p>
    <w:p>
      <w:pPr>
        <w:pStyle w:val="ListBullet"/>
        <w:spacing w:line="240" w:lineRule="auto"/>
        <w:ind w:left="720"/>
      </w:pPr>
      <w:r/>
      <w:r>
        <w:rPr>
          <w:b/>
        </w:rPr>
        <w:t>Check before travelling:</w:t>
      </w:r>
      <w:r>
        <w:t xml:space="preserve"> Listings can change, so confirm times, cover charges and age requirements directly with venues.</w:t>
      </w:r>
      <w:r/>
      <w:r/>
    </w:p>
    <w:p>
      <w:pPr>
        <w:pStyle w:val="Heading2"/>
      </w:pPr>
      <w:r>
        <w:t>Washington DC's LGBTQ nightlife calendar is packed</w:t>
      </w:r>
      <w:r/>
    </w:p>
    <w:p>
      <w:r/>
      <w:r>
        <w:t>The week starts strongly on Saturday 17 October, when venues across the city offer a mix of local DJs, dancing, fundraising, drag and Latin music. A League of Her Own is listed for DJs and dancing, while JR.'s combines a Whitman-Walker fundraiser with showtunes and a Latinx drag and dance party.</w:t>
      </w:r>
      <w:r/>
    </w:p>
    <w:p>
      <w:r/>
      <w:r>
        <w:t>Meanwhile, Bunker is leaning into tech house with DJ Ponyboy, and Crush Dance Bar has a late-night set from Alex Love and b_x_r_n_x_r_d. According to the venue's own listings, A League of Her Own remains a central stop for LGBTQ nightlife in Washington DC, while the DC Center also lists it among the city's community-focused spaces. (</w:t>
      </w:r>
      <w:hyperlink r:id="rId9">
        <w:r>
          <w:rPr>
            <w:color w:val="0000EE"/>
            <w:u w:val="single"/>
          </w:rPr>
          <w:t>[2]</w:t>
        </w:r>
      </w:hyperlink>
      <w:r>
        <w:t xml:space="preserve">, </w:t>
      </w:r>
      <w:hyperlink r:id="rId10">
        <w:r>
          <w:rPr>
            <w:color w:val="0000EE"/>
            <w:u w:val="single"/>
          </w:rPr>
          <w:t>[6]</w:t>
        </w:r>
      </w:hyperlink>
      <w:r>
        <w:t xml:space="preserve">, </w:t>
      </w:r>
      <w:hyperlink r:id="rId11">
        <w:r>
          <w:rPr>
            <w:color w:val="0000EE"/>
            <w:u w:val="single"/>
          </w:rPr>
          <w:t>[7]</w:t>
        </w:r>
      </w:hyperlink>
      <w:r>
        <w:t>)</w:t>
      </w:r>
      <w:r/>
    </w:p>
    <w:p>
      <w:r/>
      <w:r>
        <w:t>That variety is the real attraction. You can begin with a quiet drink, move on to a drag show and finish with a packed dance floor without needing to cross the whole city. It feels less like one big event and more like a choose-your-own-night-out menu.</w:t>
      </w:r>
      <w:r/>
    </w:p>
    <w:p>
      <w:pPr>
        <w:pStyle w:val="Heading2"/>
      </w:pPr>
      <w:r>
        <w:t>Where to find the best drag shows and cabaret</w:t>
      </w:r>
      <w:r/>
    </w:p>
    <w:p>
      <w:r/>
      <w:r>
        <w:t>Drag fans have plenty to circle. Trade's CLASH drag show returns on both Saturdays, while JR.'s offers the Vitamin C show on Friday 23 October and a Banshees Rock n Roll Drag Show the following night. A League of Her Own adds LezzBingo and a drag show on Thursday 22 October, giving the midweek calendar a playful lift.</w:t>
      </w:r>
      <w:r/>
    </w:p>
    <w:p>
      <w:r/>
      <w:r>
        <w:t>Pitchers also joins in with Thirst Trap Thursday, hosted by Cake Pop, while Trade's Wednesday programme includes SISSY THAT WEDNESDAY CABARET SHOW and the MX. TRADE Competition. These aren't just filler between bigger parties; they're the sort of recurring nights that help give each venue its own personality.</w:t>
      </w:r>
      <w:r/>
    </w:p>
    <w:p>
      <w:r/>
      <w:r>
        <w:t>For visitors choosing between venues, think about the format you enjoy most. Bingo and trivia are easier, social options, while a competition or late cabaret is better if you want a louder, more theatrical night. Bunker, A League of Her Own and Trade all publish venue information online, so it's worth checking current details before setting off.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0">
        <w:r>
          <w:rPr>
            <w:color w:val="0000EE"/>
            <w:u w:val="single"/>
          </w:rPr>
          <w:t>[6]</w:t>
        </w:r>
      </w:hyperlink>
      <w:r>
        <w:t>)</w:t>
      </w:r>
      <w:r/>
    </w:p>
    <w:p>
      <w:pPr>
        <w:pStyle w:val="Heading2"/>
      </w:pPr>
      <w:r>
        <w:t>Latin music, pop and house keep the floors moving</w:t>
      </w:r>
      <w:r/>
    </w:p>
    <w:p>
      <w:r/>
      <w:r>
        <w:t>The music programme is pleasingly broad. Bunker has Old School Reggaeton Night on 18 October and 2000s Pop Latino on 25 October, while Number Nine hosts a Latin happy hour with Mari Con Carne and DJ Alvamp on the two Saturdays.</w:t>
      </w:r>
      <w:r/>
    </w:p>
    <w:p>
      <w:r/>
      <w:r>
        <w:t>For fans of electronic sounds, Bunker offers tech house, pop and house, plus hyperpop for Brat from the Grave on 24 October. Crush Dance Bar schedules several late-night DJ sets, including a Katseye after-party and a Friday pairing of Matt Bailer and Alex Love.</w:t>
      </w:r>
      <w:r/>
    </w:p>
    <w:p>
      <w:r/>
      <w:r>
        <w:t>That makes the week particularly useful for groups with different tastes. One person can chase a familiar pop anthem, another can find a Latin set, and someone else can head towards a more club-focused room. The trick is to arrive early enough for the atmosphere you want, because happy hour and headline events often operate on very different clocks.</w:t>
      </w:r>
      <w:r/>
    </w:p>
    <w:p>
      <w:pPr>
        <w:pStyle w:val="Heading2"/>
      </w:pPr>
      <w:r>
        <w:t>Halloween season begins with a bang</w:t>
      </w:r>
      <w:r/>
    </w:p>
    <w:p>
      <w:r/>
      <w:r>
        <w:t>The weekend of 24 and 25 October is where the calendar turns noticeably spooky. JR.'s hosts its Howl-O-Ween Block Party on Saturday afternoon, followed later by its Banshees drag show. Bunker offers Brat from the Grave, with a hyperpop soundtrack and a special performance from Venetian.</w:t>
      </w:r>
      <w:r/>
    </w:p>
    <w:p>
      <w:r/>
      <w:r>
        <w:t>Trade adds Monster Mash Demented Disco on Thursday 22 October, while its Saturday schedule includes the CLASH drag show and CTRL DANCE PARTY. These themes suggest that Halloween here isn't confined to one dress-up night. Instead, it builds across several days, letting regulars choose between camp, club culture and full costume drama.</w:t>
      </w:r>
      <w:r/>
    </w:p>
    <w:p>
      <w:r/>
      <w:r>
        <w:t>If you're dressing up, comfort matters more than it sounds. Costumes that survive dancing, crowded bars and a late-night journey home will always beat the elaborate outfit that becomes irritating after an hour. Comfortable shoes are not glamorous, but your future self will be grateful.</w:t>
      </w:r>
      <w:r/>
    </w:p>
    <w:p>
      <w:pPr>
        <w:pStyle w:val="Heading2"/>
      </w:pPr>
      <w:r>
        <w:t>How to plan a smoother night out</w:t>
      </w:r>
      <w:r/>
    </w:p>
    <w:p>
      <w:r/>
      <w:r>
        <w:t>Most of the listed events are for guests aged 21 and over, and many have no cover charge. Still, some headline nights introduce paid entry, including Bunker events with covers beginning later in the evening. Happy-hour windows also vary, with early evening offers at Green Lantern, JR.'s, Number Nine, Trade and other venues.</w:t>
      </w:r>
      <w:r/>
    </w:p>
    <w:p>
      <w:r/>
      <w:r>
        <w:t>The 14th Street and U Street areas make it possible to build a short venue-hopping route, but don't assume every bar will have identical entry rules or capacity. Check the venue's website or social channels on the day, especially for themed nights, guest DJs and events with limited-time offers. Bunker and A League of Her Own both provide official online information, while independent venue directories can offer useful location context.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[5]</w:t>
        </w:r>
      </w:hyperlink>
      <w:r>
        <w:t xml:space="preserve">, </w:t>
      </w:r>
      <w:hyperlink r:id="rId10">
        <w:r>
          <w:rPr>
            <w:color w:val="0000EE"/>
            <w:u w:val="single"/>
          </w:rPr>
          <w:t>[6]</w:t>
        </w:r>
      </w:hyperlink>
      <w:r>
        <w:t>)</w:t>
      </w:r>
      <w:r/>
    </w:p>
    <w:p>
      <w:r/>
      <w:r>
        <w:t>And don't overlook the daytime options. Pitchers brings food, patios, video games and sports into the mix, while Crush's Hot Dog Sunday offers a more casual starting point before the evening crowd arrives. For many people, the best night isn't the biggest one; it's the one with the right balance of food, music, friends and a manageable journey home.</w:t>
      </w:r>
      <w:r/>
    </w:p>
    <w:p>
      <w:r/>
      <w:r>
        <w:t>Plan around the atmosphere you want, keep an eye on updates and leave room for an unexpected favourite. That's often where a good night becomes a memorable one.</w:t>
      </w:r>
      <w:r/>
    </w:p>
    <w:p>
      <w:r/>
      <w:r>
        <w:t>Explore the week, check the latest details and choose the dance floor that suits you best.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[4]</w:t>
        </w:r>
      </w:hyperlink>
      <w:r>
        <w:t xml:space="preserve">, </w:t>
      </w:r>
      <w:hyperlink r:id="rId14">
        <w:r>
          <w:rPr>
            <w:color w:val="0000EE"/>
            <w:u w:val="single"/>
          </w:rPr>
          <w:t>[5]</w:t>
        </w:r>
      </w:hyperlink>
      <w:r>
        <w:t xml:space="preserve">- Paragraph 8: </w:t>
      </w:r>
      <w:hyperlink r:id="rId12">
        <w:r>
          <w:rPr>
            <w:color w:val="0000EE"/>
            <w:u w:val="single"/>
          </w:rPr>
          <w:t>[3]</w:t>
        </w:r>
      </w:hyperlink>
      <w:r>
        <w:t xml:space="preserve">, </w:t>
      </w:r>
      <w:hyperlink r:id="rId10">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14">
        <w:r>
          <w:rPr>
            <w:color w:val="0000EE"/>
            <w:u w:val="single"/>
          </w:rPr>
          <w:t>[5]</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https://www.metroweekly.com/2026/10/dc-lgbtq-nightlife-guide-october-17-25-2026/</w:t>
        </w:r>
      </w:hyperlink>
      <w:r>
        <w:t xml:space="preserve"> - Please view link - unable to able to access data</w:t>
      </w:r>
      <w:r/>
    </w:p>
    <w:p>
      <w:pPr>
        <w:pStyle w:val="ListNumber"/>
        <w:spacing w:line="240" w:lineRule="auto"/>
        <w:ind w:left="720"/>
      </w:pPr>
      <w:r/>
      <w:hyperlink r:id="rId9">
        <w:r>
          <w:rPr>
            <w:color w:val="0000EE"/>
            <w:u w:val="single"/>
          </w:rPr>
          <w:t>https://www.alohodc.com/</w:t>
        </w:r>
      </w:hyperlink>
      <w:r>
        <w:t xml:space="preserve"> - A League of Her Own is a welcoming queer women's neighborhood bar located at 2317 18th St. NW, Washington DC, 20009. The venue offers a safe space for the LGBTQIA+ community, promoting fun, love, and appropriate shenanigans. The bar operates from Thursday to Saturday, with varying hours, and is closed on Sundays. For inquiries, contact [email protected] or call (202) 733-2568.</w:t>
      </w:r>
      <w:r/>
    </w:p>
    <w:p>
      <w:pPr>
        <w:pStyle w:val="ListNumber"/>
        <w:spacing w:line="240" w:lineRule="auto"/>
        <w:ind w:left="720"/>
      </w:pPr>
      <w:r/>
      <w:hyperlink r:id="rId12">
        <w:r>
          <w:rPr>
            <w:color w:val="0000EE"/>
            <w:u w:val="single"/>
          </w:rPr>
          <w:t>https://bunkerdc.com/event/daddy-disco-with-dj-tdon/</w:t>
        </w:r>
      </w:hyperlink>
      <w:r>
        <w:t xml:space="preserve"> - BUNKER is Washington DC's only LGBTQ+ nightclub, featuring underground entertainment, live DJs, and immersive decor. The venue hosts diverse events, including 'Daddy Disco with DJ Tdon,' offering a vibrant and inclusive atmosphere. BUNKER collaborates with organizations like Capital Pride Alliance, Latinx History Project, SMYAL, and Whitman-Walker to support the LGBTQ+ community. Located at 2001 14th Street NW, Washington, DC 20009, BUNKER provides an electrifying experience with a dynamic range of music genres throughout the week.</w:t>
      </w:r>
      <w:r/>
    </w:p>
    <w:p>
      <w:pPr>
        <w:pStyle w:val="ListNumber"/>
        <w:spacing w:line="240" w:lineRule="auto"/>
        <w:ind w:left="720"/>
      </w:pPr>
      <w:r/>
      <w:hyperlink r:id="rId13">
        <w:r>
          <w:rPr>
            <w:color w:val="0000EE"/>
            <w:u w:val="single"/>
          </w:rPr>
          <w:t>https://www.bunkerdc.com/?direct=true</w:t>
        </w:r>
      </w:hyperlink>
      <w:r>
        <w:t xml:space="preserve"> - BUNKER is Washington DC's only LGBTQ+ nightclub, offering an electrifying experience with diverse DJs, dancers, drag queens, celebrities, and live performers. The venue features immersive experiences with bold energy, striking design, and transportive decor. BUNKER supports the LGBTQ+ community by collaborating with organizations such as Capital Pride Alliance, Latinx History Project, SMYAL, and Whitman-Walker. Located at 2001 14th Street NW, Washington, DC 20009, BUNKER provides a welcoming space where everyone can express themselves freely.</w:t>
      </w:r>
      <w:r/>
    </w:p>
    <w:p>
      <w:pPr>
        <w:pStyle w:val="ListNumber"/>
        <w:spacing w:line="240" w:lineRule="auto"/>
        <w:ind w:left="720"/>
      </w:pPr>
      <w:r/>
      <w:hyperlink r:id="rId14">
        <w:r>
          <w:rPr>
            <w:color w:val="0000EE"/>
            <w:u w:val="single"/>
          </w:rPr>
          <w:t>https://bardc.com/bars/bunker/</w:t>
        </w:r>
      </w:hyperlink>
      <w:r>
        <w:t xml:space="preserve"> - BUNKER is a high-octane subterranean dance club in Washington DC, featuring an industrial fallout-shelter aesthetic with raw concrete walls and provocative murals. The venue offers late-night dancing, electronic music, world-class drag performances, and high-energy LGBTQ+ nightlife. Highlights include immersive industrial design, premier global talent, and an electric social scene. BUNKER is located at 2001 14th St NW, Washington, DC 20009, United States.</w:t>
      </w:r>
      <w:r/>
    </w:p>
    <w:p>
      <w:pPr>
        <w:pStyle w:val="ListNumber"/>
        <w:spacing w:line="240" w:lineRule="auto"/>
        <w:ind w:left="720"/>
      </w:pPr>
      <w:r/>
      <w:hyperlink r:id="rId10">
        <w:r>
          <w:rPr>
            <w:color w:val="0000EE"/>
            <w:u w:val="single"/>
          </w:rPr>
          <w:t>https://www.gaymap.live/a-league-of-her-own</w:t>
        </w:r>
      </w:hyperlink>
      <w:r>
        <w:t xml:space="preserve"> - A League of Her Own is Washington D.C.'s premier lesbian bar, offering a safe, inclusive queer space for the entire LGBTQ+ community. Located in the vibrant Adams Morgan neighborhood, the venue provides a dedicated dance floor, weekend DJs, and a rotating calendar of events, including drag shows, comedy nights, and community charity mixers. A League of Her Own is part of the Pitchers DC complex and operates from Thursday to Saturday, with varying hours, and is closed on Sundays.</w:t>
      </w:r>
      <w:r/>
    </w:p>
    <w:p>
      <w:pPr>
        <w:pStyle w:val="ListNumber"/>
        <w:spacing w:line="240" w:lineRule="auto"/>
        <w:ind w:left="720"/>
      </w:pPr>
      <w:r/>
      <w:hyperlink r:id="rId11">
        <w:r>
          <w:rPr>
            <w:color w:val="0000EE"/>
            <w:u w:val="single"/>
          </w:rPr>
          <w:t>https://thedccenter.org/locations/a-league-of-her-own/</w:t>
        </w:r>
      </w:hyperlink>
      <w:r>
        <w:t xml:space="preserve"> - A League of Her Own is a welcoming queer women's neighborhood bar located at 2317 18th St. NW, Washington DC, 20009. The venue offers a safe space for the LGBTQIA+ community, promoting fun, love, and appropriate shenanigans. The bar operates from Thursday to Saturday, with varying hours, and is closed on Sundays. For inquiries, contact [email protected] or call (202) 733-2568.</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ohodc.com/" TargetMode="External"/><Relationship Id="rId10" Type="http://schemas.openxmlformats.org/officeDocument/2006/relationships/hyperlink" Target="https://www.gaymap.live/a-league-of-her-own" TargetMode="External"/><Relationship Id="rId11" Type="http://schemas.openxmlformats.org/officeDocument/2006/relationships/hyperlink" Target="https://thedccenter.org/locations/a-league-of-her-own/" TargetMode="External"/><Relationship Id="rId12" Type="http://schemas.openxmlformats.org/officeDocument/2006/relationships/hyperlink" Target="https://bunkerdc.com/event/daddy-disco-with-dj-tdon/" TargetMode="External"/><Relationship Id="rId13" Type="http://schemas.openxmlformats.org/officeDocument/2006/relationships/hyperlink" Target="https://www.bunkerdc.com/?direct=true" TargetMode="External"/><Relationship Id="rId14" Type="http://schemas.openxmlformats.org/officeDocument/2006/relationships/hyperlink" Target="https://bardc.com/bars/bunker/" TargetMode="External"/><Relationship Id="rId15" Type="http://schemas.openxmlformats.org/officeDocument/2006/relationships/hyperlink" Target="https://www.metroweekly.com/2026/10/dc-lgbtq-nightlife-guide-october-17-25-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