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Jackson Pride Festival Guide for a Family-Friendly Day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gathering at the Mississippi Museum of Art in Jackson for a free, family-friendly Pride festival built around LGBTQIA+ visibility, community spirit and safety. With activities running from noon to 9pm on Saturday 17 October, the event offers an open invitation to queer people, allies and families looking for an uplifting day together.</w:t>
      </w:r>
      <w:r/>
    </w:p>
    <w:p>
      <w:pPr>
        <w:pStyle w:val="Heading2"/>
      </w:pPr>
      <w:r>
        <w:t>Essential Takeaways</w:t>
      </w:r>
      <w:r/>
      <w:r/>
    </w:p>
    <w:p>
      <w:pPr>
        <w:pStyle w:val="ListBullet"/>
        <w:spacing w:line="240" w:lineRule="auto"/>
        <w:ind w:left="720"/>
      </w:pPr>
      <w:r/>
      <w:r>
        <w:rPr>
          <w:b/>
        </w:rPr>
        <w:t>Free main festival:</w:t>
      </w:r>
      <w:r>
        <w:t xml:space="preserve"> “It’s Pride, Y’all!” takes place on Saturday 17 October from noon until 9pm.</w:t>
      </w:r>
      <w:r/>
    </w:p>
    <w:p>
      <w:pPr>
        <w:pStyle w:val="ListBullet"/>
        <w:spacing w:line="240" w:lineRule="auto"/>
        <w:ind w:left="720"/>
      </w:pPr>
      <w:r/>
      <w:r>
        <w:rPr>
          <w:b/>
        </w:rPr>
        <w:t>Welcoming atmosphere:</w:t>
      </w:r>
      <w:r>
        <w:t xml:space="preserve"> Organisers are inviting LGBTQIA+ visitors, allies, adults and children.</w:t>
      </w:r>
      <w:r/>
    </w:p>
    <w:p>
      <w:pPr>
        <w:pStyle w:val="ListBullet"/>
        <w:spacing w:line="240" w:lineRule="auto"/>
        <w:ind w:left="720"/>
      </w:pPr>
      <w:r/>
      <w:r>
        <w:rPr>
          <w:b/>
        </w:rPr>
        <w:t>Safety planning:</w:t>
      </w:r>
      <w:r>
        <w:t xml:space="preserve"> Jackson Police Department officers and private security are expected to support the event.</w:t>
      </w:r>
      <w:r/>
    </w:p>
    <w:p>
      <w:pPr>
        <w:pStyle w:val="ListBullet"/>
        <w:spacing w:line="240" w:lineRule="auto"/>
        <w:ind w:left="720"/>
      </w:pPr>
      <w:r/>
      <w:r>
        <w:rPr>
          <w:b/>
        </w:rPr>
        <w:t>More than one event:</w:t>
      </w:r>
      <w:r>
        <w:t xml:space="preserve"> The weekend also includes a Friday gala and a Sunday Halloween drag brunch.</w:t>
      </w:r>
      <w:r/>
    </w:p>
    <w:p>
      <w:pPr>
        <w:pStyle w:val="ListBullet"/>
        <w:spacing w:line="240" w:lineRule="auto"/>
        <w:ind w:left="720"/>
      </w:pPr>
      <w:r/>
      <w:r>
        <w:rPr>
          <w:b/>
        </w:rPr>
        <w:t>Central setting:</w:t>
      </w:r>
      <w:r>
        <w:t xml:space="preserve"> The Mississippi Museum of Art grounds provide a recognisable downtown location for the celebration.</w:t>
      </w:r>
      <w:r/>
      <w:r/>
    </w:p>
    <w:p>
      <w:pPr>
        <w:pStyle w:val="Heading2"/>
      </w:pPr>
      <w:r>
        <w:t>Jackson Pride puts community first</w:t>
      </w:r>
      <w:r/>
    </w:p>
    <w:p>
      <w:r/>
      <w:r>
        <w:t>The most striking part of Jackson’s Pride festival isn’t simply its packed timetable. It’s the sense of recognition that comes with seeing a local LGBTQIA+ community take over a familiar public space, with colour, conversation and plenty of room for families to join in.</w:t>
      </w:r>
      <w:r/>
    </w:p>
    <w:p>
      <w:r/>
      <w:r>
        <w:t>Organisers describe the event as a chance for queer people and their supporters to feel visible at a time when many communities are facing political and social pressure. The message is warm but clear: this is a celebration, but it’s also a show of solidarity.</w:t>
      </w:r>
      <w:r/>
    </w:p>
    <w:p>
      <w:r/>
      <w:r>
        <w:t xml:space="preserve">That local focus matters in Mississippi, where the queer community can feel close-knit and comparatively small. The festival gives people an opportunity to meet, support one another and make their presence impossible to miss. The Jackson Free Press also highlighted the event’s return as part of the city’s wider Pride weekend. </w:t>
      </w:r>
      <w:hyperlink r:id="rId9">
        <w:r>
          <w:rPr>
            <w:color w:val="0000EE"/>
            <w:u w:val="single"/>
          </w:rPr>
          <w:t>[2]</w:t>
        </w:r>
      </w:hyperlink>
      <w:r/>
    </w:p>
    <w:p>
      <w:pPr>
        <w:pStyle w:val="Heading2"/>
      </w:pPr>
      <w:r>
        <w:t>What to expect at the 2026 Jackson Pride festival</w:t>
      </w:r>
      <w:r/>
    </w:p>
    <w:p>
      <w:r/>
      <w:r>
        <w:t>The main public celebration is scheduled for Saturday 17 October on the grounds of the Mississippi Museum of Art. It will run from midday to 9pm, making it easy to drop in for an hour or stay through the evening.</w:t>
      </w:r>
      <w:r/>
    </w:p>
    <w:p>
      <w:r/>
      <w:r>
        <w:t>Organisers say the programme will include activities for children and adults, so families don’t need to treat the festival as an adults-only occasion. That broad approach is increasingly common at community Pride events, where music, stalls, performances and social activities are designed to bring different generations together.</w:t>
      </w:r>
      <w:r/>
    </w:p>
    <w:p>
      <w:r/>
      <w:r>
        <w:t xml:space="preserve">The museum setting should also make the festival feel distinctive. Visitors can check the Mississippi Museum of Art’s official information before travelling for practical details about the venue and its facilities. </w:t>
      </w:r>
      <w:hyperlink r:id="rId10">
        <w:r>
          <w:rPr>
            <w:color w:val="0000EE"/>
            <w:u w:val="single"/>
          </w:rPr>
          <w:t>[5]</w:t>
        </w:r>
      </w:hyperlink>
      <w:r/>
    </w:p>
    <w:p>
      <w:pPr>
        <w:pStyle w:val="Heading2"/>
      </w:pPr>
      <w:r>
        <w:t>Safety measures are part of the plan</w:t>
      </w:r>
      <w:r/>
    </w:p>
    <w:p>
      <w:r/>
      <w:r>
        <w:t>Alongside the upbeat atmosphere, organisers are putting visible safety arrangements in place. Jackson Police Department and private security are expected to support the event, while nearby access roads will be closed to help create a more contained festival area.</w:t>
      </w:r>
      <w:r/>
    </w:p>
    <w:p>
      <w:r/>
      <w:r>
        <w:t>For visitors, that could mean a calmer experience inside the event footprint, but it may also affect driving routes and drop-off plans. It’s sensible to allow extra time, check local updates and agree a meeting point if you’re attending with children or a large group.</w:t>
      </w:r>
      <w:r/>
    </w:p>
    <w:p>
      <w:r/>
      <w:r>
        <w:t xml:space="preserve">A little preparation goes a long way at busy public events. Wear comfortable shoes, bring weather-appropriate clothing and keep essentials in a small bag that’s easy to carry. The museum’s visitor information is a useful place to check before setting off. </w:t>
      </w:r>
      <w:hyperlink r:id="rId11">
        <w:r>
          <w:rPr>
            <w:color w:val="0000EE"/>
            <w:u w:val="single"/>
          </w:rPr>
          <w:t>[6]</w:t>
        </w:r>
      </w:hyperlink>
      <w:r/>
    </w:p>
    <w:p>
      <w:pPr>
        <w:pStyle w:val="Heading2"/>
      </w:pPr>
      <w:r>
        <w:t>Allies have an important role to play</w:t>
      </w:r>
      <w:r/>
    </w:p>
    <w:p>
      <w:r/>
      <w:r>
        <w:t>Jackson Pride is explicitly welcoming allies, and organisers say their support helps strengthen the wider movement. That invitation is more than a polite footnote. Friends, relatives, colleagues and neighbours can make a real difference simply by showing up, listening and helping create a respectful atmosphere.</w:t>
      </w:r>
      <w:r/>
    </w:p>
    <w:p>
      <w:r/>
      <w:r>
        <w:t>For first-time visitors, the best approach is straightforward: be curious, be considerate and give people space to enjoy the day in their own way. Pride can feel celebratory and emotional at once, especially for people who haven’t always felt comfortable being open in public.</w:t>
      </w:r>
      <w:r/>
    </w:p>
    <w:p>
      <w:r/>
      <w:r>
        <w:t xml:space="preserve">It’s also a useful reminder that inclusion works best when it’s practical. A family-friendly timetable, visible safety support and an open invitation help turn good intentions into a festival people can genuinely enjoy. </w:t>
      </w:r>
      <w:hyperlink r:id="rId12">
        <w:r>
          <w:rPr>
            <w:color w:val="0000EE"/>
            <w:u w:val="single"/>
          </w:rPr>
          <w:t>[3]</w:t>
        </w:r>
      </w:hyperlink>
      <w:r/>
    </w:p>
    <w:p>
      <w:pPr>
        <w:pStyle w:val="Heading2"/>
      </w:pPr>
      <w:r>
        <w:t>A full weekend of Jackson Pride events</w:t>
      </w:r>
      <w:r/>
    </w:p>
    <w:p>
      <w:r/>
      <w:r>
        <w:t>Saturday is the headline event, but it isn’t the only opportunity to take part. The weekend begins with a Friday kickoff gala for VIP pass holders and host committee members, followed by a Halloween drag brunch at Hal &amp; Mal’s on Sunday.</w:t>
      </w:r>
      <w:r/>
    </w:p>
    <w:p>
      <w:r/>
      <w:r>
        <w:t>That gives the weekend a varied rhythm. The central festival is the broad, free gathering, while the gala offers a more limited formal occasion and the brunch adds a playful seasonal twist. Visitors should check event-specific entry requirements before making plans, as not every activity has the same access arrangements.</w:t>
      </w:r>
      <w:r/>
    </w:p>
    <w:p>
      <w:r/>
      <w:r>
        <w:t xml:space="preserve">For most people, Saturday will be the easiest starting point: it’s free, open to the public and designed to include both children and adults. Bring your enthusiasm, your sunscreen if the forecast calls for it, and perhaps a friend who’s never been before. </w:t>
      </w:r>
      <w:hyperlink r:id="rId9">
        <w:r>
          <w:rPr>
            <w:color w:val="0000EE"/>
            <w:u w:val="single"/>
          </w:rPr>
          <w:t>[7]</w:t>
        </w:r>
      </w:hyperlink>
      <w:r/>
    </w:p>
    <w:p>
      <w:r/>
      <w:r>
        <w:t>Jackson Pride is shaping up to be a joyful, thoughtful weekend where visibility and community come first.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3">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9">
        <w:r>
          <w:rPr>
            <w:color w:val="0000EE"/>
            <w:u w:val="single"/>
          </w:rPr>
          <w:t>[2]</w:t>
        </w:r>
      </w:hyperlink>
      <w:r>
        <w:t xml:space="preserve">, </w:t>
      </w:r>
      <w:hyperlink r:id="rId9">
        <w:r>
          <w:rPr>
            <w:color w:val="0000EE"/>
            <w:u w:val="single"/>
          </w:rPr>
          <w:t>[7]</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13">
        <w:r>
          <w:rPr>
            <w:color w:val="0000EE"/>
            <w:u w:val="single"/>
          </w:rPr>
          <w:t>[4]</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9">
        <w:r>
          <w:rPr>
            <w:color w:val="0000EE"/>
            <w:u w:val="single"/>
          </w:rPr>
          <w:t>[7]</w:t>
        </w:r>
      </w:hyperlink>
      <w:r>
        <w:t xml:space="preserve">- Paragraph 9: </w:t>
      </w:r>
      <w:hyperlink r:id="rId9">
        <w:r>
          <w:rPr>
            <w:color w:val="0000EE"/>
            <w:u w:val="single"/>
          </w:rPr>
          <w:t>[2]</w:t>
        </w:r>
      </w:hyperlink>
      <w:r>
        <w:t xml:space="preserve">, </w:t>
      </w:r>
      <w:hyperlink r:id="rId9">
        <w:r>
          <w:rPr>
            <w:color w:val="0000EE"/>
            <w:u w:val="single"/>
          </w:rPr>
          <w:t>[7]</w:t>
        </w:r>
      </w:hyperlink>
      <w:r>
        <w:t xml:space="preserve">- Paragraph 10: </w:t>
      </w:r>
      <w:hyperlink r:id="rId12">
        <w:r>
          <w:rPr>
            <w:color w:val="0000EE"/>
            <w:u w:val="single"/>
          </w:rPr>
          <w:t>[3]</w:t>
        </w:r>
      </w:hyperlink>
      <w:r>
        <w:t xml:space="preserve">, </w:t>
      </w:r>
      <w:hyperlink r:id="rId9">
        <w:r>
          <w:rPr>
            <w:color w:val="0000EE"/>
            <w:u w:val="single"/>
          </w:rPr>
          <w:t>[7]</w:t>
        </w:r>
      </w:hyperlink>
      <w:r>
        <w:t xml:space="preserve">- Paragraph 11: </w:t>
      </w:r>
      <w:hyperlink r:id="rId9">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https://www.wapt.com/article/jackson-pride-festival-community-safety/74151661</w:t>
        </w:r>
      </w:hyperlink>
      <w:r>
        <w:t xml:space="preserve"> - Please view link - unable to able to access data</w:t>
      </w:r>
      <w:r/>
    </w:p>
    <w:p>
      <w:pPr>
        <w:pStyle w:val="ListNumber"/>
        <w:spacing w:line="240" w:lineRule="auto"/>
        <w:ind w:left="720"/>
      </w:pPr>
      <w:r/>
      <w:hyperlink r:id="rId9">
        <w:r>
          <w:rPr>
            <w:color w:val="0000EE"/>
            <w:u w:val="single"/>
          </w:rPr>
          <w:t>https://www.jacksonfreepress.com/news/2026/oct/09/its-pride-yall-festival-returns-jackson-oct-17-18/</w:t>
        </w:r>
      </w:hyperlink>
      <w:r>
        <w:t xml:space="preserve"> - The Jackson Free Press reports that the 'It's Pride, Y'all!' festival is returning to Jackson on October 17-18, 2026. Organised by MS Capital City Pride, the event will be held at the Mississippi Museum of Art and is free and family-friendly. The festival will feature a variety of activities, including live music, drag performances, and a youth zone. The event aims to celebrate and uplift the LGBTQIA+ community in Jackson, providing a space for individuals and allies to come together and feel seen.</w:t>
      </w:r>
      <w:r/>
    </w:p>
    <w:p>
      <w:pPr>
        <w:pStyle w:val="ListNumber"/>
        <w:spacing w:line="240" w:lineRule="auto"/>
        <w:ind w:left="720"/>
      </w:pPr>
      <w:r/>
      <w:hyperlink r:id="rId12">
        <w:r>
          <w:rPr>
            <w:color w:val="0000EE"/>
            <w:u w:val="single"/>
          </w:rPr>
          <w:t>https://www.clarionledger.com/story/news/2026/10/09/jackson-pride-festival-2026-schedule/74151662/</w:t>
        </w:r>
      </w:hyperlink>
      <w:r>
        <w:t xml:space="preserve"> - The Clarion Ledger provides details on the schedule for the Jackson Pride Festival 2026. The main event, 'Rooted &amp; Rising,' will take place on Saturday, October 17, from noon to 9 p.m. at the Mississippi Museum of Art. The festival will feature a full lineup on the Main Stage and Atrium, including Drag Story Hour, a Youth Zone, a dance party, a live podcast panel, spoken word performances, and local bands. The event is free and open to the public, aiming to celebrate and uplift the LGBTQIA+ community in Jackson.</w:t>
      </w:r>
      <w:r/>
    </w:p>
    <w:p>
      <w:pPr>
        <w:pStyle w:val="ListNumber"/>
        <w:spacing w:line="240" w:lineRule="auto"/>
        <w:ind w:left="720"/>
      </w:pPr>
      <w:r/>
      <w:hyperlink r:id="rId13">
        <w:r>
          <w:rPr>
            <w:color w:val="0000EE"/>
            <w:u w:val="single"/>
          </w:rPr>
          <w:t>https://www.wapt.com/article/jackson-pride-festival-community-safety/74151661</w:t>
        </w:r>
      </w:hyperlink>
      <w:r>
        <w:t xml:space="preserve"> - WAPT News reports on the Jackson Pride Festival's focus on community, inclusion, and safety. Organisers are implementing security measures, including involvement from the Jackson Police Department and private security, and closing access roads to create a more contained event area. The festival is set to take place on October 17, 2026, at the Mississippi Museum of Art, and organisers emphasise the importance of allies in strengthening the community.</w:t>
      </w:r>
      <w:r/>
    </w:p>
    <w:p>
      <w:pPr>
        <w:pStyle w:val="ListNumber"/>
        <w:spacing w:line="240" w:lineRule="auto"/>
        <w:ind w:left="720"/>
      </w:pPr>
      <w:r/>
      <w:hyperlink r:id="rId10">
        <w:r>
          <w:rPr>
            <w:color w:val="0000EE"/>
            <w:u w:val="single"/>
          </w:rPr>
          <w:t>https://www.msmuseumart.org/tickets-hours/</w:t>
        </w:r>
      </w:hyperlink>
      <w:r>
        <w:t xml:space="preserve"> - The Mississippi Museum of Art's official website provides information on the museum's hours and ticketing. The museum is open from Tuesday to Saturday, 11 a.m. to 5 p.m., and on Sunday from 1 p.m. to 5 p.m. The Art Garden is open during daylight hours. Admission prices vary, with discounts for seniors, youth, and college students. The museum offers free admission for members, children under 5, and active-duty military personnel and their families.</w:t>
      </w:r>
      <w:r/>
    </w:p>
    <w:p>
      <w:pPr>
        <w:pStyle w:val="ListNumber"/>
        <w:spacing w:line="240" w:lineRule="auto"/>
        <w:ind w:left="720"/>
      </w:pPr>
      <w:r/>
      <w:hyperlink r:id="rId11">
        <w:r>
          <w:rPr>
            <w:color w:val="0000EE"/>
            <w:u w:val="single"/>
          </w:rPr>
          <w:t>https://www.msmuseumart.org/</w:t>
        </w:r>
      </w:hyperlink>
      <w:r>
        <w:t xml:space="preserve"> - The Mississippi Museum of Art's official website offers comprehensive information about the museum's exhibitions, events, and visitor services. Located at 380 South Lamar Street in Jackson, Mississippi, the museum features a diverse collection of art and hosts various events throughout the year. The website provides details on current exhibitions, upcoming events, and visitor information, including hours of operation and ticketing.</w:t>
      </w:r>
      <w:r/>
    </w:p>
    <w:p>
      <w:pPr>
        <w:pStyle w:val="ListNumber"/>
        <w:spacing w:line="240" w:lineRule="auto"/>
        <w:ind w:left="720"/>
      </w:pPr>
      <w:r/>
      <w:hyperlink r:id="rId9">
        <w:r>
          <w:rPr>
            <w:color w:val="0000EE"/>
            <w:u w:val="single"/>
          </w:rPr>
          <w:t>https://www.jacksonfreepress.com/news/2026/oct/09/its-pride-yall-festival-returns-jackson-oct-17-18/</w:t>
        </w:r>
      </w:hyperlink>
      <w:r>
        <w:t xml:space="preserve"> - The Jackson Free Press reports that the 'It's Pride, Y'all!' festival is returning to Jackson on October 17-18, 2026. Organised by MS Capital City Pride, the event will be held at the Mississippi Museum of Art and is free and family-friendly. The festival will feature a variety of activities, including live music, drag performances, and a youth zone. The event aims to celebrate and uplift the LGBTQIA+ community in Jackson, providing a space for individuals and allies to come together and feel seen.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acksonfreepress.com/news/2026/oct/09/its-pride-yall-festival-returns-jackson-oct-17-18/" TargetMode="External"/><Relationship Id="rId10" Type="http://schemas.openxmlformats.org/officeDocument/2006/relationships/hyperlink" Target="https://www.msmuseumart.org/tickets-hours/" TargetMode="External"/><Relationship Id="rId11" Type="http://schemas.openxmlformats.org/officeDocument/2006/relationships/hyperlink" Target="https://www.msmuseumart.org/" TargetMode="External"/><Relationship Id="rId12" Type="http://schemas.openxmlformats.org/officeDocument/2006/relationships/hyperlink" Target="https://www.clarionledger.com/story/news/2026/10/09/jackson-pride-festival-2026-schedule/74151662/" TargetMode="External"/><Relationship Id="rId13" Type="http://schemas.openxmlformats.org/officeDocument/2006/relationships/hyperlink" Target="https://www.wapt.com/article/jackson-pride-festival-community-safety/741516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