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Inclusive Worship Service in Erie Celebrates 18 Years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Erie residents are invited to Community United Church on Sunday, 25 October, for its annual Diversity Service, a welcoming celebration of LGBTQ+ inclusion, faith and community. The Erie, Pennsylvania congregation is marking 18 years as an Open and Affirming church, offering a timely reminder that worship can be both deeply personal and proudly public.</w:t>
      </w:r>
      <w:r/>
    </w:p>
    <w:p>
      <w:pPr>
        <w:pStyle w:val="Heading2"/>
      </w:pPr>
      <w:r>
        <w:t>Essential Takeaways</w:t>
      </w:r>
      <w:r/>
      <w:r/>
    </w:p>
    <w:p>
      <w:pPr>
        <w:pStyle w:val="ListBullet"/>
        <w:spacing w:line="240" w:lineRule="auto"/>
        <w:ind w:left="720"/>
      </w:pPr>
      <w:r/>
      <w:r>
        <w:rPr>
          <w:b/>
        </w:rPr>
        <w:t>When:</w:t>
      </w:r>
      <w:r>
        <w:t xml:space="preserve"> The Diversity Service takes place on Sunday, 25 October, at 11am.</w:t>
      </w:r>
      <w:r/>
    </w:p>
    <w:p>
      <w:pPr>
        <w:pStyle w:val="ListBullet"/>
        <w:spacing w:line="240" w:lineRule="auto"/>
        <w:ind w:left="720"/>
      </w:pPr>
      <w:r/>
      <w:r>
        <w:rPr>
          <w:b/>
        </w:rPr>
        <w:t>Where:</w:t>
      </w:r>
      <w:r>
        <w:t xml:space="preserve"> Community United Church, 1011 W 38th Street, Erie, Pennsylvania.</w:t>
      </w:r>
      <w:r/>
    </w:p>
    <w:p>
      <w:pPr>
        <w:pStyle w:val="ListBullet"/>
        <w:spacing w:line="240" w:lineRule="auto"/>
        <w:ind w:left="720"/>
      </w:pPr>
      <w:r/>
      <w:r>
        <w:rPr>
          <w:b/>
        </w:rPr>
        <w:t>Why it matters:</w:t>
      </w:r>
      <w:r>
        <w:t xml:space="preserve"> The congregation openly affirms LGBTQ+ people and relationships.</w:t>
      </w:r>
      <w:r/>
    </w:p>
    <w:p>
      <w:pPr>
        <w:pStyle w:val="ListBullet"/>
        <w:spacing w:line="240" w:lineRule="auto"/>
        <w:ind w:left="720"/>
      </w:pPr>
      <w:r/>
      <w:r>
        <w:rPr>
          <w:b/>
        </w:rPr>
        <w:t>What to expect:</w:t>
      </w:r>
      <w:r>
        <w:t xml:space="preserve"> Worship, welcome and a focus on inclusion, care and restorative justice.</w:t>
      </w:r>
      <w:r/>
    </w:p>
    <w:p>
      <w:pPr>
        <w:pStyle w:val="ListBullet"/>
        <w:spacing w:line="240" w:lineRule="auto"/>
        <w:ind w:left="720"/>
      </w:pPr>
      <w:r/>
      <w:r>
        <w:rPr>
          <w:b/>
        </w:rPr>
        <w:t>Beyond the service:</w:t>
      </w:r>
      <w:r>
        <w:t xml:space="preserve"> The church also supports education, small groups, community help and Pride participation.</w:t>
      </w:r>
      <w:r/>
      <w:r/>
    </w:p>
    <w:p>
      <w:pPr>
        <w:pStyle w:val="Heading2"/>
      </w:pPr>
      <w:r>
        <w:t>A welcoming service with a clear purpose</w:t>
      </w:r>
      <w:r/>
    </w:p>
    <w:p>
      <w:r/>
      <w:r>
        <w:t xml:space="preserve">Community United Church is inviting the public to a service that puts belonging at the centre. The annual event marks the congregation's 18th year as a nationally certified Open and Affirming church within the United Church of Christ, according to information from the church and its pastor. </w:t>
      </w:r>
      <w:hyperlink r:id="rId9">
        <w:r>
          <w:rPr>
            <w:color w:val="0000EE"/>
            <w:u w:val="single"/>
          </w:rPr>
          <w:t>[2]</w:t>
        </w:r>
      </w:hyperlink>
      <w:r/>
    </w:p>
    <w:p>
      <w:r/>
      <w:r>
        <w:t xml:space="preserve">That makes this more than a date in the diary. For visitors who have felt pushed aside by religious spaces, an explicitly LGBTQ+-affirming service can offer something quietly powerful: the chance to walk through the door without having to explain or defend who they are. The church's wider message is rooted in unconditional love and practical welcome. </w:t>
      </w:r>
      <w:hyperlink r:id="rId10">
        <w:r>
          <w:rPr>
            <w:color w:val="0000EE"/>
            <w:u w:val="single"/>
          </w:rPr>
          <w:t>[5]</w:t>
        </w:r>
      </w:hyperlink>
      <w:r/>
    </w:p>
    <w:p>
      <w:pPr>
        <w:pStyle w:val="Heading2"/>
      </w:pPr>
      <w:r>
        <w:t>What happens at Community United Church?</w:t>
      </w:r>
      <w:r/>
    </w:p>
    <w:p>
      <w:r/>
      <w:r>
        <w:t xml:space="preserve">The Diversity Service is part of a broader pattern of community life rather than a one-off gesture. Community United Church describes itself as a place where people can worship, learn, meet in small groups and support neighbours in need. </w:t>
      </w:r>
      <w:hyperlink r:id="rId11">
        <w:r>
          <w:rPr>
            <w:color w:val="0000EE"/>
            <w:u w:val="single"/>
          </w:rPr>
          <w:t>[3]</w:t>
        </w:r>
      </w:hyperlink>
      <w:r/>
    </w:p>
    <w:p>
      <w:r/>
      <w:r>
        <w:t xml:space="preserve">Its approach also acknowledges that inclusion is ongoing work. The congregation says it aims to honour personal boundaries, encourage education around LGBTQ+ inclusion and stand behind restorative justice. That combination of warmth and accountability gives the celebration a grounded feel, rather than turning it into empty ceremony. </w:t>
      </w:r>
      <w:hyperlink r:id="rId12">
        <w:r>
          <w:rPr>
            <w:color w:val="0000EE"/>
            <w:u w:val="single"/>
          </w:rPr>
          <w:t>[4]</w:t>
        </w:r>
      </w:hyperlink>
      <w:r/>
    </w:p>
    <w:p>
      <w:pPr>
        <w:pStyle w:val="Heading2"/>
      </w:pPr>
      <w:r>
        <w:t>Why Open and Affirming churches matter</w:t>
      </w:r>
      <w:r/>
    </w:p>
    <w:p>
      <w:r/>
      <w:r>
        <w:t xml:space="preserve">Across the United Church of Christ, Open and Affirming congregations make a public commitment to welcome LGBTQ+ people into the full life of the church. Community United Church's listing with the denomination places its local work within that wider movement. </w:t>
      </w:r>
      <w:hyperlink r:id="rId10">
        <w:r>
          <w:rPr>
            <w:color w:val="0000EE"/>
            <w:u w:val="single"/>
          </w:rPr>
          <w:t>[5]</w:t>
        </w:r>
      </w:hyperlink>
      <w:r/>
    </w:p>
    <w:p>
      <w:r/>
      <w:r>
        <w:t>For anyone searching for an LGBTQ+-affirming church in Erie, the distinction is useful. A church may describe itself as friendly, but an Open and Affirming designation signals a more deliberate commitment to inclusion, worship and relationships. It doesn't promise perfection, but it does make the congregation's starting point clear.</w:t>
      </w:r>
      <w:r/>
    </w:p>
    <w:p>
      <w:pPr>
        <w:pStyle w:val="Heading2"/>
      </w:pPr>
      <w:r>
        <w:t>More than Sunday worship</w:t>
      </w:r>
      <w:r/>
    </w:p>
    <w:p>
      <w:r/>
      <w:r>
        <w:t xml:space="preserve">Community United Church's welcome extends beyond its sanctuary. The congregation takes part in Erie's Pride parade and offers educational opportunities focused on LGBTQ+ inclusion, while local community directories point people towards wider support and connection in the area. </w:t>
      </w:r>
      <w:hyperlink r:id="rId13">
        <w:r>
          <w:rPr>
            <w:color w:val="0000EE"/>
            <w:u w:val="single"/>
          </w:rPr>
          <w:t>[6]</w:t>
        </w:r>
      </w:hyperlink>
      <w:r/>
    </w:p>
    <w:p>
      <w:r/>
      <w:r>
        <w:t>The church also highlights practical ways to get involved, from helping those in need to joining groups and community activities. That matters because belonging is rarely built in a single morning. Often, it's made through repeated small encounters: a familiar face, a shared cup of coffee, or someone remembering your name.</w:t>
      </w:r>
      <w:r/>
    </w:p>
    <w:p>
      <w:pPr>
        <w:pStyle w:val="Heading2"/>
      </w:pPr>
      <w:r>
        <w:t>A useful invitation for Erie residents</w:t>
      </w:r>
      <w:r/>
    </w:p>
    <w:p>
      <w:r/>
      <w:r>
        <w:t xml:space="preserve">The service starts at 11am on 25 October at 1011 W 38th Street. Visitors who aren't sure what to expect can contact the church ahead of time, check its online information or simply arrive with an open mind. Community United Church maintains digital channels for updates and community communication, including its website and video presence. </w:t>
      </w:r>
      <w:hyperlink r:id="rId9">
        <w:r>
          <w:rPr>
            <w:color w:val="0000EE"/>
            <w:u w:val="single"/>
          </w:rPr>
          <w:t>[2]</w:t>
        </w:r>
      </w:hyperlink>
      <w:r/>
    </w:p>
    <w:p>
      <w:r/>
      <w:r>
        <w:t>For longtime members, the anniversary is a chance to celebrate the work already done. For newcomers, it could be a gentle first step into an inclusive faith community. Either way, the message is refreshingly straightforward: everyone deserves a place where they belong.</w:t>
      </w:r>
      <w:r/>
    </w:p>
    <w:p>
      <w:r/>
      <w:r>
        <w:t>It's a small Sunday invitation with a genuinely big welcome behind it.</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2">
        <w:r>
          <w:rPr>
            <w:color w:val="0000EE"/>
            <w:u w:val="single"/>
          </w:rPr>
          <w:t>[4]</w:t>
        </w:r>
      </w:hyperlink>
      <w:r>
        <w:t xml:space="preserve">, </w:t>
      </w:r>
      <w:hyperlink r:id="rId10">
        <w:r>
          <w:rPr>
            <w:color w:val="0000EE"/>
            <w:u w:val="single"/>
          </w:rPr>
          <w:t>[5]</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0">
        <w:r>
          <w:rPr>
            <w:color w:val="0000EE"/>
            <w:u w:val="single"/>
          </w:rPr>
          <w:t>[5]</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https://www.eriegaynews.com/news/article.php?recordid=202611communityuniteddiversityworshippro&amp;sourceid=4&amp;sourcereason=RSSFeed</w:t>
        </w:r>
      </w:hyperlink>
      <w:r>
        <w:t xml:space="preserve"> - Please view link - unable to able to access data</w:t>
      </w:r>
      <w:r/>
    </w:p>
    <w:p>
      <w:pPr>
        <w:pStyle w:val="ListNumber"/>
        <w:spacing w:line="240" w:lineRule="auto"/>
        <w:ind w:left="720"/>
      </w:pPr>
      <w:r/>
      <w:hyperlink r:id="rId9">
        <w:r>
          <w:rPr>
            <w:color w:val="0000EE"/>
            <w:u w:val="single"/>
          </w:rPr>
          <w:t>https://communityunited.church/about/</w:t>
        </w:r>
      </w:hyperlink>
      <w:r>
        <w:t xml:space="preserve"> - Community United Church is an ecumenical and Open and Affirming Christian congregation in Erie, Pennsylvania. Affiliated with the United Church of Christ and the Disciples of Christ, the church welcomes individuals from various denominational backgrounds. As an Open and Affirming congregation, it boldly accepts and affirms LGBTQ+ people and relationships, promoting inclusivity and diversity as part of God's creation. The church offers a range of worship, educational, and service opportunities, aiming to serve all people and embody unconditional love through radical welcome, helping those in need, and standing for restorative justice.</w:t>
      </w:r>
      <w:r/>
    </w:p>
    <w:p>
      <w:pPr>
        <w:pStyle w:val="ListNumber"/>
        <w:spacing w:line="240" w:lineRule="auto"/>
        <w:ind w:left="720"/>
      </w:pPr>
      <w:r/>
      <w:hyperlink r:id="rId11">
        <w:r>
          <w:rPr>
            <w:color w:val="0000EE"/>
            <w:u w:val="single"/>
          </w:rPr>
          <w:t>https://communityunited.church/about/opportunities/</w:t>
        </w:r>
      </w:hyperlink>
      <w:r>
        <w:t xml:space="preserve"> - Community United Church provides numerous opportunities for service and connection. Members can participate in preparing bagged lunches for those in need, engage with the LGBTQ+ community through an Open and Affirming team, and serve U.S. veterans at the Liberty House. The church also offers various social and educational events, including coffee socials, scripture study sessions, and contemplative evening services. Youth programming, such as children's church and special events, is available throughout the year. These initiatives reflect the church's commitment to radical hospitality, justice, and inclusivity.</w:t>
      </w:r>
      <w:r/>
    </w:p>
    <w:p>
      <w:pPr>
        <w:pStyle w:val="ListNumber"/>
        <w:spacing w:line="240" w:lineRule="auto"/>
        <w:ind w:left="720"/>
      </w:pPr>
      <w:r/>
      <w:hyperlink r:id="rId12">
        <w:r>
          <w:rPr>
            <w:color w:val="0000EE"/>
            <w:u w:val="single"/>
          </w:rPr>
          <w:t>https://communityunited.church/devotions/a-place-where-everyone-belongs-heres-what-your-erie-gives-dollars-make-possible</w:t>
        </w:r>
      </w:hyperlink>
      <w:r>
        <w:t xml:space="preserve"> - Community United Church, a nationally recognised Open and Affirming congregation within the United Church of Christ, believes in offering an extravagant welcome to everyone, exactly as they are. The church actively welcomes and celebrates LGBTQIA+ individuals, offering inclusive worship, community outreach, and opportunities for spiritual growth. Through initiatives like providing hospitality at the Erie Pride Festival, marching in the Erie Pride Parade, and hosting post-Pride receptions, the church demonstrates its commitment to radical hospitality and justice for all.</w:t>
      </w:r>
      <w:r/>
    </w:p>
    <w:p>
      <w:pPr>
        <w:pStyle w:val="ListNumber"/>
        <w:spacing w:line="240" w:lineRule="auto"/>
        <w:ind w:left="720"/>
      </w:pPr>
      <w:r/>
      <w:hyperlink r:id="rId10">
        <w:r>
          <w:rPr>
            <w:color w:val="0000EE"/>
            <w:u w:val="single"/>
          </w:rPr>
          <w:t>https://www.ucc.org/church/community-united-church-ucc/</w:t>
        </w:r>
      </w:hyperlink>
      <w:r>
        <w:t xml:space="preserve"> - Community United Church, located at 1011 W 38th St, Erie, PA 16508-2540, is affiliated with the United Church of Christ. The church is Open &amp; Affirming and accessible, welcoming all individuals regardless of their background or identity. For more information, contact the church at (814) 864-4429 or via email at communityunitedchurch@yahoo.com. The pastor is Richard McCarty.</w:t>
      </w:r>
      <w:r/>
    </w:p>
    <w:p>
      <w:pPr>
        <w:pStyle w:val="ListNumber"/>
        <w:spacing w:line="240" w:lineRule="auto"/>
        <w:ind w:left="720"/>
      </w:pPr>
      <w:r/>
      <w:hyperlink r:id="rId13">
        <w:r>
          <w:rPr>
            <w:color w:val="0000EE"/>
            <w:u w:val="single"/>
          </w:rPr>
          <w:t>https://eriegaypride.com/local-resources</w:t>
        </w:r>
      </w:hyperlink>
      <w:r>
        <w:t xml:space="preserve"> - The NWPA Pride Alliance provides a list of local resources in Erie, PA, including Community United Church. The church is described as an open and affirming congregation dedicated to radical hospitality and justice for all, actively welcoming and celebrating LGBTQ+ individuals through inclusive worship, community outreach, and opportunities for spiritual growth.</w:t>
      </w:r>
      <w:r/>
    </w:p>
    <w:p>
      <w:pPr>
        <w:pStyle w:val="ListNumber"/>
        <w:spacing w:line="240" w:lineRule="auto"/>
        <w:ind w:left="720"/>
      </w:pPr>
      <w:r/>
      <w:hyperlink r:id="rId15">
        <w:r>
          <w:rPr>
            <w:color w:val="0000EE"/>
            <w:u w:val="single"/>
          </w:rPr>
          <w:t>https://www.youtube.com/channel/UCCrpeEM-01dFLah6t-j_d6A</w:t>
        </w:r>
      </w:hyperlink>
      <w:r>
        <w:t xml:space="preserve"> - The YouTube channel for Community United Church in Erie, PA, features content related to the church's activities and services. As an Open and Affirming Christian church, Community United Church boldly welcomes and affirms LGBTQ+ people and families, promoting inclusivity and diversity as part of God's creation. The channel provides insights into the church's mission and community engagement.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ommunityunited.church/about/" TargetMode="External"/><Relationship Id="rId10" Type="http://schemas.openxmlformats.org/officeDocument/2006/relationships/hyperlink" Target="https://www.ucc.org/church/community-united-church-ucc/" TargetMode="External"/><Relationship Id="rId11" Type="http://schemas.openxmlformats.org/officeDocument/2006/relationships/hyperlink" Target="https://communityunited.church/about/opportunities/" TargetMode="External"/><Relationship Id="rId12" Type="http://schemas.openxmlformats.org/officeDocument/2006/relationships/hyperlink" Target="https://communityunited.church/devotions/a-place-where-everyone-belongs-heres-what-your-erie-gives-dollars-make-possible" TargetMode="External"/><Relationship Id="rId13" Type="http://schemas.openxmlformats.org/officeDocument/2006/relationships/hyperlink" Target="https://eriegaypride.com/local-resources" TargetMode="External"/><Relationship Id="rId14" Type="http://schemas.openxmlformats.org/officeDocument/2006/relationships/hyperlink" Target="https://www.eriegaynews.com/news/article.php?recordid=202611communityuniteddiversityworshippro&amp;sourceid=4&amp;sourcereason=RSSFeed" TargetMode="External"/><Relationship Id="rId15" Type="http://schemas.openxmlformats.org/officeDocument/2006/relationships/hyperlink" Target="https://www.youtube.com/channel/UCCrpeEM-01dFLah6t-j_d6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