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Black Pride 2026 Gala Photos Celebrate 20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brought bold fashion, warm energy and plenty of personality to Atlanta Black Pride's 2026 Influencer Gala, held over Labor Day weekend. As the landmark celebration reached its 20th year, the event offered a polished snapshot of the creators and community helping make Atlanta Black Pride one of the country's most important LGBTQIA+ gatherings.</w:t>
      </w:r>
      <w:r/>
    </w:p>
    <w:p>
      <w:pPr>
        <w:pStyle w:val="Heading2"/>
      </w:pPr>
      <w:r>
        <w:t>Essential Takeaways</w:t>
      </w:r>
      <w:r/>
      <w:r/>
    </w:p>
    <w:p>
      <w:pPr>
        <w:pStyle w:val="ListBullet"/>
        <w:spacing w:line="240" w:lineRule="auto"/>
        <w:ind w:left="720"/>
      </w:pPr>
      <w:r/>
      <w:r>
        <w:rPr>
          <w:b/>
        </w:rPr>
        <w:t>A milestone weekend:</w:t>
      </w:r>
      <w:r>
        <w:t xml:space="preserve"> Atlanta Black Pride marked its 20th anniversary in 2026.</w:t>
      </w:r>
      <w:r/>
    </w:p>
    <w:p>
      <w:pPr>
        <w:pStyle w:val="ListBullet"/>
        <w:spacing w:line="240" w:lineRule="auto"/>
        <w:ind w:left="720"/>
      </w:pPr>
      <w:r/>
      <w:r>
        <w:rPr>
          <w:b/>
        </w:rPr>
        <w:t>Gala glamour:</w:t>
      </w:r>
      <w:r>
        <w:t xml:space="preserve"> Influencers, creators and guests arrived in carefully styled looks for the carpet and step-and-repeat.</w:t>
      </w:r>
      <w:r/>
    </w:p>
    <w:p>
      <w:pPr>
        <w:pStyle w:val="ListBullet"/>
        <w:spacing w:line="240" w:lineRule="auto"/>
        <w:ind w:left="720"/>
      </w:pPr>
      <w:r/>
      <w:r>
        <w:rPr>
          <w:b/>
        </w:rPr>
        <w:t>A bigger programme:</w:t>
      </w:r>
      <w:r>
        <w:t xml:space="preserve"> The weekend included parties, panels, brunches and community-focused events.</w:t>
      </w:r>
      <w:r/>
    </w:p>
    <w:p>
      <w:pPr>
        <w:pStyle w:val="ListBullet"/>
        <w:spacing w:line="240" w:lineRule="auto"/>
        <w:ind w:left="720"/>
      </w:pPr>
      <w:r/>
      <w:r>
        <w:rPr>
          <w:b/>
        </w:rPr>
        <w:t>A national draw:</w:t>
      </w:r>
      <w:r>
        <w:t xml:space="preserve"> Visitors travelled to Atlanta from across the United States for the annual celebration.</w:t>
      </w:r>
      <w:r/>
    </w:p>
    <w:p>
      <w:pPr>
        <w:pStyle w:val="ListBullet"/>
        <w:spacing w:line="240" w:lineRule="auto"/>
        <w:ind w:left="720"/>
      </w:pPr>
      <w:r/>
      <w:r>
        <w:rPr>
          <w:b/>
        </w:rPr>
        <w:t>A visual record:</w:t>
      </w:r>
      <w:r>
        <w:t xml:space="preserve"> FreddyO's gallery captures the atmosphere, fashion and faces of the gala.</w:t>
      </w:r>
      <w:r/>
      <w:r/>
    </w:p>
    <w:p>
      <w:pPr>
        <w:pStyle w:val="Heading2"/>
      </w:pPr>
      <w:r>
        <w:t>Atlanta Black Pride turns 20 in style</w:t>
      </w:r>
      <w:r/>
    </w:p>
    <w:p>
      <w:r/>
      <w:r>
        <w:t>The strongest image from this year's celebration is simple: a room full of people dressed with intention, smiling for the cameras and enjoying a night that felt both glamorous and deeply personal. The Influencer Gala brought that polished, celebratory mood to the centre of Atlanta's Black Pride weekend.</w:t>
      </w:r>
      <w:r/>
    </w:p>
    <w:p>
      <w:r/>
      <w:r>
        <w:t>The anniversary gave the occasion extra weight. Atlanta Black Pride has grown into a major gathering for Black LGBTQIA+ communities, welcoming visitors from around the country each Labor Day weekend. Local event listings and community coverage described the 2026 programme as a broad mix of nightlife, discussion and social events rather than a single festival moment.</w:t>
      </w:r>
      <w:r/>
    </w:p>
    <w:p>
      <w:pPr>
        <w:pStyle w:val="Heading2"/>
      </w:pPr>
      <w:r>
        <w:t>The gala's red-carpet energy was impossible to miss</w:t>
      </w:r>
      <w:r/>
    </w:p>
    <w:p>
      <w:r/>
      <w:r>
        <w:t>Guests treated the carpet as more than a quick photo stop. Looks ranged from sleek and tailored to expressive and high-impact, with the step-and-repeat providing the perfect backdrop for the evening's fashion parade.</w:t>
      </w:r>
      <w:r/>
    </w:p>
    <w:p>
      <w:r/>
      <w:r>
        <w:t>That visual confidence matters. Pride celebrations often create room for people to experiment with presentation, but a milestone gala adds another layer: guests aren't simply arriving for a party, they're showing up as part of a story that has been building for two decades. FreddyO's event photography captures that mix of polish, fun and togetherness.</w:t>
      </w:r>
      <w:r/>
    </w:p>
    <w:p>
      <w:pPr>
        <w:pStyle w:val="Heading2"/>
      </w:pPr>
      <w:r>
        <w:t>Why the 20th anniversary matters beyond the photos</w:t>
      </w:r>
      <w:r/>
    </w:p>
    <w:p>
      <w:r/>
      <w:r>
        <w:t>Atlanta Black Pride's two-decade run reflects the lasting importance of dedicated spaces for Black LGBTQIA+ people. CBS News Atlanta reported that the anniversary weekend combined the Pure Heat Festival with parties and community events, reinforcing the scale and variety of the celebration.</w:t>
      </w:r>
      <w:r/>
    </w:p>
    <w:p>
      <w:r/>
      <w:r>
        <w:t>Coverage from Atlanta Daily World also highlighted the weekend's anniversary focus and support from Gilead Sciences. That kind of backing can help large community events sustain a full programme, while the continued turnout shows why Atlanta remains such a significant destination for Black LGBTQ+ culture and connection.</w:t>
      </w:r>
      <w:r/>
    </w:p>
    <w:p>
      <w:pPr>
        <w:pStyle w:val="Heading2"/>
      </w:pPr>
      <w:r>
        <w:t>More than one night on the calendar</w:t>
      </w:r>
      <w:r/>
    </w:p>
    <w:p>
      <w:r/>
      <w:r>
        <w:t>Although the Influencer Gala supplied the most camera-ready moments, it was only one part of the wider weekend. The programme included panels, brunches, parties and other gatherings designed to bring people together in different settings, from lively nightlife to more reflective conversations.</w:t>
      </w:r>
      <w:r/>
    </w:p>
    <w:p>
      <w:r/>
      <w:r>
        <w:t>That variety is one reason the event continues to attract such a wide audience. Someone might come for the festival atmosphere, stay for a panel, meet friends at brunch and finish the weekend on the dance floor. It feels less like a single appointment and more like a temporary city within the city.</w:t>
      </w:r>
      <w:r/>
    </w:p>
    <w:p>
      <w:pPr>
        <w:pStyle w:val="Heading2"/>
      </w:pPr>
      <w:r>
        <w:t>A photo gallery that keeps the celebration visible</w:t>
      </w:r>
      <w:r/>
    </w:p>
    <w:p>
      <w:r/>
      <w:r>
        <w:t>Event photography gives milestone weekends a second life. Guests can revisit their outfits, friends can share the moments they missed and anyone who couldn't attend gets a glimpse of the atmosphere. In this case, the gallery also preserves a visual record of Atlanta Black Pride's 20th anniversary.</w:t>
      </w:r>
      <w:r/>
    </w:p>
    <w:p>
      <w:r/>
      <w:r>
        <w:t>The wider 2026 coverage from Downtown Atlanta and Georgia Followers similarly points to the weekend's importance for the city. Together, the reports and images show a celebration that is stylish on the surface, but rooted in belonging, visibility and community pride.</w:t>
      </w:r>
      <w:r/>
    </w:p>
    <w:p>
      <w:r/>
      <w:r>
        <w:t>The result is a gallery with plenty of sparkle, but also a clear sense of occasion. Two decades in, Atlanta Black Pride is still making space for people to be seen on their own terms.</w:t>
      </w:r>
      <w:r/>
    </w:p>
    <w:p>
      <w:r/>
      <w:r>
        <w:t>Explore the gallery and relive Atlanta Black Pride's milestone weekend.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https://freddyo.com/2026/10/15/atlanta-pride-2026-influencer-gala-photos/</w:t>
        </w:r>
      </w:hyperlink>
      <w:r>
        <w:t xml:space="preserve"> - Please view link - unable to able to access data</w:t>
      </w:r>
      <w:r/>
    </w:p>
    <w:p>
      <w:pPr>
        <w:pStyle w:val="ListNumber"/>
        <w:spacing w:line="240" w:lineRule="auto"/>
        <w:ind w:left="720"/>
      </w:pPr>
      <w:r/>
      <w:hyperlink r:id="rId10">
        <w:r>
          <w:rPr>
            <w:color w:val="0000EE"/>
            <w:u w:val="single"/>
          </w:rPr>
          <w:t>https://blackatlanteans.com/blog/b/atlanta-black-pride-20th-anniversary-2026</w:t>
        </w:r>
      </w:hyperlink>
      <w:r>
        <w:t xml:space="preserve"> - This article celebrates the 20th anniversary of Atlanta Black Pride Weekend, highlighting its evolution from grassroots gatherings to a nationally recognised event. The 2026 celebration, themed 'Strength in Unity', took place from September 2 to 7, featuring a variety of events such as empowerment brunches, blood drives, and the Pure Heat Community Festival at Piedmont Park. Co-founders Melissa Scott and Julius James emphasised the importance of creating spaces where Black LGBTQ+ individuals can come together, be seen, supported, and celebrated.</w:t>
      </w:r>
      <w:r/>
    </w:p>
    <w:p>
      <w:pPr>
        <w:pStyle w:val="ListNumber"/>
        <w:spacing w:line="240" w:lineRule="auto"/>
        <w:ind w:left="720"/>
      </w:pPr>
      <w:r/>
      <w:hyperlink r:id="rId12">
        <w:r>
          <w:rPr>
            <w:color w:val="0000EE"/>
            <w:u w:val="single"/>
          </w:rPr>
          <w:t>https://blackatlanteans.com/post/atlanta-black-pride-weekend-2026</w:t>
        </w:r>
      </w:hyperlink>
      <w:r>
        <w:t xml:space="preserve"> - This piece discusses the 20th anniversary of Atlanta Black Pride Weekend, focusing on the theme 'Strength in Unity'. The event, held from September 2 to 7, 2026, included parties, performances, community care, and the Pure Heat Community Festival in Piedmont Park. The article highlights the growth of the celebration from grassroots gatherings to a leading event for Black LGBTQIA+ communities, emphasising the importance of unity and community building.</w:t>
      </w:r>
      <w:r/>
    </w:p>
    <w:p>
      <w:pPr>
        <w:pStyle w:val="ListNumber"/>
        <w:spacing w:line="240" w:lineRule="auto"/>
        <w:ind w:left="720"/>
      </w:pPr>
      <w:r/>
      <w:hyperlink r:id="rId11">
        <w:r>
          <w:rPr>
            <w:color w:val="0000EE"/>
            <w:u w:val="single"/>
          </w:rPr>
          <w:t>https://atlantadailyworld.com/2026/09/16/atlanta-black-pride-weekend-celebrates-20-years-powered-by-gilead-sciences/</w:t>
        </w:r>
      </w:hyperlink>
      <w:r>
        <w:t xml:space="preserve"> - This article details the 20th anniversary of Atlanta Black Pride Weekend, highlighting the support from Gilead Sciences. The weekend featured events such as Cultural Architects, the 7th Annual Mayor’s Black Pride Reception, Pride + PrEP at V12, the Influencers’ Gala, and the Pure Heat Community Festival. Gilead's involvement underscored its commitment to advancing health equity and providing access to HIV education, prevention, and care resources within the Black LGBTQ+ community.</w:t>
      </w:r>
      <w:r/>
    </w:p>
    <w:p>
      <w:pPr>
        <w:pStyle w:val="ListNumber"/>
        <w:spacing w:line="240" w:lineRule="auto"/>
        <w:ind w:left="720"/>
      </w:pPr>
      <w:r/>
      <w:hyperlink r:id="rId14">
        <w:r>
          <w:rPr>
            <w:color w:val="0000EE"/>
            <w:u w:val="single"/>
          </w:rPr>
          <w:t>https://www.cbsnews.com/atlanta/news/atlanta-black-pride-celebrates-20-years-with-pure-heat-festival-parties-and-community-events/</w:t>
        </w:r>
      </w:hyperlink>
      <w:r>
        <w:t xml:space="preserve"> - This CBS Atlanta report covers the 20th anniversary of Atlanta Black Pride Weekend, featuring events like the Pure Heat Community Festival at Piedmont Park. The festival included performances by artists such as Durand Bernarr, Oliver Twixt, Patrice 'Sway' McKinney, Saucy Santana, and Billy The Goat. The article highlights the significance of the celebration in providing a safe and inclusive space for Black LGBTQ+ individuals in Atlanta and visitors.</w:t>
      </w:r>
      <w:r/>
    </w:p>
    <w:p>
      <w:pPr>
        <w:pStyle w:val="ListNumber"/>
        <w:spacing w:line="240" w:lineRule="auto"/>
        <w:ind w:left="720"/>
      </w:pPr>
      <w:r/>
      <w:hyperlink r:id="rId13">
        <w:r>
          <w:rPr>
            <w:color w:val="0000EE"/>
            <w:u w:val="single"/>
          </w:rPr>
          <w:t>https://www.downtownatl.com/news/atlanta-black-pride-weekend-20-years-2026</w:t>
        </w:r>
      </w:hyperlink>
      <w:r>
        <w:t xml:space="preserve"> - This article discusses the 20th anniversary of Atlanta Black Pride Weekend, which took place from September 2 to 7, 2026. The celebration included parties, brunches, a blood drive, a house ball, and the signature outdoor festival. Co-founders Melissa Scott and Julius James framed the anniversary around the people who built it, crediting artists, advocates, organizations, and allies who helped it grow beyond a single weekend.</w:t>
      </w:r>
      <w:r/>
    </w:p>
    <w:p>
      <w:pPr>
        <w:pStyle w:val="ListNumber"/>
        <w:spacing w:line="240" w:lineRule="auto"/>
        <w:ind w:left="720"/>
      </w:pPr>
      <w:r/>
      <w:hyperlink r:id="rId15">
        <w:r>
          <w:rPr>
            <w:color w:val="0000EE"/>
            <w:u w:val="single"/>
          </w:rPr>
          <w:t>https://www.gafollowers.com/atlanta-black-pride-weekend-20-years-2026/</w:t>
        </w:r>
      </w:hyperlink>
      <w:r>
        <w:t xml:space="preserve"> - This piece covers the 20th anniversary of Atlanta Black Pride Weekend, highlighting events such as the Mayor’s Black Pride Reception at Atlanta City Hall, parties, galas, a drag brunch, and a closing-day barbecue and adult field day. The article emphasises the anniversary's focus on both celebration and continued support for Atlanta’s Black LGBTQ+ community, with the Pure Heat Community Festival at Piedmont Park being one of the weekend’s largest public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reddyo.com/2026/10/15/atlanta-pride-2026-influencer-gala-photos/" TargetMode="External"/><Relationship Id="rId10" Type="http://schemas.openxmlformats.org/officeDocument/2006/relationships/hyperlink" Target="https://blackatlanteans.com/blog/b/atlanta-black-pride-20th-anniversary-2026" TargetMode="External"/><Relationship Id="rId11" Type="http://schemas.openxmlformats.org/officeDocument/2006/relationships/hyperlink" Target="https://atlantadailyworld.com/2026/09/16/atlanta-black-pride-weekend-celebrates-20-years-powered-by-gilead-sciences/" TargetMode="External"/><Relationship Id="rId12" Type="http://schemas.openxmlformats.org/officeDocument/2006/relationships/hyperlink" Target="https://blackatlanteans.com/post/atlanta-black-pride-weekend-2026" TargetMode="External"/><Relationship Id="rId13" Type="http://schemas.openxmlformats.org/officeDocument/2006/relationships/hyperlink" Target="https://www.downtownatl.com/news/atlanta-black-pride-weekend-20-years-2026" TargetMode="External"/><Relationship Id="rId14" Type="http://schemas.openxmlformats.org/officeDocument/2006/relationships/hyperlink" Target="https://www.cbsnews.com/atlanta/news/atlanta-black-pride-celebrates-20-years-with-pure-heat-festival-parties-and-community-events/" TargetMode="External"/><Relationship Id="rId15" Type="http://schemas.openxmlformats.org/officeDocument/2006/relationships/hyperlink" Target="https://www.gafollowers.com/atlanta-black-pride-weekend-20-year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