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BBC backlash grows over censored LGBTQ+ slogan on Strictly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and LGBTQ+ campaigners are questioning the BBC's approach to representation after a trans-supportive slogan disappeared from Bethany Antonia's Strictly Come Dancing rehearsal top. The broadcaster called the edit standard practice, but critics say removing the words has made a wider debate about visibility, public-service broadcasting and whose support is considered acceptable.</w:t>
      </w:r>
      <w:r/>
    </w:p>
    <w:p>
      <w:pPr>
        <w:pStyle w:val="Heading2"/>
      </w:pPr>
      <w:r>
        <w:t>Essential Takeaways</w:t>
      </w:r>
      <w:r/>
      <w:r/>
    </w:p>
    <w:p>
      <w:pPr>
        <w:pStyle w:val="ListBullet"/>
        <w:spacing w:line="240" w:lineRule="auto"/>
        <w:ind w:left="720"/>
      </w:pPr>
      <w:r/>
      <w:r>
        <w:rPr>
          <w:b/>
        </w:rPr>
        <w:t>The slogan:</w:t>
      </w:r>
      <w:r>
        <w:t xml:space="preserve"> “Protect The Dolls” supports trans women and was removed from a Strictly costume.</w:t>
      </w:r>
      <w:r/>
    </w:p>
    <w:p>
      <w:pPr>
        <w:pStyle w:val="ListBullet"/>
        <w:spacing w:line="240" w:lineRule="auto"/>
        <w:ind w:left="720"/>
      </w:pPr>
      <w:r/>
      <w:r>
        <w:rPr>
          <w:b/>
        </w:rPr>
        <w:t>The BBC's explanation:</w:t>
      </w:r>
      <w:r>
        <w:t xml:space="preserve"> The broadcaster said it routinely edits overt branding and slogans.</w:t>
      </w:r>
      <w:r/>
    </w:p>
    <w:p>
      <w:pPr>
        <w:pStyle w:val="ListBullet"/>
        <w:spacing w:line="240" w:lineRule="auto"/>
        <w:ind w:left="720"/>
      </w:pPr>
      <w:r/>
      <w:r>
        <w:rPr>
          <w:b/>
        </w:rPr>
        <w:t>The backlash:</w:t>
      </w:r>
      <w:r>
        <w:t xml:space="preserve"> Critics argue the wording expressed solidarity, rather than advertising.</w:t>
      </w:r>
      <w:r/>
    </w:p>
    <w:p>
      <w:pPr>
        <w:pStyle w:val="ListBullet"/>
        <w:spacing w:line="240" w:lineRule="auto"/>
        <w:ind w:left="720"/>
      </w:pPr>
      <w:r/>
      <w:r>
        <w:rPr>
          <w:b/>
        </w:rPr>
        <w:t>The wider context:</w:t>
      </w:r>
      <w:r>
        <w:t xml:space="preserve"> The row follows cancellations and changes involving LGBTQ+ BBC programming.</w:t>
      </w:r>
      <w:r/>
    </w:p>
    <w:p>
      <w:pPr>
        <w:pStyle w:val="ListBullet"/>
        <w:spacing w:line="240" w:lineRule="auto"/>
        <w:ind w:left="720"/>
      </w:pPr>
      <w:r/>
      <w:r>
        <w:rPr>
          <w:b/>
        </w:rPr>
        <w:t>Why it matters:</w:t>
      </w:r>
      <w:r>
        <w:t xml:space="preserve"> Small editorial decisions can shape how audiences see marginalised communities.</w:t>
      </w:r>
      <w:r/>
      <w:r/>
    </w:p>
    <w:p>
      <w:pPr>
        <w:pStyle w:val="Heading2"/>
      </w:pPr>
      <w:r>
        <w:t>The slogan vanished, and viewers noticed</w:t>
      </w:r>
      <w:r/>
    </w:p>
    <w:p>
      <w:r/>
      <w:r>
        <w:t>The missing words were spotted after Bethany Antonia appeared in a Strictly Come Dancing episode wearing what looked like a plain white T-shirt. Earlier rehearsal footage shared online had shown the words “Protect The Dolls” clearly printed across the front, creating an awkward before-and-after moment for viewers. The Guardian and Sky News both reported on the edit and the reaction that followed.</w:t>
      </w:r>
      <w:r/>
    </w:p>
    <w:p>
      <w:r/>
      <w:r>
        <w:t>“Protect The Dolls” has become a visible show of support for trans women, rather than a throwaway fashion phrase. The design was created by Conner Ives, with sales supporting the LGBTQ+ charity Not A Phase, and it has been worn by public figures including Pedro Pascal, Tilda Swinton and Troye Sivan. In other words, the shirt arrived with a clear social message and a practical charitable purpose.</w:t>
      </w:r>
      <w:r/>
    </w:p>
    <w:p>
      <w:pPr>
        <w:pStyle w:val="Heading2"/>
      </w:pPr>
      <w:r>
        <w:t>Why the BBC says it removed the wording</w:t>
      </w:r>
      <w:r/>
    </w:p>
    <w:p>
      <w:r/>
      <w:r>
        <w:t>The BBC described the decision as part of its normal editorial process. In comments reported by RTÉ, the broadcaster said it takes steps to limit overt branding and slogans, regardless of the wording or message involved.</w:t>
      </w:r>
      <w:r/>
    </w:p>
    <w:p>
      <w:r/>
      <w:r>
        <w:t>That explanation may sound tidy on paper, but it hasn't settled the argument. Critics say the key issue isn't whether slogans can be edited, but whether a message about protecting a vulnerable group was treated as though it were ordinary commercial branding. The Irish News also reported the BBC's position, alongside the growing criticism from campaigners and commentators.</w:t>
      </w:r>
      <w:r/>
    </w:p>
    <w:p>
      <w:pPr>
        <w:pStyle w:val="Heading2"/>
      </w:pPr>
      <w:r>
        <w:t>Critics say this wasn't a neutral edit</w:t>
      </w:r>
      <w:r/>
    </w:p>
    <w:p>
      <w:r/>
      <w:r>
        <w:t>Drag performer Bimini Bon-Boulash argued that the words represented a basic statement of safety, not a product placement. As reported by GCN, Bimini questioned whether the BBC would have removed phrases supporting women or older people, saying the decision appeared to single out the group named on the shirt.</w:t>
      </w:r>
      <w:r/>
    </w:p>
    <w:p>
      <w:r/>
      <w:r>
        <w:t>That distinction is at the heart of the backlash. An editorial rule can be applied consistently in theory, yet still produce a very different effect depending on which message disappears. For trans viewers, seeing a supportive slogan on a mainstream entertainment programme could feel reassuring; watching it vanish may feel like a deliberate retreat.</w:t>
      </w:r>
      <w:r/>
    </w:p>
    <w:p>
      <w:r/>
      <w:r>
        <w:t>Beauty influencer Faye Kingston similarly described the BBC's approach as part of a wider pattern, according to GCN. Her concern was that LGBTQ+ joy, humour and everyday life were becoming less visible while trans people remained most prominent when their existence was being debated.</w:t>
      </w:r>
      <w:r/>
    </w:p>
    <w:p>
      <w:pPr>
        <w:pStyle w:val="Heading2"/>
      </w:pPr>
      <w:r>
        <w:t>The Strictly row lands amid wider BBC changes</w:t>
      </w:r>
      <w:r/>
    </w:p>
    <w:p>
      <w:r/>
      <w:r>
        <w:t>The dispute has arrived during a period of uncertainty around LGBTQ+ programming. The BBC has cancelled I Kissed a Boy and I Kissed a Girl, while RuPaul's Drag Race UK is due to leave the broadcaster after its eighth series. The Guardian has previously covered the cancellation of the dating format, which had offered a rare queer alternative to mainstream romance shows.</w:t>
      </w:r>
      <w:r/>
    </w:p>
    <w:p>
      <w:r/>
      <w:r>
        <w:t>Those decisions aren't identical to the Strictly edit, and it's important not to treat every programming change as evidence of one coordinated policy. Still, audiences naturally connect the dots when dating shows disappear, drag programming moves elsewhere and a supportive trans message is removed from a popular Saturday-night programme. The cumulative impression matters, especially for a public-service broadcaster.</w:t>
      </w:r>
      <w:r/>
    </w:p>
    <w:p>
      <w:r/>
      <w:r>
        <w:t>The BBC is also commissioning a documentary series examining J.K. Rowling's Harry Potter work and anti-trans politics, a project likely to generate further discussion. That makes the balance of coverage especially sensitive: trans lives shouldn't appear only as the subject of controversy, while positive, ordinary representation quietly shrinks.</w:t>
      </w:r>
      <w:r/>
    </w:p>
    <w:p>
      <w:pPr>
        <w:pStyle w:val="Heading2"/>
      </w:pPr>
      <w:r>
        <w:t>What viewers should watch next</w:t>
      </w:r>
      <w:r/>
    </w:p>
    <w:p>
      <w:r/>
      <w:r>
        <w:t>For audiences, the most useful question is whether the BBC can explain its standards clearly and apply them in a way that feels even-handed. If slogans are removed, viewers will want to know whether the same rule is used across political, charitable and social messages, rather than only when trans rights are involved.</w:t>
      </w:r>
      <w:r/>
    </w:p>
    <w:p>
      <w:r/>
      <w:r>
        <w:t>Broadcasters also need to remember that visibility isn't limited to dedicated documentaries or specialist programmes. A T-shirt, a dance partnership or a dating show can all tell viewers who is welcome in the cultural mainstream. That may sound small, but for someone who rarely sees their life reflected warmly on screen, it can be anything but.</w:t>
      </w:r>
      <w:r/>
    </w:p>
    <w:p>
      <w:r/>
      <w:r>
        <w:t>The controversy is unlikely to fade simply because the original footage was brief. In the age of social media, audiences can compare rehearsal clips with broadcast edits in seconds, and that makes opaque decisions look even more conspicuous. The BBC's next challenge is not just defending this edit, but showing that its wider approach to LGBTQ+ representation still has room for joy, solidarity and ordinary human stories.</w:t>
      </w:r>
      <w:r/>
    </w:p>
    <w:p>
      <w:r/>
      <w:r>
        <w:t>A slogan can be edited out in moments, but the message viewers take from that choice may last much longer.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13">
        <w:r>
          <w:rPr>
            <w:color w:val="0000EE"/>
            <w:u w:val="single"/>
          </w:rPr>
          <w:t>[3]</w:t>
        </w:r>
      </w:hyperlink>
      <w:r>
        <w:t xml:space="preserve">, </w:t>
      </w:r>
      <w:hyperlink r:id="rId11">
        <w:r>
          <w:rPr>
            <w:color w:val="0000EE"/>
            <w:u w:val="single"/>
          </w:rPr>
          <w:t>[5]</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9">
        <w:r>
          <w:rPr>
            <w:color w:val="0000EE"/>
            <w:u w:val="single"/>
          </w:rPr>
          <w:t>[1]</w:t>
        </w:r>
      </w:hyperlink>
      <w:r>
        <w:t xml:space="preserve">, </w:t>
      </w:r>
      <w:hyperlink r:id="rId12">
        <w:r>
          <w:rPr>
            <w:color w:val="0000EE"/>
            <w:u w:val="single"/>
          </w:rPr>
          <w:t>[4]</w:t>
        </w:r>
      </w:hyperlink>
      <w:r>
        <w:t xml:space="preserve">- Paragraph 6: </w:t>
      </w:r>
      <w:hyperlink r:id="rId9">
        <w:r>
          <w:rPr>
            <w:color w:val="0000EE"/>
            <w:u w:val="single"/>
          </w:rPr>
          <w:t>[1]</w:t>
        </w:r>
      </w:hyperlink>
      <w:r>
        <w:t xml:space="preserve">, </w:t>
      </w:r>
      <w:hyperlink r:id="rId14">
        <w:r>
          <w:rPr>
            <w:color w:val="0000EE"/>
            <w:u w:val="single"/>
          </w:rPr>
          <w:t>[6]</w:t>
        </w:r>
      </w:hyperlink>
      <w:r>
        <w:t xml:space="preserve">- Paragraph 7: </w:t>
      </w:r>
      <w:hyperlink r:id="rId14">
        <w:r>
          <w:rPr>
            <w:color w:val="0000EE"/>
            <w:u w:val="single"/>
          </w:rPr>
          <w:t>[6]</w:t>
        </w:r>
      </w:hyperlink>
      <w:r>
        <w:t xml:space="preserve">, </w:t>
      </w:r>
      <w:hyperlink r:id="rId9">
        <w:r>
          <w:rPr>
            <w:color w:val="0000EE"/>
            <w:u w:val="single"/>
          </w:rPr>
          <w:t>[1]</w:t>
        </w:r>
      </w:hyperlink>
      <w:r>
        <w:t xml:space="preserve">- Paragraph 8: </w:t>
      </w:r>
      <w:hyperlink r:id="rId9">
        <w:r>
          <w:rPr>
            <w:color w:val="0000EE"/>
            <w:u w:val="single"/>
          </w:rPr>
          <w:t>[1]</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2">
        <w:r>
          <w:rPr>
            <w:color w:val="0000EE"/>
            <w:u w:val="single"/>
          </w:rPr>
          <w:t>[4]</w:t>
        </w:r>
      </w:hyperlink>
      <w:r>
        <w:t xml:space="preserve">, </w:t>
      </w:r>
      <w:hyperlink r:id="rId11">
        <w:r>
          <w:rPr>
            <w:color w:val="0000EE"/>
            <w:u w:val="single"/>
          </w:rPr>
          <w:t>[5]</w:t>
        </w:r>
      </w:hyperlink>
      <w:r>
        <w:t xml:space="preserve">- Paragraph 11: </w:t>
      </w:r>
      <w:hyperlink r:id="rId9">
        <w:r>
          <w:rPr>
            <w:color w:val="0000EE"/>
            <w:u w:val="single"/>
          </w:rPr>
          <w:t>[1]</w:t>
        </w:r>
      </w:hyperlink>
      <w:r>
        <w:t xml:space="preserve">, </w:t>
      </w:r>
      <w:hyperlink r:id="rId14">
        <w:r>
          <w:rPr>
            <w:color w:val="0000EE"/>
            <w:u w:val="single"/>
          </w:rPr>
          <w:t>[6]</w:t>
        </w:r>
      </w:hyperlink>
      <w:r>
        <w:t xml:space="preserve">- Paragraph 12: </w:t>
      </w:r>
      <w:hyperlink r:id="rId9">
        <w:r>
          <w:rPr>
            <w:color w:val="0000EE"/>
            <w:u w:val="single"/>
          </w:rPr>
          <w:t>[1]</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[3]</w:t>
        </w:r>
      </w:hyperlink>
      <w:r>
        <w:t xml:space="preserve">- Paragraph 14: </w:t>
      </w:r>
      <w:hyperlink r:id="rId9">
        <w:r>
          <w:rPr>
            <w:color w:val="0000EE"/>
            <w:u w:val="single"/>
          </w:rPr>
          <w:t>[1]</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https://gcn.ie/bbc-backlash-removing-lgbtq-content/</w:t>
        </w:r>
      </w:hyperlink>
      <w:r>
        <w:t xml:space="preserve"> - Please view link - unable to able to access data</w:t>
      </w:r>
      <w:r/>
    </w:p>
    <w:p>
      <w:pPr>
        <w:pStyle w:val="ListNumber"/>
        <w:spacing w:line="240" w:lineRule="auto"/>
        <w:ind w:left="720"/>
      </w:pPr>
      <w:r/>
      <w:hyperlink r:id="rId10">
        <w:r>
          <w:rPr>
            <w:color w:val="0000EE"/>
            <w:u w:val="single"/>
          </w:rPr>
          <w:t>https://www.theguardian.com/media/2026/oct/12/bbc-strictly-come-dancing-editing-out-trans-rights-slogan-bethany-antonia</w:t>
        </w:r>
      </w:hyperlink>
      <w:r>
        <w:t xml:space="preserve"> - The BBC has defended its decision to edit out a transgender rights slogan from a T-shirt worn by a contestant on Strictly Come Dancing, stating it was standard practice to avoid 'overt branding or slogans'. The actor Bethany Antonia was filmed wearing the T-shirt, which bore the slogan 'Protect the Dolls', during rehearsals before her live performance on Saturday night. However, the T-shirt’s wording was edited out, making it appear plain white, during footage of Antonia’s rehearsals shown on Saturday’s show. The BBC said edits were made to meet editorial guidelines.</w:t>
      </w:r>
      <w:r/>
    </w:p>
    <w:p>
      <w:pPr>
        <w:pStyle w:val="ListNumber"/>
        <w:spacing w:line="240" w:lineRule="auto"/>
        <w:ind w:left="720"/>
      </w:pPr>
      <w:r/>
      <w:hyperlink r:id="rId13">
        <w:r>
          <w:rPr>
            <w:color w:val="0000EE"/>
            <w:u w:val="single"/>
          </w:rPr>
          <w:t>https://www.rte.ie/entertainment/2026/1012/1594980-strictly-slogan-removal-in-line-with-guidelines-bbc/</w:t>
        </w:r>
      </w:hyperlink>
      <w:r>
        <w:t xml:space="preserve"> - The BBC has said the decision to edit a trans rights slogan out of Strictly Come Dancing was 'in line with our editorial guidelines'. The slogan 'Protect the Dolls' was edited off a T-shirt worn by House of the Dragon star Bethany Antonia during Saturday’s episode of the show. The actress was seen rehearsing an American Smooth with dance partner Nancy Xu in a pre-recorded VT. In the clip she was shown wearing a plain white T-shirt. However, in an Instagram video shared by the BBC on 9 October, seemingly filmed at the same rehearsal, Antonia can be seen wearing a T-shirt with the visible slogan.</w:t>
      </w:r>
      <w:r/>
    </w:p>
    <w:p>
      <w:pPr>
        <w:pStyle w:val="ListNumber"/>
        <w:spacing w:line="240" w:lineRule="auto"/>
        <w:ind w:left="720"/>
      </w:pPr>
      <w:r/>
      <w:hyperlink r:id="rId12">
        <w:r>
          <w:rPr>
            <w:color w:val="0000EE"/>
            <w:u w:val="single"/>
          </w:rPr>
          <w:t>https://www.irishnews.com/entertainment/trans-rights-t-shirt-slogan-removal-on-strictly-in-line-with-guidelines-bbc-TDKH4JONOFJMRK7OG6VYGGLIRE/</w:t>
        </w:r>
      </w:hyperlink>
      <w:r>
        <w:t xml:space="preserve"> - The BBC has said the decision to edit a trans rights slogan out of Strictly Come Dancing was 'in line with our editorial guidelines'. The slogan 'Protect the Dolls' was edited off a T-shirt worn by House Of The Dragon star Bethany Antonia during Saturday’s episode of the show. The actress was seen rehearsing an American Smooth with dance partner Nancy Xu in a pre-recorded VT. In the clip she was shown wearing a plain white T-shirt. However, in an Instagram video shared by the BBC on October 9, seemingly filmed at the same rehearsal, Antonia can be seen wearing a T-shirt with the visible slogan.</w:t>
      </w:r>
      <w:r/>
    </w:p>
    <w:p>
      <w:pPr>
        <w:pStyle w:val="ListNumber"/>
        <w:spacing w:line="240" w:lineRule="auto"/>
        <w:ind w:left="720"/>
      </w:pPr>
      <w:r/>
      <w:hyperlink r:id="rId11">
        <w:r>
          <w:rPr>
            <w:color w:val="0000EE"/>
            <w:u w:val="single"/>
          </w:rPr>
          <w:t>https://news.sky.com/story/bbc-defends-decision-to-remove-trans-rights-slogan-from-strictly-come-dancing-episode-13598070</w:t>
        </w:r>
      </w:hyperlink>
      <w:r>
        <w:t xml:space="preserve"> - The BBC has defended its decision to remove a trans rights slogan from an episode of Strictly Come Dancing, saying the move was 'in line with our editorial guidelines'. The slogan 'Protect the Dolls', which appeared on a T-shirt worn by actress Bethany Antonia, was edited out of Saturday's broadcast of the popular show. In a pre-recorded clip, the House Of The Dragon star could be seen rehearsing with professional dance partner Nancy Xu in a plain white shirt. However, in social media footage of what appeared to be the same rehearsal, Antonia could be seen wearing a T-shirt with the slogan visible.</w:t>
      </w:r>
      <w:r/>
    </w:p>
    <w:p>
      <w:pPr>
        <w:pStyle w:val="ListNumber"/>
        <w:spacing w:line="240" w:lineRule="auto"/>
        <w:ind w:left="720"/>
      </w:pPr>
      <w:r/>
      <w:hyperlink r:id="rId14">
        <w:r>
          <w:rPr>
            <w:color w:val="0000EE"/>
            <w:u w:val="single"/>
          </w:rPr>
          <w:t>https://www.theguardian.com/tv-and-radio/2026/jun/23/i-kissed-a-girl-review-cancelled-gay-dating-show-bbc-three-iplayer</w:t>
        </w:r>
      </w:hyperlink>
      <w:r>
        <w:t xml:space="preserve"> - This article reviews the British dating show 'I Kissed a Girl', highlighting its significance for young queer viewers. Despite its positive reception, the show was cancelled after its second series, with the author expressing disappointment over its cancellation and the broader implications for LGBTQ+ representation on television.</w:t>
      </w:r>
      <w:r/>
    </w:p>
    <w:p>
      <w:pPr>
        <w:pStyle w:val="ListNumber"/>
        <w:spacing w:line="240" w:lineRule="auto"/>
        <w:ind w:left="720"/>
      </w:pPr>
      <w:r/>
      <w:hyperlink r:id="rId15">
        <w:r>
          <w:rPr>
            <w:color w:val="0000EE"/>
            <w:u w:val="single"/>
          </w:rPr>
          <w:t>https://www.youtube.com/watch?v=a2Ee1KMANI0</w:t>
        </w:r>
      </w:hyperlink>
      <w:r>
        <w:t xml:space="preserve"> - This video discusses the BBC's cancellation of the LGBTQ+ dating shows 'I Kissed A Boy' and 'I Kissed A Girl', citing funding challenges. The broadcaster stated there are 'no current plans' for the shows to return after the upcoming second season of 'I Kissed A Girl'. A spokesperson thanked host Dannii Minogue and production company Twofour, saying, 'We are exceptionally proud of I Kissed A Boy/Girl, the UK's first dating show for the LGBTQ+ community.' Host Dannii Minogue called working on the series 'the most special experience' of her TV career. The shows debuted in 2023 and 2024, featuring queer singles forming connections at an Italian masseria. Their cancellation follows broader concerns about declining LGBTQ+ representation on television.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bbc-backlash-removing-lgbtq-content/" TargetMode="External"/><Relationship Id="rId10" Type="http://schemas.openxmlformats.org/officeDocument/2006/relationships/hyperlink" Target="https://www.theguardian.com/media/2026/oct/12/bbc-strictly-come-dancing-editing-out-trans-rights-slogan-bethany-antonia" TargetMode="External"/><Relationship Id="rId11" Type="http://schemas.openxmlformats.org/officeDocument/2006/relationships/hyperlink" Target="https://news.sky.com/story/bbc-defends-decision-to-remove-trans-rights-slogan-from-strictly-come-dancing-episode-13598070" TargetMode="External"/><Relationship Id="rId12" Type="http://schemas.openxmlformats.org/officeDocument/2006/relationships/hyperlink" Target="https://www.irishnews.com/entertainment/trans-rights-t-shirt-slogan-removal-on-strictly-in-line-with-guidelines-bbc-TDKH4JONOFJMRK7OG6VYGGLIRE/" TargetMode="External"/><Relationship Id="rId13" Type="http://schemas.openxmlformats.org/officeDocument/2006/relationships/hyperlink" Target="https://www.rte.ie/entertainment/2026/1012/1594980-strictly-slogan-removal-in-line-with-guidelines-bbc/" TargetMode="External"/><Relationship Id="rId14" Type="http://schemas.openxmlformats.org/officeDocument/2006/relationships/hyperlink" Target="https://www.theguardian.com/tv-and-radio/2026/jun/23/i-kissed-a-girl-review-cancelled-gay-dating-show-bbc-three-iplayer" TargetMode="External"/><Relationship Id="rId15" Type="http://schemas.openxmlformats.org/officeDocument/2006/relationships/hyperlink" Target="https://www.youtube.com/watch?v=a2Ee1KMANI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