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Purple Still Matters on Spirit Day Against LGBTQ+ Bullying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the world are turning to purple on Spirit Day to show solidarity with LGBTQ+ young people and reject bullying. Born from a heartbreaking 2010 tragedy, the annual campaign has grown into a visible reminder that acceptance can be powerful, practical and urgently needed.</w:t>
      </w:r>
      <w:r/>
    </w:p>
    <w:p>
      <w:pPr>
        <w:pStyle w:val="Heading2"/>
      </w:pPr>
      <w:r>
        <w:t>Essential Takeaways</w:t>
      </w:r>
      <w:r/>
      <w:r/>
    </w:p>
    <w:p>
      <w:pPr>
        <w:pStyle w:val="ListBullet"/>
        <w:spacing w:line="240" w:lineRule="auto"/>
        <w:ind w:left="720"/>
      </w:pPr>
      <w:r/>
      <w:r>
        <w:rPr>
          <w:b/>
        </w:rPr>
        <w:t>Purple has a purpose:</w:t>
      </w:r>
      <w:r>
        <w:t xml:space="preserve"> The colour signals support for LGBTQ+ people and opposition to anti-LGBTQ+ bullying.</w:t>
      </w:r>
      <w:r/>
    </w:p>
    <w:p>
      <w:pPr>
        <w:pStyle w:val="ListBullet"/>
        <w:spacing w:line="240" w:lineRule="auto"/>
        <w:ind w:left="720"/>
      </w:pPr>
      <w:r/>
      <w:r>
        <w:rPr>
          <w:b/>
        </w:rPr>
        <w:t>The campaign began in 2010:</w:t>
      </w:r>
      <w:r>
        <w:t xml:space="preserve"> Spirit Day followed the death of Rutgers student Tyler Clementi.</w:t>
      </w:r>
      <w:r/>
    </w:p>
    <w:p>
      <w:pPr>
        <w:pStyle w:val="ListBullet"/>
        <w:spacing w:line="240" w:lineRule="auto"/>
        <w:ind w:left="720"/>
      </w:pPr>
      <w:r/>
      <w:r>
        <w:rPr>
          <w:b/>
        </w:rPr>
        <w:t>Grassroots roots matter:</w:t>
      </w:r>
      <w:r>
        <w:t xml:space="preserve"> Canadian student Brittany McMillan helped start the observance after learning of Clementi's death.</w:t>
      </w:r>
      <w:r/>
    </w:p>
    <w:p>
      <w:pPr>
        <w:pStyle w:val="ListBullet"/>
        <w:spacing w:line="240" w:lineRule="auto"/>
        <w:ind w:left="720"/>
      </w:pPr>
      <w:r/>
      <w:r>
        <w:rPr>
          <w:b/>
        </w:rPr>
        <w:t>GLAAD helped it grow:</w:t>
      </w:r>
      <w:r>
        <w:t xml:space="preserve"> The organisation promoted the first event and later became its sponsor.</w:t>
      </w:r>
      <w:r/>
    </w:p>
    <w:p>
      <w:pPr>
        <w:pStyle w:val="ListBullet"/>
        <w:spacing w:line="240" w:lineRule="auto"/>
        <w:ind w:left="720"/>
      </w:pPr>
      <w:r/>
      <w:r>
        <w:rPr>
          <w:b/>
        </w:rPr>
        <w:t>Small gestures can speak loudly:</w:t>
      </w:r>
      <w:r>
        <w:t xml:space="preserve"> Wearing purple, sharing supportive messages and challenging bullying can help create safer spaces.</w:t>
      </w:r>
      <w:r/>
      <w:r/>
    </w:p>
    <w:p>
      <w:pPr>
        <w:pStyle w:val="Heading2"/>
      </w:pPr>
      <w:r>
        <w:t>A colour that carries real weight</w:t>
      </w:r>
      <w:r/>
    </w:p>
    <w:p>
      <w:r/>
      <w:r>
        <w:t>Purple clothing can look cheerful, bold or wonderfully over-the-top, but on Spirit Day it carries a much heavier message. The colour has become a public sign that LGBTQ+ young people deserve safety, dignity and the freedom to live openly.</w:t>
      </w:r>
      <w:r/>
    </w:p>
    <w:p>
      <w:r/>
      <w:r>
        <w:t>According to GLAAD, Spirit Day is an annual stand against anti-LGBTQ+ bullying. That makes the campaign more than a social-media prompt or a convenient excuse to reach for a favourite jumper. It's a visible act of solidarity, especially for people who may feel isolated at school, at work or online.</w:t>
      </w:r>
      <w:r/>
    </w:p>
    <w:p>
      <w:pPr>
        <w:pStyle w:val="Heading2"/>
      </w:pPr>
      <w:r>
        <w:t>How Spirit Day began after a devastating loss</w:t>
      </w:r>
      <w:r/>
    </w:p>
    <w:p>
      <w:r/>
      <w:r>
        <w:t>Spirit Day emerged in the aftermath of Tyler Clementi's death in September 2010. Clementi, an 18-year-old Rutgers University student, died by suicide after an intimate encounter was recorded and shared without his consent. His death became part of a wider national conversation about privacy, outing and the harm caused by anti-LGBTQ+ prejudice.</w:t>
      </w:r>
      <w:r/>
    </w:p>
    <w:p>
      <w:r/>
      <w:r>
        <w:t>Canadian student Brittany McMillan responded by encouraging people to wear purple and stand together against bullying. CBS News reported that GLAAD quickly helped amplify the idea, giving the grassroots effort a much larger audience.</w:t>
      </w:r>
      <w:r/>
    </w:p>
    <w:p>
      <w:pPr>
        <w:pStyle w:val="Heading2"/>
      </w:pPr>
      <w:r>
        <w:t>From ribbons to a worldwide campaign</w:t>
      </w:r>
      <w:r/>
    </w:p>
    <w:p>
      <w:r/>
      <w:r>
        <w:t>The first observance was marked by purple ribbons, clothing and online messages. Early supporters used simple materials, but the image was instantly recognisable: a flash of purple in a classroom, workplace or social-media feed.</w:t>
      </w:r>
      <w:r/>
    </w:p>
    <w:p>
      <w:r/>
      <w:r>
        <w:t>Spirit Day later settled into an annual format associated with the third Thursday of October. Wikipedia's background on the campaign notes that GLAAD adopted sponsorship in 2013, helping turn an individual response into a recurring public-awareness event.</w:t>
      </w:r>
      <w:r/>
    </w:p>
    <w:p>
      <w:r/>
      <w:r>
        <w:t>That evolution is worth noticing. Campaigns often begin with one person, one post or one conversation, then grow because the message meets a need people already feel. Spirit Day's staying power suggests that visibility still matters.</w:t>
      </w:r>
      <w:r/>
    </w:p>
    <w:p>
      <w:pPr>
        <w:pStyle w:val="Heading2"/>
      </w:pPr>
      <w:r>
        <w:t>What can you do beyond wearing purple?</w:t>
      </w:r>
      <w:r/>
    </w:p>
    <w:p>
      <w:r/>
      <w:r>
        <w:t>Wearing purple is an easy starting point, but the most useful support often happens away from the spotlight. Challenge casual homophobic or transphobic comments, check in with someone who seems withdrawn and make sure your workplace, school or community group has clear anti-bullying policies.</w:t>
      </w:r>
      <w:r/>
    </w:p>
    <w:p>
      <w:r/>
      <w:r>
        <w:t>Online, share information from established organisations rather than repeating unverified claims. GLAAD's Spirit Day resources offer campaign materials and ideas for taking part, while supportive adults can also help young people find local LGBTQ+ services when extra guidance is needed.</w:t>
      </w:r>
      <w:r/>
    </w:p>
    <w:p>
      <w:r/>
      <w:r>
        <w:t>If you're organising an event, keep it welcoming rather than performative. A purple dress code, an educational display or a short discussion about respectful language can open the door to more meaningful action.</w:t>
      </w:r>
      <w:r/>
    </w:p>
    <w:p>
      <w:pPr>
        <w:pStyle w:val="Heading2"/>
      </w:pPr>
      <w:r>
        <w:t>Why the message remains relevant</w:t>
      </w:r>
      <w:r/>
    </w:p>
    <w:p>
      <w:r/>
      <w:r>
        <w:t>The campaign's central idea hasn't changed: LGBTQ+ young people should not have to hide who they are to feel safe. A purple ribbon won't solve bullying on its own, but it can make support visible, and visibility can be reassuring when someone feels alone.</w:t>
      </w:r>
      <w:r/>
    </w:p>
    <w:p>
      <w:r/>
      <w:r>
        <w:t>As anti-LGBTQ+ debates continue across public life, Spirit Day offers a straightforward response. Stand beside people, listen carefully and make kindness a habit rather than a once-a-year colour choice.</w:t>
      </w:r>
      <w:r/>
    </w:p>
    <w:p>
      <w:r/>
      <w:r>
        <w:t>It's a small splash of purple with a serious message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0">
        <w:r>
          <w:rPr>
            <w:color w:val="0000EE"/>
            <w:u w:val="single"/>
          </w:rPr>
          <w:t>[2]</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https://renudepride.com/2026/10/15/spirit-day/</w:t>
        </w:r>
      </w:hyperlink>
      <w:r>
        <w:t xml:space="preserve"> - Please view link - unable to able to access data</w:t>
      </w:r>
      <w:r/>
    </w:p>
    <w:p>
      <w:pPr>
        <w:pStyle w:val="ListNumber"/>
        <w:spacing w:line="240" w:lineRule="auto"/>
        <w:ind w:left="720"/>
      </w:pPr>
      <w:r/>
      <w:hyperlink r:id="rId10">
        <w:r>
          <w:rPr>
            <w:color w:val="0000EE"/>
            <w:u w:val="single"/>
          </w:rPr>
          <w:t>https://glaad.org/spiritday/</w:t>
        </w:r>
      </w:hyperlink>
      <w:r>
        <w:t xml:space="preserve"> - GLAAD's official Spirit Day page provides comprehensive information about the annual event, including its history, significance, and ways to participate. Spirit Day is an annual LGBTQ awareness day observed on the third Thursday in October, initiated in 2010 by Canadian teenager Brittany McMillan in response to a series of bullying-related suicides among LGBTQ youth, notably that of Tyler Clementi. The event encourages individuals, schools, organizations, and corporations to wear purple as a visible sign of support for LGBTQ youth and to stand against bullying during National Bullying Prevention Month. GLAAD's involvement has been instrumental in promoting the observance, which has grown into the world's largest and most visible LGBTQ anti-bullying campaign. The page also highlights the participation of various celebrities, media outlets, and corporations in supporting the cause. For more details, visit GLAAD's official Spirit Day page.</w:t>
      </w:r>
      <w:r/>
    </w:p>
    <w:p>
      <w:pPr>
        <w:pStyle w:val="ListNumber"/>
        <w:spacing w:line="240" w:lineRule="auto"/>
        <w:ind w:left="720"/>
      </w:pPr>
      <w:r/>
      <w:hyperlink r:id="rId12">
        <w:r>
          <w:rPr>
            <w:color w:val="0000EE"/>
            <w:u w:val="single"/>
          </w:rPr>
          <w:t>https://en.wikipedia.org/wiki/Spirit_Day</w:t>
        </w:r>
      </w:hyperlink>
      <w:r>
        <w:t xml:space="preserve"> - The Wikipedia article on Spirit Day offers an in-depth overview of the annual LGBTQ awareness day observed on the third Thursday in October. It details the origins of the event, which was initiated in 2010 by Canadian teenager Brittany McMillan in response to a series of bullying-related suicides among LGBTQ youth, including that of Tyler Clementi. The article explains how Spirit Day encourages individuals to wear purple as a visible sign of support for LGBTQ youth and to stand against bullying during National Bullying Prevention Month. It also covers the involvement of organizations like GLAAD in promoting the event and the participation of various celebrities and media outlets. The article provides a comprehensive history and significance of Spirit Day, including its establishment and growth over the years. For more information, refer to the Wikipedia page on Spirit Day.</w:t>
      </w:r>
      <w:r/>
    </w:p>
    <w:p>
      <w:pPr>
        <w:pStyle w:val="ListNumber"/>
        <w:spacing w:line="240" w:lineRule="auto"/>
        <w:ind w:left="720"/>
      </w:pPr>
      <w:r/>
      <w:hyperlink r:id="rId11">
        <w:r>
          <w:rPr>
            <w:color w:val="0000EE"/>
            <w:u w:val="single"/>
          </w:rPr>
          <w:t>https://www.cbsnews.com/news/spirit-day-wear-purple-on-october-20-to-raise-awareness-of-anti-gay-bullying-says-glaad/</w:t>
        </w:r>
      </w:hyperlink>
      <w:r>
        <w:t xml:space="preserve"> - This CBS News article from October 2010 discusses the inaugural Spirit Day, an event organized by GLAAD to raise awareness about anti-gay bullying. The article highlights the tragic case of Tyler Clementi, a Rutgers University student who committed suicide after being bullied for his sexual orientation. It details how GLAAD encouraged people to wear purple on October 20, 2010, to show support for LGBTQ youth and to stand against bullying. The article also mentions other instances of bullying-related suicides among LGBTQ youth and emphasizes the importance of such initiatives in combating discrimination. For more details, read the full article on CBS News.</w:t>
      </w:r>
      <w:r/>
    </w:p>
    <w:p>
      <w:pPr>
        <w:pStyle w:val="ListNumber"/>
        <w:spacing w:line="240" w:lineRule="auto"/>
        <w:ind w:left="720"/>
      </w:pPr>
      <w:r/>
      <w:hyperlink r:id="rId13">
        <w:r>
          <w:rPr>
            <w:color w:val="0000EE"/>
            <w:u w:val="single"/>
          </w:rPr>
          <w:t>https://www.cbsnews.com/news/wear-purple-10-20-gay-rights-organization-glaad-asks-for-anti-bullying-support/</w:t>
        </w:r>
      </w:hyperlink>
      <w:r>
        <w:t xml:space="preserve"> - This CBS News article from October 2010 reports on GLAAD's call for individuals to wear purple on October 20 to support the end of anti-gay bullying. The article references the tragic suicide of Tyler Clementi, a Rutgers University student who was bullied for his sexual orientation, and other similar incidents. It discusses how GLAAD set up a website to encourage people to participate in Spirit Day by changing their Facebook profile pictures and joining groups to show support. The article highlights the significance of such actions in raising awareness and combating bullying. For more information, read the full article on CBS News.</w:t>
      </w:r>
      <w:r/>
    </w:p>
    <w:p>
      <w:pPr>
        <w:pStyle w:val="ListNumber"/>
        <w:spacing w:line="240" w:lineRule="auto"/>
        <w:ind w:left="720"/>
      </w:pPr>
      <w:r/>
      <w:hyperlink r:id="rId14">
        <w:r>
          <w:rPr>
            <w:color w:val="0000EE"/>
            <w:u w:val="single"/>
          </w:rPr>
          <w:t>https://www.cbsnews.com/news/spirit-day-facebook-users-wear-purple/</w:t>
        </w:r>
      </w:hyperlink>
      <w:r>
        <w:t xml:space="preserve"> - This CBS News article from October 2010 covers the widespread participation in Spirit Day, where millions of Facebook users wore purple to support LGBTQ youth and combat anti-gay bullying. The article details how GLAAD's initiative encouraged individuals to change their profile pictures to purple and join groups to show solidarity. It emphasizes the impact of such collective actions in raising awareness about the challenges faced by LGBTQ youth and the importance of standing against bullying. For more details, read the full article on CBS News.</w:t>
      </w:r>
      <w:r/>
    </w:p>
    <w:p>
      <w:pPr>
        <w:pStyle w:val="ListNumber"/>
        <w:spacing w:line="240" w:lineRule="auto"/>
        <w:ind w:left="720"/>
      </w:pPr>
      <w:r/>
      <w:hyperlink r:id="rId15">
        <w:r>
          <w:rPr>
            <w:color w:val="0000EE"/>
            <w:u w:val="single"/>
          </w:rPr>
          <w:t>https://www.edgemedianetwork.com/story/205427/title</w:t>
        </w:r>
      </w:hyperlink>
      <w:r>
        <w:t xml:space="preserve"> - This article from EDGE Media Network discusses GLAAD's leadership in Spirit Day, supporting LGBTQ youth against bullying. It highlights the origins of Spirit Day, initiated in 2010 by Brittany McMillan in response to the suicides of LGBTQ youth, including Tyler Clementi. The article details how GLAAD's involvement has expanded the observance into an international movement, with millions participating annually to stand against bullying and support LGBTQ youth. It also mentions the participation of celebrities and media outlets in promoting the cause. For more information, read the full article on EDGE Media Network.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nudepride.com/2026/10/15/spirit-day/" TargetMode="External"/><Relationship Id="rId10" Type="http://schemas.openxmlformats.org/officeDocument/2006/relationships/hyperlink" Target="https://glaad.org/spiritday/" TargetMode="External"/><Relationship Id="rId11" Type="http://schemas.openxmlformats.org/officeDocument/2006/relationships/hyperlink" Target="https://www.cbsnews.com/news/spirit-day-wear-purple-on-october-20-to-raise-awareness-of-anti-gay-bullying-says-glaad/" TargetMode="External"/><Relationship Id="rId12" Type="http://schemas.openxmlformats.org/officeDocument/2006/relationships/hyperlink" Target="https://en.wikipedia.org/wiki/Spirit_Day" TargetMode="External"/><Relationship Id="rId13" Type="http://schemas.openxmlformats.org/officeDocument/2006/relationships/hyperlink" Target="https://www.cbsnews.com/news/wear-purple-10-20-gay-rights-organization-glaad-asks-for-anti-bullying-support/" TargetMode="External"/><Relationship Id="rId14" Type="http://schemas.openxmlformats.org/officeDocument/2006/relationships/hyperlink" Target="https://www.cbsnews.com/news/spirit-day-facebook-users-wear-purple/" TargetMode="External"/><Relationship Id="rId15" Type="http://schemas.openxmlformats.org/officeDocument/2006/relationships/hyperlink" Target="https://www.edgemedianetwork.com/story/205427/tit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