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Film Festival Award Winners From Out On Film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Out On Film has revealed its 2026 award winners after 11 days of LGBTQ+ cinema in Atlanta, with La Bola Negra taking the audience prize for Best Narrative Feature and Love Patrick: Nothing is Impossible winning Best Documentary Feature. The festival also celebrated standout screenwriters, emerging filmmakers and a rising star.</w:t>
      </w:r>
      <w:r/>
    </w:p>
    <w:p>
      <w:pPr>
        <w:pStyle w:val="Heading2"/>
      </w:pPr>
      <w:r>
        <w:t>Essential Takeaways</w:t>
      </w:r>
      <w:r/>
      <w:r/>
    </w:p>
    <w:p>
      <w:pPr>
        <w:pStyle w:val="ListBullet"/>
        <w:spacing w:line="240" w:lineRule="auto"/>
        <w:ind w:left="720"/>
      </w:pPr>
      <w:r/>
      <w:r>
        <w:rPr>
          <w:b/>
        </w:rPr>
        <w:t>Audience favourite:</w:t>
      </w:r>
      <w:r>
        <w:t xml:space="preserve"> La Bola Negra won Best Narrative Feature, while Love Patrick: Nothing is Impossible took the documentary prize.</w:t>
      </w:r>
      <w:r/>
    </w:p>
    <w:p>
      <w:pPr>
        <w:pStyle w:val="ListBullet"/>
        <w:spacing w:line="240" w:lineRule="auto"/>
        <w:ind w:left="720"/>
      </w:pPr>
      <w:r/>
      <w:r>
        <w:rPr>
          <w:b/>
        </w:rPr>
        <w:t>Jury spotlight:</w:t>
      </w:r>
      <w:r>
        <w:t xml:space="preserve"> Gugu's World led the jury awards with wins for Best Narrative Feature, Best Director and Best Performance.</w:t>
      </w:r>
      <w:r/>
    </w:p>
    <w:p>
      <w:pPr>
        <w:pStyle w:val="ListBullet"/>
        <w:spacing w:line="240" w:lineRule="auto"/>
        <w:ind w:left="720"/>
      </w:pPr>
      <w:r/>
      <w:r>
        <w:rPr>
          <w:b/>
        </w:rPr>
        <w:t>Screenwriting success:</w:t>
      </w:r>
      <w:r>
        <w:t xml:space="preserve"> Atlanta advocate Malik Brown won Best Feature Screenplay for Undecided.</w:t>
      </w:r>
      <w:r/>
    </w:p>
    <w:p>
      <w:pPr>
        <w:pStyle w:val="ListBullet"/>
        <w:spacing w:line="240" w:lineRule="auto"/>
        <w:ind w:left="720"/>
      </w:pPr>
      <w:r/>
      <w:r>
        <w:rPr>
          <w:b/>
        </w:rPr>
        <w:t>Rising talent:</w:t>
      </w:r>
      <w:r>
        <w:t xml:space="preserve"> Jelani Alladin received the 2026 Rising Star Award after premiering his short film Next Year.</w:t>
      </w:r>
      <w:r/>
    </w:p>
    <w:p>
      <w:pPr>
        <w:pStyle w:val="ListBullet"/>
        <w:spacing w:line="240" w:lineRule="auto"/>
        <w:ind w:left="720"/>
      </w:pPr>
      <w:r/>
      <w:r>
        <w:rPr>
          <w:b/>
        </w:rPr>
        <w:t>International reach:</w:t>
      </w:r>
      <w:r>
        <w:t xml:space="preserve"> La Bola Negra is Spain's submission for the 2027 Academy Awards' Best International Feature category.</w:t>
      </w:r>
      <w:r/>
      <w:r/>
    </w:p>
    <w:p>
      <w:pPr>
        <w:pStyle w:val="Heading2"/>
      </w:pPr>
      <w:r>
        <w:t>Atlanta's audience backs La Bola Negra</w:t>
      </w:r>
      <w:r/>
    </w:p>
    <w:p>
      <w:r/>
      <w:r>
        <w:t>The strongest audience response at this year's Out On Film went to La Bola Negra, a Spanish drama from directors Javier Calvo and Javier Ambrossi. The film follows three generations of men across defining periods in Spain's history, giving its sweeping historical story an intimate, personal centre.</w:t>
      </w:r>
      <w:r/>
    </w:p>
    <w:p>
      <w:r/>
      <w:r>
        <w:t>Its Atlanta win adds another warm reception to a film already attracting international attention. The Guardian reported on the film's wider festival journey, while Cinefest Latino's programme listing places it firmly within a growing wave of Spanish-language queer cinema reaching audiences beyond its home market.</w:t>
      </w:r>
      <w:r/>
    </w:p>
    <w:p>
      <w:r/>
      <w:r>
        <w:t>For Calvo and Ambrossi, the award was especially meaningful because it came directly from Atlanta's LGBTQ+ community. In a statement shared by the festival, the filmmakers said they were grateful that local viewers had connected with the film and urged audiences to experience it in cinemas, where the shared atmosphere can add an extra spark.</w:t>
      </w:r>
      <w:r/>
    </w:p>
    <w:p>
      <w:r/>
      <w:r>
        <w:t>The film is also Spain's official submission for the 2027 Oscars' Best International Feature category. That doesn't guarantee a nomination, of course, but an audience award in Atlanta gives La Bola Negra another useful sign of momentum.</w:t>
      </w:r>
      <w:r/>
    </w:p>
    <w:p>
      <w:pPr>
        <w:pStyle w:val="Heading2"/>
      </w:pPr>
      <w:r>
        <w:t>A documentary about Patrick Kelly wins over viewers</w:t>
      </w:r>
      <w:r/>
    </w:p>
    <w:p>
      <w:r/>
      <w:r>
        <w:t>The audience's documentary choice was Love Patrick: Nothing is Impossible, directed by the Horne Brothers. The film explores the life and work of designer Patrick Kelly, the former Atlantan whose influence continues to resonate in fashion and queer cultural history.</w:t>
      </w:r>
      <w:r/>
    </w:p>
    <w:p>
      <w:r/>
      <w:r>
        <w:t>That choice feels particularly fitting for a festival rooted in local connection. Kelly's story links Atlanta to a much broader creative world, while the documentary format gives viewers space to absorb the details, personality and legacy behind the name.</w:t>
      </w:r>
      <w:r/>
    </w:p>
    <w:p>
      <w:r/>
      <w:r>
        <w:t>Out On Film's awards also point to the strength of the year's non-fiction line-up. The jury selected Barbara Forever, directed by Brydie O'Connor, as Best Documentary Feature, with Allison Berg's Time Warp named runner-up. Together, the results suggest that audiences and jurors were drawn to documentaries with strong character, distinctive style and a clear emotional pull.</w:t>
      </w:r>
      <w:r/>
    </w:p>
    <w:p>
      <w:pPr>
        <w:pStyle w:val="Heading2"/>
      </w:pPr>
      <w:r>
        <w:t>Gugu's World leads the jury awards</w:t>
      </w:r>
      <w:r/>
    </w:p>
    <w:p>
      <w:r/>
      <w:r>
        <w:t>While audience prizes reflect the films that connected most directly with festivalgoers, the jury awards offered a different map of the programme. Allan Deberton's Gugu's World won Best Narrative Feature, Best Narrative Director and Best Performance for Teca Pereira.</w:t>
      </w:r>
      <w:r/>
    </w:p>
    <w:p>
      <w:r/>
      <w:r>
        <w:t>Pereira's win, alongside a runner-up mention for Yuri Gomes, shows how strongly the film's performances landed. The picture's acting recognition was one of several occasions where the jury rewarded a film across more than one category, a useful indication of its overall impact rather than a single standout element.</w:t>
      </w:r>
      <w:r/>
    </w:p>
    <w:p>
      <w:r/>
      <w:r>
        <w:t>Leyla Bouzid's In a Whisper was another major jury success. It was named Best International Film and won Best Ensemble, while also receiving runner-up recognition for narrative feature, direction and performance. Sal Bardo's Out of the Woods took Best Screenplay, with Maspalomas by Jose Mari Goenaga named runner-up.</w:t>
      </w:r>
      <w:r/>
    </w:p>
    <w:p>
      <w:r/>
      <w:r>
        <w:t>The short-film categories brought their own energy. Southern Son Shine won Best Documentary Short, while See You Tomorrow Tomorrow Tomorrow took Best Drama Short. These smaller awards matter because short films often give newer voices their clearest route into festival conversations.</w:t>
      </w:r>
      <w:r/>
    </w:p>
    <w:p>
      <w:pPr>
        <w:pStyle w:val="Heading2"/>
      </w:pPr>
      <w:r>
        <w:t>Screenwriters and rising performers get their moment</w:t>
      </w:r>
      <w:r/>
    </w:p>
    <w:p>
      <w:r/>
      <w:r>
        <w:t>Two scripts staged during the festival received screenplay awards. Atlanta-based LGBTQ+ advocate Malik Brown won Best Feature Screenplay for Undecided, a Christmas-set story about a worn-down White House adviser caught between a British journalist and a former boyfriend who is now Atlanta's newly elected mayor.</w:t>
      </w:r>
      <w:r/>
    </w:p>
    <w:p>
      <w:r/>
      <w:r>
        <w:t>It's a premise with plenty of romantic tension, political friction and hometown texture. Brown's work also gives the award a distinctly local dimension, connecting the festival's screenwriting programme to the city and its LGBTQ+ community.</w:t>
      </w:r>
      <w:r/>
    </w:p>
    <w:p>
      <w:r/>
      <w:r>
        <w:t>Three Burned Bodies, written by Erik Jasan, Terezia Cikos and Javaria Waseem, won Best Short Screenplay. The recognition underlines how much attention Out On Film is giving to writing at an early stage, before a script necessarily becomes a finished feature or short.</w:t>
      </w:r>
      <w:r/>
    </w:p>
    <w:p>
      <w:r/>
      <w:r>
        <w:t>Actor, singer and director Jelani Alladin was named the festival's 2026 Rising Star. His short film Next Year had its world premiere at Out On Film and finished as runner-up for Best Drama Short. Alladin is also known for screen, stage and Broadway work, including Fellow Travelers, tick, tick... Boom!, Frozen and a production of Disney's Hercules.</w:t>
      </w:r>
      <w:r/>
    </w:p>
    <w:p>
      <w:pPr>
        <w:pStyle w:val="Heading2"/>
      </w:pPr>
      <w:r>
        <w:t>What the 2026 results say about queer cinema</w:t>
      </w:r>
      <w:r/>
    </w:p>
    <w:p>
      <w:r/>
      <w:r>
        <w:t>Festival director Jim Farmer said the winning films represented queer storytelling that was bold, carefully made, emotionally resonant and often deeply personal. That description fits the spread of awards, which moved from historical drama and fashion documentaries to romantic scripts, international cinema and compact short-form stories.</w:t>
      </w:r>
      <w:r/>
    </w:p>
    <w:p>
      <w:r/>
      <w:r>
        <w:t>The programme also reflects a wider festival trend: audiences are not being asked to choose between entertainment and significance. A film can be politically aware, culturally specific and still deliver the simple pleasures of strong performances, a gripping premise or a memorable visual style.</w:t>
      </w:r>
      <w:r/>
    </w:p>
    <w:p>
      <w:r/>
      <w:r>
        <w:t>For viewers looking for LGBTQ+ films beyond the biggest releases, Out On Film's winners offer a useful watchlist. Start with La Bola Negra for a large-scale historical drama, Gugu's World for performance-led storytelling, or Love Patrick: Nothing is Impossible for a documentary rooted in design and identity. The short-film and screenplay winners are worth keeping an eye on, too, because today's festival discoveries can become tomorrow's wider releases.</w:t>
      </w:r>
      <w:r/>
    </w:p>
    <w:p>
      <w:r/>
      <w:r>
        <w:t>It's a reminder that queer cinema isn't one genre or one mood. Sometimes it's intimate and tender, sometimes glossy and dramatic, and occasionally it arrives with enough awards buzz to make the journey from festival screen to cinema feel very short indeed.</w:t>
      </w:r>
      <w:r/>
    </w:p>
    <w:p>
      <w:r/>
      <w:r>
        <w:t>Explore the winners that best match your mood, and keep an eye on where their festival journeys go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[3]</w:t>
        </w:r>
      </w:hyperlink>
      <w:r>
        <w:t xml:space="preserve">- Paragraph 7: </w:t>
      </w:r>
      <w:hyperlink r:id="rId10">
        <w:r>
          <w:rPr>
            <w:color w:val="0000EE"/>
            <w:u w:val="single"/>
          </w:rPr>
          <w:t>[2]</w:t>
        </w:r>
      </w:hyperlink>
      <w:r>
        <w:t xml:space="preserve">, </w:t>
      </w:r>
      <w:hyperlink r:id="rId15">
        <w:r>
          <w:rPr>
            <w:color w:val="0000EE"/>
            <w:u w:val="single"/>
          </w:rPr>
          <w:t>[3]</w:t>
        </w:r>
      </w:hyperlink>
      <w:r>
        <w:t xml:space="preserve">- Paragraph 8: </w:t>
      </w:r>
      <w:hyperlink r:id="rId10">
        <w:r>
          <w:rPr>
            <w:color w:val="0000EE"/>
            <w:u w:val="single"/>
          </w:rPr>
          <w:t>[2]</w:t>
        </w:r>
      </w:hyperlink>
      <w:r>
        <w:t xml:space="preserve">, </w:t>
      </w:r>
      <w:hyperlink r:id="rId15">
        <w:r>
          <w:rPr>
            <w:color w:val="0000EE"/>
            <w:u w:val="single"/>
          </w:rPr>
          <w:t>[3]</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[3]</w:t>
        </w:r>
      </w:hyperlink>
      <w:r>
        <w:t xml:space="preserve">- Paragraph 12: </w:t>
      </w:r>
      <w:hyperlink r:id="rId10">
        <w:r>
          <w:rPr>
            <w:color w:val="0000EE"/>
            <w:u w:val="single"/>
          </w:rPr>
          <w:t>[2]</w:t>
        </w:r>
      </w:hyperlink>
      <w:r>
        <w:t xml:space="preserve">, </w:t>
      </w:r>
      <w:hyperlink r:id="rId15">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https://roughdraftatlanta.com/2026/10/15/out-on-film-award-winners-2026/</w:t>
        </w:r>
      </w:hyperlink>
      <w:r>
        <w:t xml:space="preserve"> - Please view link - unable to able to access data</w:t>
      </w:r>
      <w:r/>
    </w:p>
    <w:p>
      <w:pPr>
        <w:pStyle w:val="ListNumber"/>
        <w:spacing w:line="240" w:lineRule="auto"/>
        <w:ind w:left="720"/>
      </w:pPr>
      <w:r/>
      <w:hyperlink r:id="rId10">
        <w:r>
          <w:rPr>
            <w:color w:val="0000EE"/>
            <w:u w:val="single"/>
          </w:rPr>
          <w:t>https://thecontending.com/oof-awards-2026/</w:t>
        </w:r>
      </w:hyperlink>
      <w:r>
        <w:t xml:space="preserve"> - This article reports on the 2026 Out On Film festival in Atlanta, highlighting the Audience Award winners. 'La Bola Negra,' directed by Javier Calvo and Javier Ambrossi, won Best Narrative Feature, while 'Love Patrick: Nothing Is Impossible,' directed by the Horne Brothers, secured Best Documentary Feature. The piece also mentions the Feature Screenplay award for Malik Brown's 'Undecided' and the Best Short Screenplay award for 'Three Burned Bodies' by Erik Jasaň, Terézia Čikoš, and Javaria Waseem.</w:t>
      </w:r>
      <w:r/>
    </w:p>
    <w:p>
      <w:pPr>
        <w:pStyle w:val="ListNumber"/>
        <w:spacing w:line="240" w:lineRule="auto"/>
        <w:ind w:left="720"/>
      </w:pPr>
      <w:r/>
      <w:hyperlink r:id="rId15">
        <w:r>
          <w:rPr>
            <w:color w:val="0000EE"/>
            <w:u w:val="single"/>
          </w:rPr>
          <w:t>https://www.imdb.com/title/tt35511966/awards/</w:t>
        </w:r>
      </w:hyperlink>
      <w:r>
        <w:t xml:space="preserve"> - The IMDb page for 'La Bola Negra' lists its awards and nominations, including the 2026 Cannes Film Festival where it was nominated for the Palme d'Or and won Best Director. It also notes the film's selection for the 2027 Oscars in the Best International Feature Film category, as mentioned in the Rough Draft article.</w:t>
      </w:r>
      <w:r/>
    </w:p>
    <w:p>
      <w:pPr>
        <w:pStyle w:val="ListNumber"/>
        <w:spacing w:line="240" w:lineRule="auto"/>
        <w:ind w:left="720"/>
      </w:pPr>
      <w:r/>
      <w:hyperlink r:id="rId11">
        <w:r>
          <w:rPr>
            <w:color w:val="0000EE"/>
            <w:u w:val="single"/>
          </w:rPr>
          <w:t>https://www.theguardian.com/film/2026/sep/20/la-bola-negra-toronto-film-festival</w:t>
        </w:r>
      </w:hyperlink>
      <w:r>
        <w:t xml:space="preserve"> - This article from The Guardian discusses 'La Bola Negra' winning the People's Choice Award at the 2026 Toronto International Film Festival. The film, directed by Javier Calvo and Javier Ambrossi, is a Spanish queer drama that explores the lives of interconnected gay men across different time periods in Spain.</w:t>
      </w:r>
      <w:r/>
    </w:p>
    <w:p>
      <w:pPr>
        <w:pStyle w:val="ListNumber"/>
        <w:spacing w:line="240" w:lineRule="auto"/>
        <w:ind w:left="720"/>
      </w:pPr>
      <w:r/>
      <w:hyperlink r:id="rId13">
        <w:r>
          <w:rPr>
            <w:color w:val="0000EE"/>
            <w:u w:val="single"/>
          </w:rPr>
          <w:t>https://www.washingtonpost.com/entertainment/2026/09/20/tiff-peoples-choice-award/5e0a77b4-b513-11f1-94cb-d3d8f22a8c8b_story.html</w:t>
        </w:r>
      </w:hyperlink>
      <w:r>
        <w:t xml:space="preserve"> - The Washington Post article reports on 'La Bola Negra' winning the People's Choice Award at the 2026 Toronto International Film Festival. The film's success at TIFF is highlighted, confirming its status as a major Oscar contender, as noted in the Rough Draft article.</w:t>
      </w:r>
      <w:r/>
    </w:p>
    <w:p>
      <w:pPr>
        <w:pStyle w:val="ListNumber"/>
        <w:spacing w:line="240" w:lineRule="auto"/>
        <w:ind w:left="720"/>
      </w:pPr>
      <w:r/>
      <w:hyperlink r:id="rId14">
        <w:r>
          <w:rPr>
            <w:color w:val="0000EE"/>
            <w:u w:val="single"/>
          </w:rPr>
          <w:t>https://watch.eventive.org/2026outonfilm/play/6a850199bc02ceab074cadb6/6a7bce134f8202f210a27472</w:t>
        </w:r>
      </w:hyperlink>
      <w:r>
        <w:t xml:space="preserve"> - This page provides information about the documentary 'Love Patrick: Nothing Is Impossible,' directed by the Horne Brothers. The film examines the life of designer Patrick Kelly, focusing on his impact on fashion and his personal journey, aligning with the Rough Draft article's mention of the film's award at the Out On Film festival.</w:t>
      </w:r>
      <w:r/>
    </w:p>
    <w:p>
      <w:pPr>
        <w:pStyle w:val="ListNumber"/>
        <w:spacing w:line="240" w:lineRule="auto"/>
        <w:ind w:left="720"/>
      </w:pPr>
      <w:r/>
      <w:hyperlink r:id="rId12">
        <w:r>
          <w:rPr>
            <w:color w:val="0000EE"/>
            <w:u w:val="single"/>
          </w:rPr>
          <w:t>https://www.cinefestlatino.com/2026-lineup/la-bola-negra</w:t>
        </w:r>
      </w:hyperlink>
      <w:r>
        <w:t xml:space="preserve"> - Cinefest Latino's page on 'La Bola Negra' details the film's screening as the closing night feature. Directed by Javier Ambrossi and Javier Calvo, the film follows three generations of men across pivotal moments in Spanish history, bound by pain, desire, and love, as described in the Rough Draft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15/out-on-film-award-winners-2026/" TargetMode="External"/><Relationship Id="rId10" Type="http://schemas.openxmlformats.org/officeDocument/2006/relationships/hyperlink" Target="https://thecontending.com/oof-awards-2026/" TargetMode="External"/><Relationship Id="rId11" Type="http://schemas.openxmlformats.org/officeDocument/2006/relationships/hyperlink" Target="https://www.theguardian.com/film/2026/sep/20/la-bola-negra-toronto-film-festival" TargetMode="External"/><Relationship Id="rId12" Type="http://schemas.openxmlformats.org/officeDocument/2006/relationships/hyperlink" Target="https://www.cinefestlatino.com/2026-lineup/la-bola-negra" TargetMode="External"/><Relationship Id="rId13" Type="http://schemas.openxmlformats.org/officeDocument/2006/relationships/hyperlink" Target="https://www.washingtonpost.com/entertainment/2026/09/20/tiff-peoples-choice-award/5e0a77b4-b513-11f1-94cb-d3d8f22a8c8b_story.html" TargetMode="External"/><Relationship Id="rId14" Type="http://schemas.openxmlformats.org/officeDocument/2006/relationships/hyperlink" Target="https://watch.eventive.org/2026outonfilm/play/6a850199bc02ceab074cadb6/6a7bce134f8202f210a27472" TargetMode="External"/><Relationship Id="rId15" Type="http://schemas.openxmlformats.org/officeDocument/2006/relationships/hyperlink" Target="https://www.imdb.com/title/tt35511966/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