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Best Kind of Busy: Exploring LGBTQ History, Art and Culture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discovering a thoughtful online space where LGBTQ history, art, literature, politics and culture meet. The Closet Professor offers a varied, personal archive for anyone curious about queer life and creative expression, while its careful content warnings help visitors understand what they may encounter before browsing.</w:t>
      </w:r>
      <w:r/>
    </w:p>
    <w:p>
      <w:pPr>
        <w:pStyle w:val="Heading2"/>
      </w:pPr>
      <w:r>
        <w:t>Essential Takeaways</w:t>
      </w:r>
      <w:r/>
      <w:r/>
    </w:p>
    <w:p>
      <w:pPr>
        <w:pStyle w:val="ListBullet"/>
        <w:spacing w:line="240" w:lineRule="auto"/>
        <w:ind w:left="720"/>
      </w:pPr>
      <w:r/>
      <w:r>
        <w:rPr>
          <w:b/>
        </w:rPr>
        <w:t>A broad editorial mix:</w:t>
      </w:r>
      <w:r>
        <w:t xml:space="preserve"> The blog covers LGBTQ history, art, literature, politics and culture.</w:t>
      </w:r>
      <w:r/>
    </w:p>
    <w:p>
      <w:pPr>
        <w:pStyle w:val="ListBullet"/>
        <w:spacing w:line="240" w:lineRule="auto"/>
        <w:ind w:left="720"/>
      </w:pPr>
      <w:r/>
      <w:r>
        <w:rPr>
          <w:b/>
        </w:rPr>
        <w:t>Personal rather than predictable:</w:t>
      </w:r>
      <w:r>
        <w:t xml:space="preserve"> Posts reflect the writer's changing interests, creating an eclectic reading experience.</w:t>
      </w:r>
      <w:r/>
    </w:p>
    <w:p>
      <w:pPr>
        <w:pStyle w:val="ListBullet"/>
        <w:spacing w:line="240" w:lineRule="auto"/>
        <w:ind w:left="720"/>
      </w:pPr>
      <w:r/>
      <w:r>
        <w:rPr>
          <w:b/>
        </w:rPr>
        <w:t>Content is clearly flagged:</w:t>
      </w:r>
      <w:r>
        <w:t xml:space="preserve"> Some entries include non-sexual nudity in photographs or artwork.</w:t>
      </w:r>
      <w:r/>
    </w:p>
    <w:p>
      <w:pPr>
        <w:pStyle w:val="ListBullet"/>
        <w:spacing w:line="240" w:lineRule="auto"/>
        <w:ind w:left="720"/>
      </w:pPr>
      <w:r/>
      <w:r>
        <w:rPr>
          <w:b/>
        </w:rPr>
        <w:t>Useful for curious readers:</w:t>
      </w:r>
      <w:r>
        <w:t xml:space="preserve"> The archive can suit research, cultural browsing or a quiet wander through queer history.</w:t>
      </w:r>
      <w:r/>
    </w:p>
    <w:p>
      <w:pPr>
        <w:pStyle w:val="ListBullet"/>
        <w:spacing w:line="240" w:lineRule="auto"/>
        <w:ind w:left="720"/>
      </w:pPr>
      <w:r/>
      <w:r>
        <w:rPr>
          <w:b/>
        </w:rPr>
        <w:t>An open invitation:</w:t>
      </w:r>
      <w:r>
        <w:t xml:space="preserve"> The project aims to welcome mature readers with varied interests and perspectives.</w:t>
      </w:r>
      <w:r/>
      <w:r/>
    </w:p>
    <w:p>
      <w:pPr>
        <w:pStyle w:val="Heading2"/>
      </w:pPr>
      <w:r>
        <w:t>A lively archive with no single lane</w:t>
      </w:r>
      <w:r/>
    </w:p>
    <w:p>
      <w:r/>
      <w:r>
        <w:t>The appeal of The Closet Professor is its range. One moment, readers might be looking at queer history; the next, they're considering art, literature or politics. That unpredictability gives the blog the feel of a well-stocked study rather than a tightly packaged media brand.</w:t>
      </w:r>
      <w:r/>
    </w:p>
    <w:p>
      <w:r/>
      <w:r>
        <w:t>Its presentation is direct and personal, too. The site explains that posts are shaped by whatever catches the author's attention, which makes the archive feel more like an ongoing conversation than a fixed course. The wider blog materials and archive pages support that impression, showing a substantial body of work for readers to explore.</w:t>
      </w:r>
      <w:r/>
    </w:p>
    <w:p>
      <w:pPr>
        <w:pStyle w:val="Heading2"/>
      </w:pPr>
      <w:r>
        <w:t>Why queer history still needs personal spaces</w:t>
      </w:r>
      <w:r/>
    </w:p>
    <w:p>
      <w:r/>
      <w:r>
        <w:t>Large institutions often preserve important LGBTQ stories, but independent blogs can make those subjects feel more immediate. A personal essay, image or historical detail may offer a different route into the past, especially for readers who don't see their experiences reflected in mainstream cultural coverage.</w:t>
      </w:r>
      <w:r/>
    </w:p>
    <w:p>
      <w:r/>
      <w:r>
        <w:t>The Closet Professor's about material places the project within LGBTQ studies, with history, art, literature, politics and culture all treated as connected rather than separate boxes. That breadth matters because queer life has always crossed those boundaries. According to the site's introductory information, the blog grew from that broad interest rather than from a narrowly defined publishing formula.</w:t>
      </w:r>
      <w:r/>
    </w:p>
    <w:p>
      <w:pPr>
        <w:pStyle w:val="Heading2"/>
      </w:pPr>
      <w:r>
        <w:t>Art adds texture to the conversation</w:t>
      </w:r>
      <w:r/>
    </w:p>
    <w:p>
      <w:r/>
      <w:r>
        <w:t>The art section gives the project another dimension. Images can make cultural history feel tangible, bringing atmosphere and visual detail to subjects that might otherwise remain abstract. They can also prompt questions about representation, taste and the changing ways queer bodies and identities have been portrayed.</w:t>
      </w:r>
      <w:r/>
    </w:p>
    <w:p>
      <w:r/>
      <w:r>
        <w:t>Some posts include nude photographs or artwork without depicting sexual acts. The blog's warning makes that clear in advance, which is helpful for readers who prefer to know the tone of a page before opening it. It also places the material in a cultural and artistic context, rather than presenting it as shock value.</w:t>
      </w:r>
      <w:r/>
    </w:p>
    <w:p>
      <w:pPr>
        <w:pStyle w:val="Heading2"/>
      </w:pPr>
      <w:r>
        <w:t>A practical guide for first-time readers</w:t>
      </w:r>
      <w:r/>
    </w:p>
    <w:p>
      <w:r/>
      <w:r>
        <w:t>The easiest way in is to begin with the about page, then browse by subject or move through the archive. Readers researching a particular topic may find the category pages more useful, while casual visitors can simply follow their curiosity. The older archive pages are worth a look, as they reveal how the site's interests have developed over time.</w:t>
      </w:r>
      <w:r/>
    </w:p>
    <w:p>
      <w:r/>
      <w:r>
        <w:t>It helps to treat the blog as a curated personal collection, not a textbook or a breaking-news outlet. Check the date and context of individual posts, and remember that image rights and provenance can vary because the author says material is gathered from several places. For anyone particularly sensitive to nudity, the content notices are an important first stop.</w:t>
      </w:r>
      <w:r/>
    </w:p>
    <w:p>
      <w:pPr>
        <w:pStyle w:val="Heading2"/>
      </w:pPr>
      <w:r>
        <w:t>A quieter kind of digital gathering place</w:t>
      </w:r>
      <w:r/>
    </w:p>
    <w:p>
      <w:r/>
      <w:r>
        <w:t>There is something appealing about a blog that doesn't try to be everything to everyone. The Closet Professor's strength lies in its willingness to follow ideas across disciplines, creating connections between culture, memory and visual expression. That can make browsing feel pleasantly unhurried in an internet landscape built around speed.</w:t>
      </w:r>
      <w:r/>
    </w:p>
    <w:p>
      <w:r/>
      <w:r>
        <w:t>For readers interested in LGBTQ studies, the site offers both starting points and unexpected detours. It may not provide a neat conclusion to every subject, but that is part of the charm. Sometimes the best kind of busy is simply having too many worthwhile things to read next.</w:t>
      </w:r>
      <w:r/>
    </w:p>
    <w:p>
      <w:r/>
      <w:r>
        <w:t>It's a thoughtful archive for anyone ready to browse with curiosity.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https://closetprofessor.blogspot.com/2026/10/the-best-kind-of-busy.html</w:t>
        </w:r>
      </w:hyperlink>
      <w:r>
        <w:t xml:space="preserve"> - Please view link - unable to able to access data</w:t>
      </w:r>
      <w:r/>
    </w:p>
    <w:p>
      <w:pPr>
        <w:pStyle w:val="ListNumber"/>
        <w:spacing w:line="240" w:lineRule="auto"/>
        <w:ind w:left="720"/>
      </w:pPr>
      <w:r/>
      <w:hyperlink r:id="rId9">
        <w:r>
          <w:rPr>
            <w:color w:val="0000EE"/>
            <w:u w:val="single"/>
          </w:rPr>
          <w:t>https://closetprofessor.blogspot.com/2026/10/the-best-kind-of-busy.html</w:t>
        </w:r>
      </w:hyperlink>
      <w:r>
        <w:t xml:space="preserve"> - In this blog post, the author shares their anticipation for a busy day filled with activities they enjoy, including hosting a special guest, teaching, and giving a tour. They express a preference for being busy with tasks they love, highlighting the satisfaction derived from engaging in meaningful work and Southern hospitality. The post reflects on the positive aspects of a busy schedule and the joy found in fulfilling one's passions.</w:t>
      </w:r>
      <w:r/>
    </w:p>
    <w:p>
      <w:pPr>
        <w:pStyle w:val="ListNumber"/>
        <w:spacing w:line="240" w:lineRule="auto"/>
        <w:ind w:left="720"/>
      </w:pPr>
      <w:r/>
      <w:hyperlink r:id="rId10">
        <w:r>
          <w:rPr>
            <w:color w:val="0000EE"/>
            <w:u w:val="single"/>
          </w:rPr>
          <w:t>https://closetprofessor.com/about/</w:t>
        </w:r>
      </w:hyperlink>
      <w:r>
        <w:t xml:space="preserve"> - The 'About' page of The Closet Professor blog outlines its dedication to GLBT Studies, encompassing history, art, literature, politics, and culture. The blog offers a diverse range of topics, primarily focusing on subjects that inspire the author. It includes a disclaimer about the presence of nudity in some posts, clarifying that none depict sexual acts, and provides contact information for content removal requests.</w:t>
      </w:r>
      <w:r/>
    </w:p>
    <w:p>
      <w:pPr>
        <w:pStyle w:val="ListNumber"/>
        <w:spacing w:line="240" w:lineRule="auto"/>
        <w:ind w:left="720"/>
      </w:pPr>
      <w:r/>
      <w:hyperlink r:id="rId11">
        <w:r>
          <w:rPr>
            <w:color w:val="0000EE"/>
            <w:u w:val="single"/>
          </w:rPr>
          <w:t>https://closetprofessor.com/category/art/</w:t>
        </w:r>
      </w:hyperlink>
      <w:r>
        <w:t xml:space="preserve"> - This section of The Closet Professor blog features posts related to art, including reflections on significant artworks and their personal impact. For instance, a post titled 'Greatly Beloved Were You to Me' discusses Michelangelo's 'David' and its profound effect on the author during a visit to Florence, highlighting the intersection of art and personal experience.</w:t>
      </w:r>
      <w:r/>
    </w:p>
    <w:p>
      <w:pPr>
        <w:pStyle w:val="ListNumber"/>
        <w:spacing w:line="240" w:lineRule="auto"/>
        <w:ind w:left="720"/>
      </w:pPr>
      <w:r/>
      <w:hyperlink r:id="rId12">
        <w:r>
          <w:rPr>
            <w:color w:val="0000EE"/>
            <w:u w:val="single"/>
          </w:rPr>
          <w:t>https://closetprofessor.com/2010/07/12/welcome/</w:t>
        </w:r>
      </w:hyperlink>
      <w:r>
        <w:t xml:space="preserve"> - In the inaugural post of The Closet Professor blog, the author introduces the platform as a space dedicated to GLBT Studies, covering history, art, literature, politics, and culture. The post outlines the blog's intention to provide a more focused exploration of these topics compared to the author's other blog, Cocks, Asses, &amp; More, and invites readers to engage with the content.</w:t>
      </w:r>
      <w:r/>
    </w:p>
    <w:p>
      <w:pPr>
        <w:pStyle w:val="ListNumber"/>
        <w:spacing w:line="240" w:lineRule="auto"/>
        <w:ind w:left="720"/>
      </w:pPr>
      <w:r/>
      <w:hyperlink r:id="rId13">
        <w:r>
          <w:rPr>
            <w:color w:val="0000EE"/>
            <w:u w:val="single"/>
          </w:rPr>
          <w:t>https://closetprofessor.com/page/92/</w:t>
        </w:r>
      </w:hyperlink>
      <w:r>
        <w:t xml:space="preserve"> - This page of The Closet Professor blog includes various posts, such as 'Moment of Zen: Colors of the Rainbow' and 'Pic of the Day,' showcasing the author's appreciation for visual art and photography. Additionally, it features a post titled 'The First Pride Was a Riot,' reflecting on the historical significance of the Stonewall Riots and their impact on the LGBTQ+ rights movement.</w:t>
      </w:r>
      <w:r/>
    </w:p>
    <w:p>
      <w:pPr>
        <w:pStyle w:val="ListNumber"/>
        <w:spacing w:line="240" w:lineRule="auto"/>
        <w:ind w:left="720"/>
      </w:pPr>
      <w:r/>
      <w:hyperlink r:id="rId14">
        <w:r>
          <w:rPr>
            <w:color w:val="0000EE"/>
            <w:u w:val="single"/>
          </w:rPr>
          <w:t>https://closetprofessor.com/page/93/</w:t>
        </w:r>
      </w:hyperlink>
      <w:r>
        <w:t xml:space="preserve"> - On this page, The Closet Professor blog presents posts like 'Pic of the Day' and 'On the Edge of War?', where the author shares personal reflections and current events. The latter post expresses concern over geopolitical tensions, particularly regarding U.S. military actions in Iran, highlighting the blog's engagement with contemporary political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the-best-kind-of-busy.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category/art/" TargetMode="External"/><Relationship Id="rId12" Type="http://schemas.openxmlformats.org/officeDocument/2006/relationships/hyperlink" Target="https://closetprofessor.com/2010/07/12/welcome/" TargetMode="External"/><Relationship Id="rId13" Type="http://schemas.openxmlformats.org/officeDocument/2006/relationships/hyperlink" Target="https://closetprofessor.com/page/92/" TargetMode="External"/><Relationship Id="rId14" Type="http://schemas.openxmlformats.org/officeDocument/2006/relationships/hyperlink" Target="https://closetprofessor.com/page/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