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Orlando Pride parade adds queer punk energy with The Pheromones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Orlando's Come Out With Pride parade is set to get a noisy, joyful lift as queer-led punk band The Pheromones joins Rep. Maxwell Frost's float on 17 October. The UCF-formed group will play a looping live set, including an unreleased protest song, bringing DIY spirit and plenty of volume to downtown's celebration.</w:t>
      </w:r>
      <w:r/>
    </w:p>
    <w:p>
      <w:pPr>
        <w:pStyle w:val="Heading2"/>
      </w:pPr>
      <w:r>
        <w:t>Essential Takeaways</w:t>
      </w:r>
      <w:r/>
      <w:r/>
    </w:p>
    <w:p>
      <w:pPr>
        <w:pStyle w:val="ListBullet"/>
        <w:spacing w:line="240" w:lineRule="auto"/>
        <w:ind w:left="720"/>
      </w:pPr>
      <w:r/>
      <w:r>
        <w:rPr>
          <w:b/>
        </w:rPr>
        <w:t>Live parade performance:</w:t>
      </w:r>
      <w:r>
        <w:t xml:space="preserve"> The Pheromones will play on Maxwell Frost's float during Orlando's Come Out With Pride parade.</w:t>
      </w:r>
      <w:r/>
    </w:p>
    <w:p>
      <w:pPr>
        <w:pStyle w:val="ListBullet"/>
        <w:spacing w:line="240" w:lineRule="auto"/>
        <w:ind w:left="720"/>
      </w:pPr>
      <w:r/>
      <w:r>
        <w:rPr>
          <w:b/>
        </w:rPr>
        <w:t>Three-song set:</w:t>
      </w:r>
      <w:r>
        <w:t xml:space="preserve"> The band plans to repeat a compact set so spectators along the route can catch the performance.</w:t>
      </w:r>
      <w:r/>
    </w:p>
    <w:p>
      <w:pPr>
        <w:pStyle w:val="ListBullet"/>
        <w:spacing w:line="240" w:lineRule="auto"/>
        <w:ind w:left="720"/>
      </w:pPr>
      <w:r/>
      <w:r>
        <w:rPr>
          <w:b/>
        </w:rPr>
        <w:t>New music preview:</w:t>
      </w:r>
      <w:r>
        <w:t xml:space="preserve"> The songs will include "Push Back", an unreleased track with a protest-focused message.</w:t>
      </w:r>
      <w:r/>
    </w:p>
    <w:p>
      <w:pPr>
        <w:pStyle w:val="ListBullet"/>
        <w:spacing w:line="240" w:lineRule="auto"/>
        <w:ind w:left="720"/>
      </w:pPr>
      <w:r/>
      <w:r>
        <w:rPr>
          <w:b/>
        </w:rPr>
        <w:t>Special guest drummer:</w:t>
      </w:r>
      <w:r>
        <w:t xml:space="preserve"> Frost, who also plays percussion, is expected to join the band during parts of the parade.</w:t>
      </w:r>
      <w:r/>
    </w:p>
    <w:p>
      <w:pPr>
        <w:pStyle w:val="ListBullet"/>
        <w:spacing w:line="240" w:lineRule="auto"/>
        <w:ind w:left="720"/>
      </w:pPr>
      <w:r/>
      <w:r>
        <w:rPr>
          <w:b/>
        </w:rPr>
        <w:t>How to attend:</w:t>
      </w:r>
      <w:r>
        <w:t xml:space="preserve"> Supporters can RSVP to march with Team Frost and receive route details for the private event.</w:t>
      </w:r>
      <w:r/>
      <w:r/>
    </w:p>
    <w:p>
      <w:pPr>
        <w:pStyle w:val="Heading2"/>
      </w:pPr>
      <w:r>
        <w:t>A punk band takes its sound to the streets</w:t>
      </w:r>
      <w:r/>
    </w:p>
    <w:p>
      <w:r/>
      <w:r>
        <w:t>The Pheromones are swapping the familiar walls of Orlando venues for a moving stage, and the change should suit a band born in unconventional surroundings. The all-queer, woman-led group started with parking-garage performances while its members were studying at the University of Central Florida, before moving on to established venues including Conduit, Will's Pub and The Abbey.</w:t>
      </w:r>
      <w:r/>
    </w:p>
    <w:p>
      <w:r/>
      <w:r>
        <w:t>Now, the band will bring that same direct, open-air energy to a float in the Come Out With Pride parade. According to Orlando Weekly, the performance is planned for downtown Orlando on 17 October, giving fans a chance to see the group in a setting that feels both bigger and oddly close to its DIY beginnings.</w:t>
      </w:r>
      <w:r/>
    </w:p>
    <w:p>
      <w:pPr>
        <w:pStyle w:val="Heading2"/>
      </w:pPr>
      <w:r>
        <w:t>Why the set has a message behind it</w:t>
      </w:r>
      <w:r/>
    </w:p>
    <w:p>
      <w:r/>
      <w:r>
        <w:t>The musical centrepiece will be "Push Back", a song that hasn't yet been released. The Pheromones describe it as a protest anthem, making it a particularly pointed choice for a Pride event with roots in public demonstration and collective action.</w:t>
      </w:r>
      <w:r/>
    </w:p>
    <w:p>
      <w:r/>
      <w:r>
        <w:t>That doesn't mean the performance is likely to feel solemn. A short, repeating set is designed to keep the atmosphere moving, while the band's punk approach should add some welcome grit to the parade soundtrack. Orlando Weekly reported that the group sees the song's message as a natural fit for an audience gathered around visibility, solidarity and resistance.</w:t>
      </w:r>
      <w:r/>
    </w:p>
    <w:p>
      <w:pPr>
        <w:pStyle w:val="Heading2"/>
      </w:pPr>
      <w:r>
        <w:t>Maxwell Frost is joining the band on drums</w:t>
      </w:r>
      <w:r/>
    </w:p>
    <w:p>
      <w:r/>
      <w:r>
        <w:t>Frost's connection with the band began at the MadSoul festival, where they performed on the same bill. Since then, he has attended their shows, and his annual tradition of featuring a band on his Pride float eventually led to the invitation.</w:t>
      </w:r>
      <w:r/>
    </w:p>
    <w:p>
      <w:r/>
      <w:r>
        <w:t>The collaboration has an extra musical twist: Frost is also a percussionist and plans to play drums with The Pheromones at points during the parade. It's a lively crossover between his public political role and his place in Orlando's music community, and one that gives the performance a more personal feel.</w:t>
      </w:r>
      <w:r/>
    </w:p>
    <w:p>
      <w:pPr>
        <w:pStyle w:val="Heading2"/>
      </w:pPr>
      <w:r>
        <w:t>From UCF car parks to a Pride float</w:t>
      </w:r>
      <w:r/>
    </w:p>
    <w:p>
      <w:r/>
      <w:r>
        <w:t>For The Pheromones, the parade appearance isn't simply a high-profile booking. It echoes the band's earliest shows, when members watched cars pass, waved to pedestrians and played for whoever happened to be nearby.</w:t>
      </w:r>
      <w:r/>
    </w:p>
    <w:p>
      <w:r/>
      <w:r>
        <w:t>That sense of connection remains central to the group. The Pheromones have described the float as a chance to represent queer and women-made music while meeting Orlando residents in a setting where the audience keeps changing from one street corner to the next. It sounds spontaneous, but the emotional thread is clear: the band is still playing for the people directly in front of it.</w:t>
      </w:r>
      <w:r/>
    </w:p>
    <w:p>
      <w:pPr>
        <w:pStyle w:val="Heading2"/>
      </w:pPr>
      <w:r>
        <w:t>How to join Team Frost</w:t>
      </w:r>
      <w:r/>
    </w:p>
    <w:p>
      <w:r/>
      <w:r>
        <w:t>People who want to take part can RSVP to march with Team Frost through the event's Mobilize page. The reported window is 2pm to 5.30pm, while the exact parade route wasn't available at the time of publication.</w:t>
      </w:r>
      <w:r/>
    </w:p>
    <w:p>
      <w:r/>
      <w:r>
        <w:t>Because the event is private, registering matters. It should also be the simplest way to receive updated instructions, meeting information and route details before the day. Meanwhile, anyone watching from along the route can expect a compact burst of punk, a new song and at least a little drumming from the congressman himself.</w:t>
      </w:r>
      <w:r/>
    </w:p>
    <w:p>
      <w:r/>
      <w:r>
        <w:t>A Pride parade with a live punk band on a flatbed float sounds like exactly the kind of joyful disruption Orlando does well.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9">
        <w:r>
          <w:rPr>
            <w:color w:val="0000EE"/>
            <w:u w:val="single"/>
          </w:rPr>
          <w:t>[6]</w:t>
        </w:r>
      </w:hyperlink>
      <w:r>
        <w:t xml:space="preserve">- Paragraph 4: </w:t>
      </w:r>
      <w:hyperlink r:id="rId10">
        <w:r>
          <w:rPr>
            <w:color w:val="0000EE"/>
            <w:u w:val="single"/>
          </w:rPr>
          <w:t>[3]</w:t>
        </w:r>
      </w:hyperlink>
      <w:r>
        <w:t xml:space="preserve">, </w:t>
      </w:r>
      <w:hyperlink r:id="rId10">
        <w:r>
          <w:rPr>
            <w:color w:val="0000EE"/>
            <w:u w:val="single"/>
          </w:rPr>
          <w:t>[7]</w:t>
        </w:r>
      </w:hyperlink>
      <w:r>
        <w:t xml:space="preserve">- Paragraph 5: </w:t>
      </w:r>
      <w:hyperlink r:id="rId9">
        <w:r>
          <w:rPr>
            <w:color w:val="0000EE"/>
            <w:u w:val="single"/>
          </w:rPr>
          <w:t>[2]</w:t>
        </w:r>
      </w:hyperlink>
      <w:r>
        <w:t xml:space="preserve">, </w:t>
      </w:r>
      <w:hyperlink r:id="rId9">
        <w:r>
          <w:rPr>
            <w:color w:val="0000EE"/>
            <w:u w:val="single"/>
          </w:rPr>
          <w:t>[4]</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[6]</w:t>
        </w:r>
      </w:hyperlink>
      <w:r>
        <w:t xml:space="preserve">- Paragraph 8: </w:t>
      </w:r>
      <w:hyperlink r:id="rId10">
        <w:r>
          <w:rPr>
            <w:color w:val="0000EE"/>
            <w:u w:val="single"/>
          </w:rPr>
          <w:t>[3]</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9">
        <w:r>
          <w:rPr>
            <w:color w:val="0000EE"/>
            <w:u w:val="single"/>
          </w:rPr>
          <w:t>[4]</w:t>
        </w:r>
      </w:hyperlink>
      <w:r>
        <w:t xml:space="preserve">- Paragraph 10: </w:t>
      </w:r>
      <w:hyperlink r:id="rId10">
        <w:r>
          <w:rPr>
            <w:color w:val="0000EE"/>
            <w:u w:val="single"/>
          </w:rPr>
          <w:t>[3]</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9">
        <w:r>
          <w:rPr>
            <w:color w:val="0000EE"/>
            <w:u w:val="single"/>
          </w:rPr>
          <w:t>[6]</w:t>
        </w:r>
      </w:hyperlink>
      <w:r>
        <w:t xml:space="preserve">- Paragraph 12: </w:t>
      </w:r>
      <w:hyperlink r:id="rId10">
        <w:r>
          <w:rPr>
            <w:color w:val="0000EE"/>
            <w:u w:val="single"/>
          </w:rPr>
          <w:t>[3]</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9">
        <w:r>
          <w:rPr>
            <w:color w:val="0000EE"/>
            <w:u w:val="single"/>
          </w:rPr>
          <w:t>[4]</w:t>
        </w:r>
      </w:hyperlink>
      <w:r>
        <w:t xml:space="preserve">- Paragraph 14: </w:t>
      </w:r>
      <w:hyperlink r:id="rId10">
        <w:r>
          <w:rPr>
            <w:color w:val="0000EE"/>
            <w:u w:val="single"/>
          </w:rPr>
          <w:t>[3]</w:t>
        </w:r>
      </w:hyperlink>
      <w:r>
        <w:t xml:space="preserve">, </w:t>
      </w:r>
      <w:hyperlink r:id="rId10">
        <w:r>
          <w:rPr>
            <w:color w:val="0000EE"/>
            <w:u w:val="single"/>
          </w:rPr>
          <w:t>[7]</w:t>
        </w:r>
      </w:hyperlink>
      <w:r>
        <w:t xml:space="preserve">- Paragraph 15: </w:t>
      </w:r>
      <w:hyperlink r:id="rId9">
        <w:r>
          <w:rPr>
            <w:color w:val="0000EE"/>
            <w:u w:val="single"/>
          </w:rPr>
          <w:t>[2]</w:t>
        </w:r>
      </w:hyperlink>
      <w:r>
        <w:t xml:space="preserve">, </w:t>
      </w:r>
      <w:hyperlink r:id="rId9">
        <w:r>
          <w:rPr>
            <w:color w:val="0000EE"/>
            <w:u w:val="single"/>
          </w:rPr>
          <w:t>[6]</w:t>
        </w:r>
      </w:hyperlink>
      <w:r>
        <w:t xml:space="preserve">- Paragraph 16: </w:t>
      </w:r>
      <w:hyperlink r:id="rId10">
        <w:r>
          <w:rPr>
            <w:color w:val="0000EE"/>
            <w:u w:val="single"/>
          </w:rPr>
          <w:t>[3]</w:t>
        </w:r>
      </w:hyperlink>
      <w:r>
        <w:t xml:space="preserve">, </w:t>
      </w:r>
      <w:hyperlink r:id="rId10">
        <w:r>
          <w:rPr>
            <w:color w:val="0000EE"/>
            <w:u w:val="single"/>
          </w:rPr>
          <w:t>[5]</w:t>
        </w:r>
      </w:hyperlink>
      <w:r>
        <w:t xml:space="preserve">- Paragraph 17: </w:t>
      </w:r>
      <w:hyperlink r:id="rId9">
        <w:r>
          <w:rPr>
            <w:color w:val="0000EE"/>
            <w:u w:val="single"/>
          </w:rPr>
          <w:t>[2]</w:t>
        </w:r>
      </w:hyperlink>
      <w:r>
        <w:t xml:space="preserve">, </w:t>
      </w:r>
      <w:hyperlink r:id="rId9">
        <w:r>
          <w:rPr>
            <w:color w:val="0000EE"/>
            <w:u w:val="single"/>
          </w:rPr>
          <w:t>[4]</w:t>
        </w:r>
      </w:hyperlink>
      <w:r>
        <w:t xml:space="preserve">- Paragraph 18: </w:t>
      </w:r>
      <w:hyperlink r:id="rId10">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https://www.orlandoweekly.com/music/queer-led-punk-band-the-pheromones-to-join-rep-maxwell-frost-at-come-out-with-pride/</w:t>
        </w:r>
      </w:hyperlink>
      <w:r>
        <w:t xml:space="preserve"> - Please view link - unable to able to access data</w:t>
      </w:r>
      <w:r/>
    </w:p>
    <w:p>
      <w:pPr>
        <w:pStyle w:val="ListNumber"/>
        <w:spacing w:line="240" w:lineRule="auto"/>
        <w:ind w:left="720"/>
      </w:pPr>
      <w:r/>
      <w:hyperlink r:id="rId9">
        <w:r>
          <w:rPr>
            <w:color w:val="0000EE"/>
            <w:u w:val="single"/>
          </w:rPr>
          <w:t>https://www.orlandoweekly.com/music/queer-led-punk-band-the-pheromones-to-join-rep-maxwell-frost-at-come-out-with-pride/</w:t>
        </w:r>
      </w:hyperlink>
      <w:r>
        <w:t xml:space="preserve"> - The Pheromones, an all-queer, woman-led punk band from Orlando, are set to perform on Rep. Maxwell Frost's float at the Come Out With Pride parade on October 17, 2026. Formed in 2022 by UCF students, the band has played venues like Conduit, Will's Pub, and The Abbey. Their performance will feature a three-song set, including an unreleased protest anthem titled 'Push Back.' Frost, a percussionist, will join them on drums during the parade. The event aims to celebrate and support the LGBTQ+ community through music and unity.</w:t>
      </w:r>
      <w:r/>
    </w:p>
    <w:p>
      <w:pPr>
        <w:pStyle w:val="ListNumber"/>
        <w:spacing w:line="240" w:lineRule="auto"/>
        <w:ind w:left="720"/>
      </w:pPr>
      <w:r/>
      <w:hyperlink r:id="rId10">
        <w:r>
          <w:rPr>
            <w:color w:val="0000EE"/>
            <w:u w:val="single"/>
          </w:rPr>
          <w:t>https://www.orlandoweekly.com/arts/things-to-do/all-the-parties-events-and-parades-you-need-to-know-about-for-orlandos-come-out-with-pride/</w:t>
        </w:r>
      </w:hyperlink>
      <w:r>
        <w:t xml:space="preserve"> - Orlando's Come Out With Pride 2026 is a three-day celebration featuring various parties, events, and parades. On October 16, downtown nightclub Anthem hosts Arrebato, a Pride kickoff party with DJ Nani Soul, followed by DJs Jerac and Leo Blanco playing Latin beats. Southern Nights on Bumby in the Milk District will host their own Pride Kick-Off Party at 9:30 p.m. with a top-tier drag lineup, including Darcel Stevens, Sassy Devine, Tashae Royale Sherrington, Cara Cavalli, and Roxxxy Andrews, along with DJs and dancing.</w:t>
      </w:r>
      <w:r/>
    </w:p>
    <w:p>
      <w:pPr>
        <w:pStyle w:val="ListNumber"/>
        <w:spacing w:line="240" w:lineRule="auto"/>
        <w:ind w:left="720"/>
      </w:pPr>
      <w:r/>
      <w:hyperlink r:id="rId9">
        <w:r>
          <w:rPr>
            <w:color w:val="0000EE"/>
            <w:u w:val="single"/>
          </w:rPr>
          <w:t>https://www.orlandoweekly.com/music/queer-led-punk-band-the-pheromones-to-join-rep-maxwell-frost-at-come-out-with-pride/</w:t>
        </w:r>
      </w:hyperlink>
      <w:r>
        <w:t xml:space="preserve"> - The Pheromones, an all-queer, woman-led punk band from Orlando, are set to perform on Rep. Maxwell Frost's float at the Come Out With Pride parade on October 17, 2026. Formed in 2022 by UCF students, the band has played venues like Conduit, Will's Pub, and The Abbey. Their performance will feature a three-song set, including an unreleased protest anthem titled 'Push Back.' Frost, a percussionist, will join them on drums during the parade. The event aims to celebrate and support the LGBTQ+ community through music and unity.</w:t>
      </w:r>
      <w:r/>
    </w:p>
    <w:p>
      <w:pPr>
        <w:pStyle w:val="ListNumber"/>
        <w:spacing w:line="240" w:lineRule="auto"/>
        <w:ind w:left="720"/>
      </w:pPr>
      <w:r/>
      <w:hyperlink r:id="rId10">
        <w:r>
          <w:rPr>
            <w:color w:val="0000EE"/>
            <w:u w:val="single"/>
          </w:rPr>
          <w:t>https://www.orlandoweekly.com/arts/things-to-do/all-the-parties-events-and-parades-you-need-to-know-about-for-orlandos-come-out-with-pride/</w:t>
        </w:r>
      </w:hyperlink>
      <w:r>
        <w:t xml:space="preserve"> - Orlando's Come Out With Pride 2026 is a three-day celebration featuring various parties, events, and parades. On October 16, downtown nightclub Anthem hosts Arrebato, a Pride kickoff party with DJ Nani Soul, followed by DJs Jerac and Leo Blanco playing Latin beats. Southern Nights on Bumby in the Milk District will host their own Pride Kick-Off Party at 9:30 p.m. with a top-tier drag lineup, including Darcel Stevens, Sassy Devine, Tashae Royale Sherrington, Cara Cavalli, and Roxxxy Andrews, along with DJs and dancing.</w:t>
      </w:r>
      <w:r/>
    </w:p>
    <w:p>
      <w:pPr>
        <w:pStyle w:val="ListNumber"/>
        <w:spacing w:line="240" w:lineRule="auto"/>
        <w:ind w:left="720"/>
      </w:pPr>
      <w:r/>
      <w:hyperlink r:id="rId9">
        <w:r>
          <w:rPr>
            <w:color w:val="0000EE"/>
            <w:u w:val="single"/>
          </w:rPr>
          <w:t>https://www.orlandoweekly.com/music/queer-led-punk-band-the-pheromones-to-join-rep-maxwell-frost-at-come-out-with-pride/</w:t>
        </w:r>
      </w:hyperlink>
      <w:r>
        <w:t xml:space="preserve"> - The Pheromones, an all-queer, woman-led punk band from Orlando, are set to perform on Rep. Maxwell Frost's float at the Come Out With Pride parade on October 17, 2026. Formed in 2022 by UCF students, the band has played venues like Conduit, Will's Pub, and The Abbey. Their performance will feature a three-song set, including an unreleased protest anthem titled 'Push Back.' Frost, a percussionist, will join them on drums during the parade. The event aims to celebrate and support the LGBTQ+ community through music and unity.</w:t>
      </w:r>
      <w:r/>
    </w:p>
    <w:p>
      <w:pPr>
        <w:pStyle w:val="ListNumber"/>
        <w:spacing w:line="240" w:lineRule="auto"/>
        <w:ind w:left="720"/>
      </w:pPr>
      <w:r/>
      <w:hyperlink r:id="rId10">
        <w:r>
          <w:rPr>
            <w:color w:val="0000EE"/>
            <w:u w:val="single"/>
          </w:rPr>
          <w:t>https://www.orlandoweekly.com/arts/things-to-do/all-the-parties-events-and-parades-you-need-to-know-about-for-orlandos-come-out-with-pride/</w:t>
        </w:r>
      </w:hyperlink>
      <w:r>
        <w:t xml:space="preserve"> - Orlando's Come Out With Pride 2026 is a three-day celebration featuring various parties, events, and parades. On October 16, downtown nightclub Anthem hosts Arrebato, a Pride kickoff party with DJ Nani Soul, followed by DJs Jerac and Leo Blanco playing Latin beats. Southern Nights on Bumby in the Milk District will host their own Pride Kick-Off Party at 9:30 p.m. with a top-tier drag lineup, including Darcel Stevens, Sassy Devine, Tashae Royale Sherrington, Cara Cavalli, and Roxxxy Andrews, along with DJs and dancing.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music/queer-led-punk-band-the-pheromones-to-join-rep-maxwell-frost-at-come-out-with-pride/" TargetMode="External"/><Relationship Id="rId10" Type="http://schemas.openxmlformats.org/officeDocument/2006/relationships/hyperlink" Target="https://www.orlandoweekly.com/arts/things-to-do/all-the-parties-events-and-parades-you-need-to-know-about-for-orlandos-come-out-with-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