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Miguel Bernardeau’s Best Roles Show Why His Star Keeps Rising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discovering more of Miguel Bernardeau’s screen work as the Spanish actor takes on ambitious dramas, queer representation and socially charged stories. From Netflix popularity to major Spanish productions, his growing profile matters because he brings warmth, intensity and a distinctly modern take on masculinity to every performance.</w:t>
      </w:r>
      <w:r/>
    </w:p>
    <w:p>
      <w:pPr>
        <w:pStyle w:val="Heading2"/>
      </w:pPr>
      <w:r>
        <w:t>Essential Takeaways</w:t>
      </w:r>
      <w:r/>
      <w:r/>
    </w:p>
    <w:p>
      <w:pPr>
        <w:pStyle w:val="ListBullet"/>
        <w:spacing w:line="240" w:lineRule="auto"/>
        <w:ind w:left="720"/>
      </w:pPr>
      <w:r/>
      <w:r>
        <w:rPr>
          <w:b/>
        </w:rPr>
        <w:t>A rising Spanish star:</w:t>
      </w:r>
      <w:r>
        <w:t xml:space="preserve"> Bernardeau has moved from youthful television fame into bigger, more demanding film roles.</w:t>
      </w:r>
      <w:r/>
    </w:p>
    <w:p>
      <w:pPr>
        <w:pStyle w:val="ListBullet"/>
        <w:spacing w:line="240" w:lineRule="auto"/>
        <w:ind w:left="720"/>
      </w:pPr>
      <w:r/>
      <w:r>
        <w:rPr>
          <w:b/>
        </w:rPr>
        <w:t>Representation matters:</w:t>
      </w:r>
      <w:r>
        <w:t xml:space="preserve"> His public support for LGBTQ+ visibility has become part of his wider cultural appeal.</w:t>
      </w:r>
      <w:r/>
    </w:p>
    <w:p>
      <w:pPr>
        <w:pStyle w:val="ListBullet"/>
        <w:spacing w:line="240" w:lineRule="auto"/>
        <w:ind w:left="720"/>
      </w:pPr>
      <w:r/>
      <w:r>
        <w:rPr>
          <w:b/>
        </w:rPr>
        <w:t>A major new project:</w:t>
      </w:r>
      <w:r>
        <w:t xml:space="preserve"> He features in the Spanish film </w:t>
      </w:r>
      <w:r>
        <w:rPr>
          <w:i/>
        </w:rPr>
        <w:t>La bola negra</w:t>
      </w:r>
      <w:r>
        <w:t>, an ambitious production attracting international attention.</w:t>
      </w:r>
      <w:r/>
    </w:p>
    <w:p>
      <w:pPr>
        <w:pStyle w:val="ListBullet"/>
        <w:spacing w:line="240" w:lineRule="auto"/>
        <w:ind w:left="720"/>
      </w:pPr>
      <w:r/>
      <w:r>
        <w:rPr>
          <w:b/>
        </w:rPr>
        <w:t>More than a heart-throb:</w:t>
      </w:r>
      <w:r>
        <w:t xml:space="preserve"> Earlier roles showed his willingness to tackle emotionally and physically charged material.</w:t>
      </w:r>
      <w:r/>
    </w:p>
    <w:p>
      <w:pPr>
        <w:pStyle w:val="ListBullet"/>
        <w:spacing w:line="240" w:lineRule="auto"/>
        <w:ind w:left="720"/>
      </w:pPr>
      <w:r/>
      <w:r>
        <w:rPr>
          <w:b/>
        </w:rPr>
        <w:t>Choose the next watch:</w:t>
      </w:r>
      <w:r>
        <w:t xml:space="preserve"> Viewers can follow his career through streaming dramas, ensemble films and Spanish-language cinema.</w:t>
      </w:r>
      <w:r/>
      <w:r/>
    </w:p>
    <w:p>
      <w:pPr>
        <w:pStyle w:val="Heading2"/>
      </w:pPr>
      <w:r>
        <w:t>From teen drama fame to serious cinema</w:t>
      </w:r>
      <w:r/>
    </w:p>
    <w:p>
      <w:r/>
      <w:r>
        <w:t xml:space="preserve">Miguel Bernardeau first became widely recognised through </w:t>
      </w:r>
      <w:r>
        <w:rPr>
          <w:i/>
        </w:rPr>
        <w:t>Elite</w:t>
      </w:r>
      <w:r>
        <w:t>, where his polished appearance and tightly wound performance made him an instant talking point. Since then, he’s been steadily stepping away from the familiar teen-drama mould, choosing projects with more emotional weight and a broader cultural reach.</w:t>
      </w:r>
      <w:r/>
    </w:p>
    <w:p>
      <w:r/>
      <w:r>
        <w:t>That transition isn’t always easy. Audiences often want a breakout actor to repeat the role that made them famous, while performers understandably want room to grow. Bernardeau appears determined to do the latter, and his recent choices suggest he’s interested in complicated people rather than simply flattering parts.</w:t>
      </w:r>
      <w:r/>
    </w:p>
    <w:p>
      <w:pPr>
        <w:pStyle w:val="Heading2"/>
      </w:pPr>
      <w:r>
        <w:t xml:space="preserve">Why </w:t>
      </w:r>
      <w:r>
        <w:rPr>
          <w:i/>
        </w:rPr>
        <w:t>La bola negra</w:t>
      </w:r>
      <w:r>
        <w:t xml:space="preserve"> is attracting attention</w:t>
      </w:r>
      <w:r/>
    </w:p>
    <w:p>
      <w:r/>
      <w:r>
        <w:t xml:space="preserve">The actor is part of the cast of </w:t>
      </w:r>
      <w:r>
        <w:rPr>
          <w:i/>
        </w:rPr>
        <w:t>La bola negra</w:t>
      </w:r>
      <w:r>
        <w:t xml:space="preserve">, a large-scale Spanish production that has been described in unusually ambitious terms for a domestic film. According to </w:t>
      </w:r>
      <w:r>
        <w:rPr>
          <w:i/>
        </w:rPr>
        <w:t>El Pais</w:t>
      </w:r>
      <w:r>
        <w:t>, Bernardeau has spoken about the project as a story built around empathy and understanding, rather than easy divisions between characters.</w:t>
      </w:r>
      <w:r/>
    </w:p>
    <w:p>
      <w:r/>
      <w:r>
        <w:t xml:space="preserve">That idea gives the film a timely quality. It’s not simply another prestige title with a recognisable cast; it’s attempting to explore how people carry history, identity and social pressure. </w:t>
      </w:r>
      <w:r>
        <w:rPr>
          <w:i/>
        </w:rPr>
        <w:t>HuffPost Espana</w:t>
      </w:r>
      <w:r>
        <w:t xml:space="preserve"> reported that the film has drawn comparisons with </w:t>
      </w:r>
      <w:r>
        <w:rPr>
          <w:i/>
        </w:rPr>
        <w:t>The Odyssey</w:t>
      </w:r>
      <w:r>
        <w:t>, although its scale and budget are considerably more restrained.</w:t>
      </w:r>
      <w:r/>
    </w:p>
    <w:p>
      <w:pPr>
        <w:pStyle w:val="Heading2"/>
      </w:pPr>
      <w:r>
        <w:t>A cast designed to make an impression</w:t>
      </w:r>
      <w:r/>
    </w:p>
    <w:p>
      <w:r/>
      <w:r>
        <w:t xml:space="preserve">Bernardeau is joined by a substantial ensemble, with </w:t>
      </w:r>
      <w:r>
        <w:rPr>
          <w:i/>
        </w:rPr>
        <w:t>Los 40</w:t>
      </w:r>
      <w:r>
        <w:t xml:space="preserve"> outlining a cast that gives the film considerable star power. For viewers, that makes </w:t>
      </w:r>
      <w:r>
        <w:rPr>
          <w:i/>
        </w:rPr>
        <w:t>La bola negra</w:t>
      </w:r>
      <w:r>
        <w:t xml:space="preserve"> especially appealing: it’s the sort of project where the pleasure lies not only in the central performance, but also in watching different actors bring contrasting energies to the same world.</w:t>
      </w:r>
      <w:r/>
    </w:p>
    <w:p>
      <w:r/>
      <w:r>
        <w:t>An ensemble can be a blessing and a challenge. Strong co-stars raise the emotional stakes, but they also mean each performer has to make an impression without overwhelming the story. Bernardeau’s controlled screen presence should work well in that setting, particularly if the film allows quiet moments to carry as much weight as its larger dramatic scenes.</w:t>
      </w:r>
      <w:r/>
    </w:p>
    <w:p>
      <w:pPr>
        <w:pStyle w:val="Heading2"/>
      </w:pPr>
      <w:r>
        <w:t>The role of queer visibility in his career</w:t>
      </w:r>
      <w:r/>
    </w:p>
    <w:p>
      <w:r/>
      <w:r>
        <w:t>Bernardeau’s public image has also been shaped by his openness about LGBTQ+ issues and his support for more inclusive storytelling. That matters in an entertainment industry where representation can still feel uneven, particularly when queer characters are reduced to supporting functions or familiar stereotypes.</w:t>
      </w:r>
      <w:r/>
    </w:p>
    <w:p>
      <w:r/>
      <w:r>
        <w:t xml:space="preserve">Earlier work helped establish his willingness to engage with sexually frank and emotionally intense material. Queerty highlighted the attention surrounding one of his screen roles, while more recent reporting from El Chat Gay focused on his response to online hostility after </w:t>
      </w:r>
      <w:r>
        <w:rPr>
          <w:i/>
        </w:rPr>
        <w:t>La bola negra</w:t>
      </w:r>
      <w:r>
        <w:t>. Together, those moments suggest an actor increasingly willing to stand by the themes and communities connected to his work.</w:t>
      </w:r>
      <w:r/>
    </w:p>
    <w:p>
      <w:pPr>
        <w:pStyle w:val="Heading2"/>
      </w:pPr>
      <w:r>
        <w:t>What to watch next</w:t>
      </w:r>
      <w:r/>
    </w:p>
    <w:p>
      <w:r/>
      <w:r>
        <w:t xml:space="preserve">If you’re new to Bernardeau, </w:t>
      </w:r>
      <w:r>
        <w:rPr>
          <w:i/>
        </w:rPr>
        <w:t>Elite</w:t>
      </w:r>
      <w:r>
        <w:t xml:space="preserve"> remains the obvious starting point, but it shouldn’t be the final destination. His newer projects offer a clearer sense of an actor testing his range, moving between popular streaming entertainment and more challenging Spanish-language cinema.</w:t>
      </w:r>
      <w:r/>
    </w:p>
    <w:p>
      <w:r/>
      <w:r>
        <w:t xml:space="preserve">For the best introduction, start with the role that made him famous, then follow it with </w:t>
      </w:r>
      <w:r>
        <w:rPr>
          <w:i/>
        </w:rPr>
        <w:t>La bola negra</w:t>
      </w:r>
      <w:r>
        <w:t xml:space="preserve"> when available in your region. The contrast is revealing: one shows the confidence of a breakout performer, while the other points towards the kind of thoughtful, culturally resonant work he may pursue next.</w:t>
      </w:r>
      <w:r/>
    </w:p>
    <w:p>
      <w:r/>
      <w:r>
        <w:t>His career is no longer just about being recognisable. It’s about what he chooses to say with that visibility.</w:t>
      </w:r>
      <w:r/>
    </w:p>
    <w:p>
      <w:r/>
      <w:r>
        <w:t>Explore Miguel Bernardeau’s films and series to see where his next chapter leads.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[4]</w:t>
        </w:r>
      </w:hyperlink>
      <w:r>
        <w:t xml:space="preserve">, </w:t>
      </w:r>
      <w:hyperlink r:id="rId15">
        <w:r>
          <w:rPr>
            <w:color w:val="0000EE"/>
            <w:u w:val="single"/>
          </w:rPr>
          <w:t>[7]</w:t>
        </w:r>
      </w:hyperlink>
      <w:r>
        <w:t xml:space="preserve">- Paragraph 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https://www.pride.com/culture/celebrities/miguel-bernardeau-shirtless</w:t>
        </w:r>
      </w:hyperlink>
      <w:r>
        <w:t xml:space="preserve"> - Please view link - unable to able to access data</w:t>
      </w:r>
      <w:r/>
    </w:p>
    <w:p>
      <w:pPr>
        <w:pStyle w:val="ListNumber"/>
        <w:spacing w:line="240" w:lineRule="auto"/>
        <w:ind w:left="720"/>
      </w:pPr>
      <w:r/>
      <w:hyperlink r:id="rId10">
        <w:r>
          <w:rPr>
            <w:color w:val="0000EE"/>
            <w:u w:val="single"/>
          </w:rPr>
          <w:t>https://www.elpais.com/cultura/cine/2026-10-14/miguel-bernardeau-actor-la-bola-negra-es-un-motor-de-empatia-con-el-otro.html</w:t>
        </w:r>
      </w:hyperlink>
      <w:r>
        <w:t xml:space="preserve"> - Miguel Bernardeau, a 29-year-old actor, reflects on his role as Rafael Rodríguez Rapún in the successful Spanish film 'La bola negra', which has become one of the top ten highest-grossing Spanish films. In an emotional interview, he describes his initial meeting with directors Los Javis and the intense casting process. He highlights the complexity of portraying Rapún, Federico García Lorca's lover, whose life was marked by curiosity, empathy, and internal conflict. Bernardeau admits to being a perfectionist and self-demanding, finding it difficult to fully enjoy his achievements due to self-criticism. He also acknowledges the film's social relevance as a generator of empathy in a globally conflicted context, referring to situations like the violence in Gaza. Despite being aware of the weight of others' opinions and the hate he has received after making political comments, he states that they do not affect his self-esteem. Lastly, he shares his connection with his neighbourhood and how he values maintaining a simple daily life despite fame.</w:t>
      </w:r>
      <w:r/>
    </w:p>
    <w:p>
      <w:pPr>
        <w:pStyle w:val="ListNumber"/>
        <w:spacing w:line="240" w:lineRule="auto"/>
        <w:ind w:left="720"/>
      </w:pPr>
      <w:r/>
      <w:hyperlink r:id="rId12">
        <w:r>
          <w:rPr>
            <w:color w:val="0000EE"/>
            <w:u w:val="single"/>
          </w:rPr>
          <w:t>https://www.huffingtonpost.es/life/cultura/la-revista-variety-escatima-comparar-la-bola-negra-la-odisea-cara-oscar-es-presupuesto-menor-f202610.html</w:t>
        </w:r>
      </w:hyperlink>
      <w:r>
        <w:t xml:space="preserve"> - The American magazine 'Variety' has highlighted the Spanish film 'La bola negra', directed by Javier Calvo and Javier Ambrossi (Los Javis), as a leading contender for the Oscars, even comparing it to Christopher Nolan's blockbuster 'The Odyssey'. Described as a work that addresses profound themes with a modest budget, the film has gained notoriety after its appearances at festivals like Cannes, Toronto, and San Sebastián. 'Variety' praises its ambitious narrative and draws parallels to its potential impact on awards with that of 'Everything Everywhere All at Once', which won multiple Oscars in 2023. 'La bola negra' is inspired by Federico García Lorca's unfinished work and explores homosexuality across three generations. Starring Miguel Bernardeau and Guitarricadelafuente, the film will be distributed by Netflix in the United States. The directors emphasize their intention not to moralize the audience while denouncing the discrimination that persists in the industry towards homosexual actors. Additionally, during filming, Los Javis concealed their personal breakup from the team, revealing it only after completing the shoot.</w:t>
      </w:r>
      <w:r/>
    </w:p>
    <w:p>
      <w:pPr>
        <w:pStyle w:val="ListNumber"/>
        <w:spacing w:line="240" w:lineRule="auto"/>
        <w:ind w:left="720"/>
      </w:pPr>
      <w:r/>
      <w:hyperlink r:id="rId11">
        <w:r>
          <w:rPr>
            <w:color w:val="0000EE"/>
            <w:u w:val="single"/>
          </w:rPr>
          <w:t>https://www.los40.com/2026/09/24/reparto-completo-de-la-bola-negra-todos-los-actores-y-personajes-de-la-pelicula/</w:t>
        </w:r>
      </w:hyperlink>
      <w:r>
        <w:t xml:space="preserve"> - La Bola Negra is one of the most anticipated Spanish films of the year, directed by Javier Ambrossi and Javier Calvo ('Los Javis') and based on an unfinished idea by Federico García Lorca and the play 'La piedra oscura' by Alberto Conejero. With an international cast and diverse talents, the film features Penélope Cruz as Nené Romero, Glenn Close as Isabelle Durand, and Miguel Bernardeau as Rafael Rodríguez Rapún. Other notable actors include Guitarricadelafuente, Lorenzo Zurzolo, Julio Torres, Lola Dueñas, Carlos González, and Alex Pastrana. Additionally, Alberto Cortés plays Federico, and David Pérez Camacho portrays the Republican Leader. Other actors such as Daniel Ibáñez, Antonio de la Torre, Natalia de Molina, and many more participate. With direction, script, and technical design by a consolidated creative team, the film promises to be a benchmark in festivals and award galas, representing a fusion between Spanish theatrical and historical heritage and a high-level cinematic production.</w:t>
      </w:r>
      <w:r/>
    </w:p>
    <w:p>
      <w:pPr>
        <w:pStyle w:val="ListNumber"/>
        <w:spacing w:line="240" w:lineRule="auto"/>
        <w:ind w:left="720"/>
      </w:pPr>
      <w:r/>
      <w:hyperlink r:id="rId13">
        <w:r>
          <w:rPr>
            <w:color w:val="0000EE"/>
            <w:u w:val="single"/>
          </w:rPr>
          <w:t>https://www.huffingtonpost.es/virales/miguel-bernardeau-acuerda-vito-quiles-hablar-la-bola-negra-le-deja-mensaje-carinoso-precisamente-f202610.html</w:t>
        </w:r>
      </w:hyperlink>
      <w:r>
        <w:t xml:space="preserve"> - During the promotion of the film 'La bola negra' at the London Film Festival, Spanish actor Miguel Bernardeau took the opportunity to address social and political issues in Spain, directly pointing out far-right agitator Vito Quiles. Inspired by the symbolism of the 'black ball' from Los Javis' work—which represents rejection—Bernardeau stated that he would show it to Quiles and all those who polarize public opinion, preventing dialogue and peace in the country. The actor advocated for the need for communication between people with different ideas and condemned extreme positions. His statements have surprised social media users, who still associate him with his role in the series 'Élite'. Additionally, Bernardeau expressed his sorrow over the death of Maricarmen Abascal, a 87-year-old woman evicted in Madrid, showing his support for young protesters defending the right to housing. Both he and directors Javier Calvo and Javier Ambrossi have emphasized the social message of the film, which invites recognition and not demonization of those who think differently.</w:t>
      </w:r>
      <w:r/>
    </w:p>
    <w:p>
      <w:pPr>
        <w:pStyle w:val="ListNumber"/>
        <w:spacing w:line="240" w:lineRule="auto"/>
        <w:ind w:left="720"/>
      </w:pPr>
      <w:r/>
      <w:hyperlink r:id="rId14">
        <w:r>
          <w:rPr>
            <w:color w:val="0000EE"/>
            <w:u w:val="single"/>
          </w:rPr>
          <w:t>https://www.elchatgay.net/noticias/actualidad/miguel-bernardeau-responde-con-firmeza-al-acoso-ultra-tras-la-bola-negra-38400</w:t>
        </w:r>
      </w:hyperlink>
      <w:r>
        <w:t xml:space="preserve"> - Actor Miguel Bernardeau has publicly addressed the hostility surrounding his latest project, 'La bola negra'. After becoming a target of online harassment campaigns orchestrated by far-right sectors, the Spanish actor has decided to downplay the harassment, describing the positions of his detractors as excessive discourses that have no impact on his professional trajectory. During his participation in the program 'Al cielo con ella', Bernardeau not only addressed the climate of polarization that his artistic proposal has generated but also used the media platform to make his stance clear regarding the virulence of the attacks received in recent weeks.</w:t>
      </w:r>
      <w:r/>
    </w:p>
    <w:p>
      <w:pPr>
        <w:pStyle w:val="ListNumber"/>
        <w:spacing w:line="240" w:lineRule="auto"/>
        <w:ind w:left="720"/>
      </w:pPr>
      <w:r/>
      <w:hyperlink r:id="rId15">
        <w:r>
          <w:rPr>
            <w:color w:val="0000EE"/>
            <w:u w:val="single"/>
          </w:rPr>
          <w:t>https://www.queerty.com/elite-star-brings-heat-new-netflix-drama-1899-hot-heavy-gay-scene-20221121/</w:t>
        </w:r>
      </w:hyperlink>
      <w:r>
        <w:t xml:space="preserve"> - Netflix has premiered the latest season of its steamy, Spanish-language prep school drama, 'Élite', and also introduced a new series titled '1899', featuring former 'Élite' star Miguel Bernardeau. The multilingual sci-fi epic, created by the team behind the hit series 'Dark', follows a group of migrants aboard the steamship Kerberos in 1899 as they journey across the Atlantic to start new lives in New York City. Bernardeau's involvement in '1899' has garnered attention, especially due to a notable gay scene in the series, adding to the show's appeal for LGBTQ+ audiences.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ride.com/culture/celebrities/miguel-bernardeau-shirtless" TargetMode="External"/><Relationship Id="rId10" Type="http://schemas.openxmlformats.org/officeDocument/2006/relationships/hyperlink" Target="https://www.elpais.com/cultura/cine/2026-10-14/miguel-bernardeau-actor-la-bola-negra-es-un-motor-de-empatia-con-el-otro.html" TargetMode="External"/><Relationship Id="rId11" Type="http://schemas.openxmlformats.org/officeDocument/2006/relationships/hyperlink" Target="https://www.los40.com/2026/09/24/reparto-completo-de-la-bola-negra-todos-los-actores-y-personajes-de-la-pelicula/" TargetMode="External"/><Relationship Id="rId12" Type="http://schemas.openxmlformats.org/officeDocument/2006/relationships/hyperlink" Target="https://www.huffingtonpost.es/life/cultura/la-revista-variety-escatima-comparar-la-bola-negra-la-odisea-cara-oscar-es-presupuesto-menor-f202610.html" TargetMode="External"/><Relationship Id="rId13" Type="http://schemas.openxmlformats.org/officeDocument/2006/relationships/hyperlink" Target="https://www.huffingtonpost.es/virales/miguel-bernardeau-acuerda-vito-quiles-hablar-la-bola-negra-le-deja-mensaje-carinoso-precisamente-f202610.html" TargetMode="External"/><Relationship Id="rId14" Type="http://schemas.openxmlformats.org/officeDocument/2006/relationships/hyperlink" Target="https://www.elchatgay.net/noticias/actualidad/miguel-bernardeau-responde-con-firmeza-al-acoso-ultra-tras-la-bola-negra-38400" TargetMode="External"/><Relationship Id="rId15" Type="http://schemas.openxmlformats.org/officeDocument/2006/relationships/hyperlink" Target="https://www.queerty.com/elite-star-brings-heat-new-netflix-drama-1899-hot-heavy-gay-scene-202211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