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Gulf Coast Equality Fest celebrates a decade of diversity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Biloxi for the 10th annual Gulf Coast Equality Fest, a free, family-friendly celebration of LGBTQ+ people, allies and wider diversity. With drag performances, live music, speakers and local vendors on the programme, the Mississippi Gulf Coast event offers something more meaningful than a day out: a welcoming place to feel seen.</w:t>
      </w:r>
      <w:r/>
    </w:p>
    <w:p>
      <w:pPr>
        <w:pStyle w:val="Heading2"/>
      </w:pPr>
      <w:r>
        <w:t>Essential Takeaways</w:t>
      </w:r>
      <w:r/>
      <w:r/>
    </w:p>
    <w:p>
      <w:pPr>
        <w:pStyle w:val="ListBullet"/>
        <w:spacing w:line="240" w:lineRule="auto"/>
        <w:ind w:left="720"/>
      </w:pPr>
      <w:r/>
      <w:r>
        <w:rPr>
          <w:b/>
        </w:rPr>
        <w:t>When and where:</w:t>
      </w:r>
      <w:r>
        <w:t xml:space="preserve"> The festival takes place on 17 October at The Great Lawn of Harrah's Gulf Coast in Biloxi.</w:t>
      </w:r>
      <w:r/>
    </w:p>
    <w:p>
      <w:pPr>
        <w:pStyle w:val="ListBullet"/>
        <w:spacing w:line="240" w:lineRule="auto"/>
        <w:ind w:left="720"/>
      </w:pPr>
      <w:r/>
      <w:r>
        <w:rPr>
          <w:b/>
        </w:rPr>
        <w:t>What to expect:</w:t>
      </w:r>
      <w:r>
        <w:t xml:space="preserve"> Guests can browse local stalls, hear speakers, enjoy live music and watch drag performances.</w:t>
      </w:r>
      <w:r/>
    </w:p>
    <w:p>
      <w:pPr>
        <w:pStyle w:val="ListBullet"/>
        <w:spacing w:line="240" w:lineRule="auto"/>
        <w:ind w:left="720"/>
      </w:pPr>
      <w:r/>
      <w:r>
        <w:rPr>
          <w:b/>
        </w:rPr>
        <w:t>Who can attend:</w:t>
      </w:r>
      <w:r>
        <w:t xml:space="preserve"> The event is free and open to LGBTQ+ visitors, families, friends and allies.</w:t>
      </w:r>
      <w:r/>
    </w:p>
    <w:p>
      <w:pPr>
        <w:pStyle w:val="ListBullet"/>
        <w:spacing w:line="240" w:lineRule="auto"/>
        <w:ind w:left="720"/>
      </w:pPr>
      <w:r/>
      <w:r>
        <w:rPr>
          <w:b/>
        </w:rPr>
        <w:t>Why it matters:</w:t>
      </w:r>
      <w:r>
        <w:t xml:space="preserve"> Organisers say the festival helps create a visible, supportive space for queer people across the Gulf Coast.</w:t>
      </w:r>
      <w:r/>
    </w:p>
    <w:p>
      <w:pPr>
        <w:pStyle w:val="ListBullet"/>
        <w:spacing w:line="240" w:lineRule="auto"/>
        <w:ind w:left="720"/>
      </w:pPr>
      <w:r/>
      <w:r>
        <w:rPr>
          <w:b/>
        </w:rPr>
        <w:t>A growing event:</w:t>
      </w:r>
      <w:r>
        <w:t xml:space="preserve"> Organisers expect around 65 vendors and between 1,500 and 2,000 attendees.</w:t>
      </w:r>
      <w:r/>
      <w:r/>
    </w:p>
    <w:p>
      <w:pPr>
        <w:pStyle w:val="Heading2"/>
      </w:pPr>
      <w:r>
        <w:t>A decade of diversity arrives on the Gulf Coast</w:t>
      </w:r>
      <w:r/>
    </w:p>
    <w:p>
      <w:r/>
      <w:r>
        <w:t>The strongest message from this year's Gulf Coast Equality Fest is simple: everyone has a place. Held during LGBTQ+ History Month, the Biloxi gathering marks 10 years of bringing queer residents, supporters and curious newcomers together in one bright, busy setting.</w:t>
      </w:r>
      <w:r/>
    </w:p>
    <w:p>
      <w:r/>
      <w:r>
        <w:t>There'll be plenty of colour and energy, from performers preparing backstage to music drifting across the lawn. But beneath the celebration is a practical purpose, too. The event gives people a chance to meet, connect and spend a few hours in an atmosphere where acceptance feels visible rather than abstract.</w:t>
      </w:r>
      <w:r/>
    </w:p>
    <w:p>
      <w:r/>
      <w:r>
        <w:t>The festival's organisers describe it as a celebration of equality in the broadest sense, welcoming people of different identities and backgrounds. That open-door approach is central to the event's appeal, according to Gulf Coast Equality's festival information. (</w:t>
      </w:r>
      <w:hyperlink r:id="rId9">
        <w:r>
          <w:rPr>
            <w:color w:val="0000EE"/>
            <w:u w:val="single"/>
          </w:rPr>
          <w:t>[3]</w:t>
        </w:r>
      </w:hyperlink>
      <w:r>
        <w:t xml:space="preserve">, </w:t>
      </w:r>
      <w:hyperlink r:id="rId10">
        <w:r>
          <w:rPr>
            <w:color w:val="0000EE"/>
            <w:u w:val="single"/>
          </w:rPr>
          <w:t>[5]</w:t>
        </w:r>
      </w:hyperlink>
      <w:r>
        <w:t>)</w:t>
      </w:r>
      <w:r/>
    </w:p>
    <w:p>
      <w:pPr>
        <w:pStyle w:val="Heading2"/>
      </w:pPr>
      <w:r>
        <w:t>What visitors can expect at Gulf Coast Equality Fest</w:t>
      </w:r>
      <w:r/>
    </w:p>
    <w:p>
      <w:r/>
      <w:r>
        <w:t>The programme combines the familiar ingredients of a community festival with a distinctly Gulf Coast personality. Visitors can expect drag acts, live music, guest speakers and local vendors, making it easy to move between the main stage and the stalls throughout the day.</w:t>
      </w:r>
      <w:r/>
    </w:p>
    <w:p>
      <w:r/>
      <w:r>
        <w:t>For many attendees, the drag show is likely to be the headline attraction. It brings spectacle, humour and plenty of personality, while also giving local performers an important platform. If you've never attended a drag event before, this is the sort of lively, low-pressure introduction that may surprise you.</w:t>
      </w:r>
      <w:r/>
    </w:p>
    <w:p>
      <w:r/>
      <w:r>
        <w:t>The official event information also points visitors towards practical details, including the venue and festival arrangements. Checking those details before travelling is sensible, particularly if you're bringing children, arranging transport or hoping to visit specific vendors. (</w:t>
      </w:r>
      <w:hyperlink r:id="rId9">
        <w:r>
          <w:rPr>
            <w:color w:val="0000EE"/>
            <w:u w:val="single"/>
          </w:rPr>
          <w:t>[3]</w:t>
        </w:r>
      </w:hyperlink>
      <w:r>
        <w:t xml:space="preserve">, </w:t>
      </w:r>
      <w:hyperlink r:id="rId11">
        <w:r>
          <w:rPr>
            <w:color w:val="0000EE"/>
            <w:u w:val="single"/>
          </w:rPr>
          <w:t>[4]</w:t>
        </w:r>
      </w:hyperlink>
      <w:r>
        <w:t>)</w:t>
      </w:r>
      <w:r/>
    </w:p>
    <w:p>
      <w:pPr>
        <w:pStyle w:val="Heading2"/>
      </w:pPr>
      <w:r>
        <w:t>Why the festival matters beyond one Saturday</w:t>
      </w:r>
      <w:r/>
    </w:p>
    <w:p>
      <w:r/>
      <w:r>
        <w:t>Community festivals can look cheerful on the surface, but their value often runs deeper. Gulf Coast Equality was created to build a stronger network for LGBTQ+ residents and allies in an area where organisers felt dedicated community spaces were limited.</w:t>
      </w:r>
      <w:r/>
    </w:p>
    <w:p>
      <w:r/>
      <w:r>
        <w:t>That history gives the 10th anniversary extra weight. A packed lawn isn't just a good turnout; it shows that people are willing to turn up publicly for inclusion, friendship and equal treatment. It also gives younger LGBTQ+ people the chance to see adults and peers enjoying themselves openly.</w:t>
      </w:r>
      <w:r/>
    </w:p>
    <w:p>
      <w:r/>
      <w:r>
        <w:t>The organisation's wider work includes community support and initiatives designed to help people express themselves with dignity. Its online resources and local connections suggest that Equality Fest is part of a broader programme, rather than a once-a-year celebration. (</w:t>
      </w:r>
      <w:hyperlink r:id="rId10">
        <w:r>
          <w:rPr>
            <w:color w:val="0000EE"/>
            <w:u w:val="single"/>
          </w:rPr>
          <w:t>[5]</w:t>
        </w:r>
      </w:hyperlink>
      <w:r>
        <w:t xml:space="preserve">, </w:t>
      </w:r>
      <w:hyperlink r:id="rId12">
        <w:r>
          <w:rPr>
            <w:color w:val="0000EE"/>
            <w:u w:val="single"/>
          </w:rPr>
          <w:t>[7]</w:t>
        </w:r>
      </w:hyperlink>
      <w:r>
        <w:t>)</w:t>
      </w:r>
      <w:r/>
    </w:p>
    <w:p>
      <w:pPr>
        <w:pStyle w:val="Heading2"/>
      </w:pPr>
      <w:r>
        <w:t>How to make the most of the event</w:t>
      </w:r>
      <w:r/>
    </w:p>
    <w:p>
      <w:r/>
      <w:r>
        <w:t>If you're planning to attend, arrive with time to spare. Festivals are more enjoyable when you can browse the vendors, find the performance area and settle in before the busiest moments, rather than rushing in just as the headline act begins.</w:t>
      </w:r>
      <w:r/>
    </w:p>
    <w:p>
      <w:r/>
      <w:r>
        <w:t>Mississippi heat can be unforgiving, so light clothing, water and sun protection are sensible additions to the day. Comfortable shoes will help, too, particularly if you plan to explore the stalls and stay for the full programme.</w:t>
      </w:r>
      <w:r/>
    </w:p>
    <w:p>
      <w:r/>
      <w:r>
        <w:t>Families and first-time visitors may also want to agree a meeting point, keep an eye on younger guests and check the latest event guidance before setting off. The festival's organisers provide information for visitors, vendors and supporters online, which makes a quick pre-event look worthwhile. (</w:t>
      </w:r>
      <w:hyperlink r:id="rId9">
        <w:r>
          <w:rPr>
            <w:color w:val="0000EE"/>
            <w:u w:val="single"/>
          </w:rPr>
          <w:t>[3]</w:t>
        </w:r>
      </w:hyperlink>
      <w:r>
        <w:t xml:space="preserve">, </w:t>
      </w:r>
      <w:hyperlink r:id="rId13">
        <w:r>
          <w:rPr>
            <w:color w:val="0000EE"/>
            <w:u w:val="single"/>
          </w:rPr>
          <w:t>[6]</w:t>
        </w:r>
      </w:hyperlink>
      <w:r>
        <w:t>)</w:t>
      </w:r>
      <w:r/>
    </w:p>
    <w:p>
      <w:pPr>
        <w:pStyle w:val="Heading2"/>
      </w:pPr>
      <w:r>
        <w:t>A welcoming sign for the future</w:t>
      </w:r>
      <w:r/>
    </w:p>
    <w:p>
      <w:r/>
      <w:r>
        <w:t>The festival's organisers hope the 10th anniversary will strengthen the sense that LGBTQ+ people and their allies have a lasting home on the Mississippi Gulf Coast. That matters at a time when public conversations about identity can feel increasingly tense and divisive.</w:t>
      </w:r>
      <w:r/>
    </w:p>
    <w:p>
      <w:r/>
      <w:r>
        <w:t>There is something reassuring about the scale of the event, too. Hundreds of people gathering to listen, dance, shop and cheer performers sends a warm, unmistakable message: acceptance isn't confined to private conversations.</w:t>
      </w:r>
      <w:r/>
    </w:p>
    <w:p>
      <w:r/>
      <w:r>
        <w:t>For visitors, the day may simply feel like a good festival with friendly faces and a lively stage. That's precisely the point. Sometimes belonging starts with a shared lawn, a loud cheer and the feeling that you don't have to explain why you're there. (</w:t>
      </w:r>
      <w:hyperlink r:id="rId14">
        <w:r>
          <w:rPr>
            <w:color w:val="0000EE"/>
            <w:u w:val="single"/>
          </w:rPr>
          <w:t>[2]</w:t>
        </w:r>
      </w:hyperlink>
      <w:r>
        <w:t xml:space="preserve">, </w:t>
      </w:r>
      <w:hyperlink r:id="rId11">
        <w:r>
          <w:rPr>
            <w:color w:val="0000EE"/>
            <w:u w:val="single"/>
          </w:rPr>
          <w:t>[4]</w:t>
        </w:r>
      </w:hyperlink>
      <w:r>
        <w:t>)</w:t>
      </w:r>
      <w:r/>
    </w:p>
    <w:p>
      <w:r/>
      <w:r>
        <w:t>A decade on, Gulf Coast Equality Fest remains a colourful reminder that community is worth showing up for.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9">
        <w:r>
          <w:rPr>
            <w:color w:val="0000EE"/>
            <w:u w:val="single"/>
          </w:rPr>
          <w:t>[3]</w:t>
        </w:r>
      </w:hyperlink>
      <w:r>
        <w:t xml:space="preserve">- Paragraph 2: </w:t>
      </w:r>
      <w:hyperlink r:id="rId11">
        <w:r>
          <w:rPr>
            <w:color w:val="0000EE"/>
            <w:u w:val="single"/>
          </w:rPr>
          <w:t>[4]</w:t>
        </w:r>
      </w:hyperlink>
      <w:r>
        <w:t xml:space="preserve">, </w:t>
      </w:r>
      <w:hyperlink r:id="rId10">
        <w:r>
          <w:rPr>
            <w:color w:val="0000EE"/>
            <w:u w:val="single"/>
          </w:rPr>
          <w:t>[5]</w:t>
        </w:r>
      </w:hyperlink>
      <w:r>
        <w:t xml:space="preserve">- Paragraph 3: </w:t>
      </w:r>
      <w:hyperlink r:id="rId9">
        <w:r>
          <w:rPr>
            <w:color w:val="0000EE"/>
            <w:u w:val="single"/>
          </w:rPr>
          <w:t>[3]</w:t>
        </w:r>
      </w:hyperlink>
      <w:r>
        <w:t xml:space="preserve">, </w:t>
      </w:r>
      <w:hyperlink r:id="rId10">
        <w:r>
          <w:rPr>
            <w:color w:val="0000EE"/>
            <w:u w:val="single"/>
          </w:rPr>
          <w:t>[5]</w:t>
        </w:r>
      </w:hyperlink>
      <w:r>
        <w:t xml:space="preserve">- Paragraph 4: </w:t>
      </w:r>
      <w:hyperlink r:id="rId14">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[5]</w:t>
        </w:r>
      </w:hyperlink>
      <w:r>
        <w:t xml:space="preserve">, </w:t>
      </w:r>
      <w:hyperlink r:id="rId12">
        <w:r>
          <w:rPr>
            <w:color w:val="0000EE"/>
            <w:u w:val="single"/>
          </w:rPr>
          <w:t>[7]</w:t>
        </w:r>
      </w:hyperlink>
      <w:r>
        <w:t xml:space="preserve">- Paragraph 7: </w:t>
      </w:r>
      <w:hyperlink r:id="rId14">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[2]</w:t>
        </w:r>
      </w:hyperlink>
      <w:r>
        <w:t xml:space="preserve">, </w:t>
      </w:r>
      <w:hyperlink r:id="rId10">
        <w:r>
          <w:rPr>
            <w:color w:val="0000EE"/>
            <w:u w:val="single"/>
          </w:rPr>
          <w:t>[5]</w:t>
        </w:r>
      </w:hyperlink>
      <w:r>
        <w:t xml:space="preserve">- Paragraph 10: </w:t>
      </w:r>
      <w:hyperlink r:id="rId11">
        <w:r>
          <w:rPr>
            <w:color w:val="0000EE"/>
            <w:u w:val="single"/>
          </w:rPr>
          <w:t>[4]</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https://www.mississippifreepress.org/mississippi-lgbtq-community-to-celebrate-a-decade-of-diversity-at-10th-annual-gulf-coast-equality-festival/</w:t>
        </w:r>
      </w:hyperlink>
      <w:r>
        <w:t xml:space="preserve"> - Please view link - unable to able to access data</w:t>
      </w:r>
      <w:r/>
    </w:p>
    <w:p>
      <w:pPr>
        <w:pStyle w:val="ListNumber"/>
        <w:spacing w:line="240" w:lineRule="auto"/>
        <w:ind w:left="720"/>
      </w:pPr>
      <w:r/>
      <w:hyperlink r:id="rId14">
        <w:r>
          <w:rPr>
            <w:color w:val="0000EE"/>
            <w:u w:val="single"/>
          </w:rPr>
          <w:t>https://www.mississippifreepress.org/mississippi-lgbtq-community-to-celebrate-a-decade-of-diversity-at-10th-annual-gulf-coast-equality-festival/</w:t>
        </w:r>
      </w:hyperlink>
      <w:r>
        <w:t xml:space="preserve"> - The Mississippi LGBTQ+ community is set to celebrate a decade of diversity at the 10th Annual Gulf Coast Equality Fest on October 17, 2026, from 11 a.m. to 5 p.m. at The Great Lawn of Harrah’s Gulf Coast in Biloxi. The event will feature speakers, drag performances, live music, local vendors, and more. The theme for this year’s festival is “A Decade of Diversity,” reflecting inclusivity for all community members, regardless of sexual orientation or gender identity. Organisers aim to create a positive perception of LGBTQ+ individuals on the coast and provide a safe space for self-expression. The festival is expected to host 65 vendors and between 1,500 and 2,000 attendees. For more information, visit gulfcoastequalitycouncil.org.</w:t>
      </w:r>
      <w:r/>
    </w:p>
    <w:p>
      <w:pPr>
        <w:pStyle w:val="ListNumber"/>
        <w:spacing w:line="240" w:lineRule="auto"/>
        <w:ind w:left="720"/>
      </w:pPr>
      <w:r/>
      <w:hyperlink r:id="rId9">
        <w:r>
          <w:rPr>
            <w:color w:val="0000EE"/>
            <w:u w:val="single"/>
          </w:rPr>
          <w:t>https://www.gulfcoastequalitycouncil.org/festival-information</w:t>
        </w:r>
      </w:hyperlink>
      <w:r>
        <w:t xml:space="preserve"> - The Gulf Coast Equality Fest is scheduled for Saturday, October 17, 2026, from 11 a.m. to 5 p.m. at The Great Lawn of Harrah’s Gulf Coast in Biloxi, Mississippi. Admission is free, and the event will feature nearly 70 vendors offering a variety of products and services, including food, clothing, and health and beauty items. Family-friendly activities include arts and crafts for children and a bounce house. Entertainment includes live music, drag performances, and community speakers. Parking is available across the street in the Harrah’s Gulf Coast parking garage. For more details, visit the festival's official website. (</w:t>
      </w:r>
      <w:hyperlink r:id="rId15">
        <w:r>
          <w:rPr>
            <w:color w:val="0000EE"/>
            <w:u w:val="single"/>
          </w:rPr>
          <w:t>gulfcoastequalitycouncil.org</w:t>
        </w:r>
      </w:hyperlink>
      <w:r>
        <w:t>)</w:t>
      </w:r>
      <w:r/>
    </w:p>
    <w:p>
      <w:pPr>
        <w:pStyle w:val="ListNumber"/>
        <w:spacing w:line="240" w:lineRule="auto"/>
        <w:ind w:left="720"/>
      </w:pPr>
      <w:r/>
      <w:hyperlink r:id="rId11">
        <w:r>
          <w:rPr>
            <w:color w:val="0000EE"/>
            <w:u w:val="single"/>
          </w:rPr>
          <w:t>https://www.coastalmississippi.com/events/10th-annual-gulf-coast-equality-fest/</w:t>
        </w:r>
      </w:hyperlink>
      <w:r>
        <w:t xml:space="preserve"> - The 10th Annual Gulf Coast Equality Fest is set for October 17, 2026, from 11 a.m. to 5 p.m. at The Great Lawn of Harrah’s Gulf Coast in Biloxi, Mississippi. Hosted by Gulf Coast Equality in partnership with Scarlet Pearl Casino Resort and Harrah’s Gulf Coast, the festival aims to inspire, educate, honor, and celebrate the LGBTQ+ community and its allies. The event will feature live music, drag performances, local vendors, food, raffles, informational booths, and children’s activities. Admission and parking are free. The 2026 theme, “A Decade of Diversity,” honours ten years of celebration and progress along the Gulf Coast. For the latest updates, follow Gulf Coast Equality on Facebook and visit their website. (</w:t>
      </w:r>
      <w:hyperlink r:id="rId16">
        <w:r>
          <w:rPr>
            <w:color w:val="0000EE"/>
            <w:u w:val="single"/>
          </w:rPr>
          <w:t>coastalmississippi.com</w:t>
        </w:r>
      </w:hyperlink>
      <w:r>
        <w:t>)</w:t>
      </w:r>
      <w:r/>
    </w:p>
    <w:p>
      <w:pPr>
        <w:pStyle w:val="ListNumber"/>
        <w:spacing w:line="240" w:lineRule="auto"/>
        <w:ind w:left="720"/>
      </w:pPr>
      <w:r/>
      <w:hyperlink r:id="rId10">
        <w:r>
          <w:rPr>
            <w:color w:val="0000EE"/>
            <w:u w:val="single"/>
          </w:rPr>
          <w:t>https://www.gulfcoastequalitycouncil.org/gulf-coast-equality-council</w:t>
        </w:r>
      </w:hyperlink>
      <w:r>
        <w:t xml:space="preserve"> - Gulf Coast Equality is a nonprofit organisation of LGBTQ+ individuals and allies committed to strengthening and uniting the Mississippi Gulf Coast community. Established on August 14, 2016, in Gulfport, Mississippi, the organisation focuses on advocacy, outreach, education, and support to promote equality and celebrate diversity. Their mission is to build a society free from discrimination, where diversity is celebrated, and every person has equal access to opportunity, safety, and well-being. The organisation hosts the annual Gulf Coast Equality Fest each October to inspire, educate, honour, and uplift the LGBTQ+ community and its allies. (</w:t>
      </w:r>
      <w:hyperlink r:id="rId17">
        <w:r>
          <w:rPr>
            <w:color w:val="0000EE"/>
            <w:u w:val="single"/>
          </w:rPr>
          <w:t>gulfcoastequalitycouncil.org</w:t>
        </w:r>
      </w:hyperlink>
      <w:r>
        <w:t>)</w:t>
      </w:r>
      <w:r/>
    </w:p>
    <w:p>
      <w:pPr>
        <w:pStyle w:val="ListNumber"/>
        <w:spacing w:line="240" w:lineRule="auto"/>
        <w:ind w:left="720"/>
      </w:pPr>
      <w:r/>
      <w:hyperlink r:id="rId13">
        <w:r>
          <w:rPr>
            <w:color w:val="0000EE"/>
            <w:u w:val="single"/>
          </w:rPr>
          <w:t>https://www.gulfcoastequalitycouncil.org/equality-fest-guide-advertising</w:t>
        </w:r>
      </w:hyperlink>
      <w:r>
        <w:t xml:space="preserve"> - Gulf Coast Equality Fest is scheduled for October 17, 2026, at Harrah’s Great Lawn in Biloxi, Mississippi, from 11 a.m. to 5 p.m. Businesses and organisations dedicated to diversity and inclusivity are encouraged to support the festival by purchasing an advertisement in the event programme. The programme will highlight sponsors, event schedules, vendors, entertainment, and other relevant information. Advertisement applications must be submitted by September 25, 2026. For more details, visit the Gulf Coast Equality website. (</w:t>
      </w:r>
      <w:hyperlink r:id="rId18">
        <w:r>
          <w:rPr>
            <w:color w:val="0000EE"/>
            <w:u w:val="single"/>
          </w:rPr>
          <w:t>gulfcoastequalitycouncil.org</w:t>
        </w:r>
      </w:hyperlink>
      <w:r>
        <w:t>)</w:t>
      </w:r>
      <w:r/>
    </w:p>
    <w:p>
      <w:pPr>
        <w:pStyle w:val="ListNumber"/>
        <w:spacing w:line="240" w:lineRule="auto"/>
        <w:ind w:left="720"/>
      </w:pPr>
      <w:r/>
      <w:hyperlink r:id="rId12">
        <w:r>
          <w:rPr>
            <w:color w:val="0000EE"/>
            <w:u w:val="single"/>
          </w:rPr>
          <w:t>https://www.gulfcoastequalitycouncil.org/lgbt-friendly-and-owned-buisnesses</w:t>
        </w:r>
      </w:hyperlink>
      <w:r>
        <w:t xml:space="preserve"> - Gulf Coast Equality provides a list of LGBTQ+ friendly and owned businesses in the Mississippi Gulf Coast area. The list includes organisations such as Gulf Coast Equality, Mississippi Rainbow, PFLAG Gulfport, The Spectrum Center, The Trans Program, and Gulf Coast Association of Pride. Bar and club listings feature Sipps Gulfport and Just Us Lounge. Food, coffee, and restaurant options include Serendipity Creamery LLC and Rosita's. For more information or to add a business to the list, contact info@gcequality.org. (</w:t>
      </w:r>
      <w:hyperlink r:id="rId19">
        <w:r>
          <w:rPr>
            <w:color w:val="0000EE"/>
            <w:u w:val="single"/>
          </w:rPr>
          <w:t>gulfcoastequalitycouncil.org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ulfcoastequalitycouncil.org/festival-information" TargetMode="External"/><Relationship Id="rId10" Type="http://schemas.openxmlformats.org/officeDocument/2006/relationships/hyperlink" Target="https://www.gulfcoastequalitycouncil.org/gulf-coast-equality-council" TargetMode="External"/><Relationship Id="rId11" Type="http://schemas.openxmlformats.org/officeDocument/2006/relationships/hyperlink" Target="https://www.coastalmississippi.com/events/10th-annual-gulf-coast-equality-fest/" TargetMode="External"/><Relationship Id="rId12" Type="http://schemas.openxmlformats.org/officeDocument/2006/relationships/hyperlink" Target="https://www.gulfcoastequalitycouncil.org/lgbt-friendly-and-owned-buisnesses" TargetMode="External"/><Relationship Id="rId13" Type="http://schemas.openxmlformats.org/officeDocument/2006/relationships/hyperlink" Target="https://www.gulfcoastequalitycouncil.org/equality-fest-guide-advertising" TargetMode="External"/><Relationship Id="rId14" Type="http://schemas.openxmlformats.org/officeDocument/2006/relationships/hyperlink" Target="https://www.mississippifreepress.org/mississippi-lgbtq-community-to-celebrate-a-decade-of-diversity-at-10th-annual-gulf-coast-equality-festival/" TargetMode="External"/><Relationship Id="rId15" Type="http://schemas.openxmlformats.org/officeDocument/2006/relationships/hyperlink" Target="https://www.gulfcoastequalitycouncil.org/festival-information?utm_source=openai" TargetMode="External"/><Relationship Id="rId16" Type="http://schemas.openxmlformats.org/officeDocument/2006/relationships/hyperlink" Target="https://www.coastalmississippi.com/events/10th-annual-gulf-coast-equality-fest/?utm_source=openai" TargetMode="External"/><Relationship Id="rId17" Type="http://schemas.openxmlformats.org/officeDocument/2006/relationships/hyperlink" Target="https://www.gulfcoastequalitycouncil.org/gulf-coast-equality-council?utm_source=openai" TargetMode="External"/><Relationship Id="rId18" Type="http://schemas.openxmlformats.org/officeDocument/2006/relationships/hyperlink" Target="https://www.gulfcoastequalitycouncil.org/equality-fest-guide-advertising?utm_source=openai" TargetMode="External"/><Relationship Id="rId19" Type="http://schemas.openxmlformats.org/officeDocument/2006/relationships/hyperlink" Target="https://www.gulfcoastequalitycouncil.org/lgbt-friendly-and-owned-buisness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