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Chick-fil-A CEO Dodges LGBTQ+ Rights Question on Today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watched Chick-fil-A CEO Andrew Cathy repeatedly avoid stating the fast-food chain’s position on LGBTQ+ equal rights during a Today interview. His emphasis on hospitality and chicken left critics unconvinced, reviving questions about the brand’s past donations, family legacy and relationship with queer customers.</w:t>
      </w:r>
      <w:r/>
    </w:p>
    <w:p>
      <w:pPr>
        <w:pStyle w:val="Heading2"/>
      </w:pPr>
      <w:r>
        <w:t>Essential Takeaways</w:t>
      </w:r>
      <w:r/>
      <w:r/>
    </w:p>
    <w:p>
      <w:pPr>
        <w:pStyle w:val="ListBullet"/>
        <w:spacing w:line="240" w:lineRule="auto"/>
        <w:ind w:left="720"/>
      </w:pPr>
      <w:r/>
      <w:r>
        <w:rPr>
          <w:b/>
        </w:rPr>
        <w:t>Cathy stayed vague:</w:t>
      </w:r>
      <w:r>
        <w:t xml:space="preserve"> He repeatedly redirected questions towards food, service and hospitality.</w:t>
      </w:r>
      <w:r/>
    </w:p>
    <w:p>
      <w:pPr>
        <w:pStyle w:val="ListBullet"/>
        <w:spacing w:line="240" w:lineRule="auto"/>
        <w:ind w:left="720"/>
      </w:pPr>
      <w:r/>
      <w:r>
        <w:rPr>
          <w:b/>
        </w:rPr>
        <w:t>The history remains contentious:</w:t>
      </w:r>
      <w:r>
        <w:t xml:space="preserve"> Chick-fil-A has faced criticism over past comments and donations linked to anti-LGBTQ+ organisations.</w:t>
      </w:r>
      <w:r/>
    </w:p>
    <w:p>
      <w:pPr>
        <w:pStyle w:val="ListBullet"/>
        <w:spacing w:line="240" w:lineRule="auto"/>
        <w:ind w:left="720"/>
      </w:pPr>
      <w:r/>
      <w:r>
        <w:rPr>
          <w:b/>
        </w:rPr>
        <w:t>The interview spread quickly:</w:t>
      </w:r>
      <w:r>
        <w:t xml:space="preserve"> Short clips prompted sharp reactions from celebrities, customers and rival businesses.</w:t>
      </w:r>
      <w:r/>
    </w:p>
    <w:p>
      <w:pPr>
        <w:pStyle w:val="ListBullet"/>
        <w:spacing w:line="240" w:lineRule="auto"/>
        <w:ind w:left="720"/>
      </w:pPr>
      <w:r/>
      <w:r>
        <w:rPr>
          <w:b/>
        </w:rPr>
        <w:t>A warm welcome isn't the same as equality:</w:t>
      </w:r>
      <w:r>
        <w:t xml:space="preserve"> Critics argued that serving everyone doesn't answer whether a company supports equal rights.</w:t>
      </w:r>
      <w:r/>
    </w:p>
    <w:p>
      <w:pPr>
        <w:pStyle w:val="ListBullet"/>
        <w:spacing w:line="240" w:lineRule="auto"/>
        <w:ind w:left="720"/>
      </w:pPr>
      <w:r/>
      <w:r>
        <w:rPr>
          <w:b/>
        </w:rPr>
        <w:t>Customers still have a choice:</w:t>
      </w:r>
      <w:r>
        <w:t xml:space="preserve"> Shoppers can weigh a brand's policies, donations and leadership statements before spending.</w:t>
      </w:r>
      <w:r/>
      <w:r/>
    </w:p>
    <w:p>
      <w:pPr>
        <w:pStyle w:val="Heading2"/>
      </w:pPr>
      <w:r>
        <w:t>The question was simple. The answer wasn't.</w:t>
      </w:r>
      <w:r/>
    </w:p>
    <w:p>
      <w:r/>
      <w:r>
        <w:t>The uncomfortable moment arrived when Today interviewer Craig Melvin asked Andrew Cathy to address Chick-fil-A's official position on equal rights for LGBTQ+ people. Rather than offer a direct answer, Cathy returned to familiar language about great-tasting food, service and welcoming customers. Fox Business reported that the CEO framed the chain's focus as hospitality for everyone.</w:t>
      </w:r>
      <w:r/>
    </w:p>
    <w:p>
      <w:r/>
      <w:r>
        <w:t>That might sound harmless over a quick lunch, but it left a noticeable gap. A restaurant can serve customers broadly while still being asked what it believes, supports or funds beyond the counter. Viewers clearly felt that distinction, and the clip quickly became a talking point online.</w:t>
      </w:r>
      <w:r/>
    </w:p>
    <w:p>
      <w:pPr>
        <w:pStyle w:val="Heading2"/>
      </w:pPr>
      <w:r>
        <w:t>Chick-fil-A's past still shapes the conversation</w:t>
      </w:r>
      <w:r/>
    </w:p>
    <w:p>
      <w:r/>
      <w:r>
        <w:t>The exchange carries extra weight because Chick-fil-A's history is not a blank page. Dan Cathy, Andrew Cathy's father and the chain's former chief executive, attracted widespread attention in 2012 after publicly backing a traditional, religious definition of marriage. The Independent has also examined criticism surrounding the company's historic donations and LGBTQ+ rights record.</w:t>
      </w:r>
      <w:r/>
    </w:p>
    <w:p>
      <w:r/>
      <w:r>
        <w:t>Those earlier controversies have never entirely disappeared from public discussion. They sit behind every new leadership interview, rather like a forgotten receipt turning up in a coat pocket. When a company has faced scrutiny over support for organisations associated with anti-gay campaigning or conversion therapy, a carefully worded answer can sound less like neutrality and more like avoidance.</w:t>
      </w:r>
      <w:r/>
    </w:p>
    <w:p>
      <w:pPr>
        <w:pStyle w:val="Heading2"/>
      </w:pPr>
      <w:r>
        <w:t>Hospitality doesn't settle an equality question</w:t>
      </w:r>
      <w:r/>
    </w:p>
    <w:p>
      <w:r/>
      <w:r>
        <w:t>Cathy's repeated emphasis on serving everyone may reassure some customers, but critics wanted a clearer distinction between commercial inclusion and equal-rights support. Fast Company noted that the CEO did not provide a straightforward statement when pressed on the chain's official position.</w:t>
      </w:r>
      <w:r/>
    </w:p>
    <w:p>
      <w:r/>
      <w:r>
        <w:t>That distinction matters particularly to LGBTQ+ customers and allies deciding where to spend their money. Being welcomed through the door is important, but many consumers now look further, asking how companies treat staff, where donations go and whether executives will speak plainly when values are challenged.</w:t>
      </w:r>
      <w:r/>
    </w:p>
    <w:p>
      <w:pPr>
        <w:pStyle w:val="Heading2"/>
      </w:pPr>
      <w:r>
        <w:t>Social media had plenty to say</w:t>
      </w:r>
      <w:r/>
    </w:p>
    <w:p>
      <w:r/>
      <w:r>
        <w:t>Once the interview clip circulated, the reaction was swift and often pointed. Rival Tex-Mex business Lucharitos mocked what it described as a lack of backbone, while Andy Cohen criticised Cathy's missed opportunity to rebuild trust. TV Insider reported that social media users broadly focused on the CEO's refusal to provide the direct answer Melvin requested.</w:t>
      </w:r>
      <w:r/>
    </w:p>
    <w:p>
      <w:r/>
      <w:r>
        <w:t>Chelsea Handler's brief response, "No thank you", captured the mood with characteristic economy. The jokes may be light, but the underlying issue is serious: customers increasingly expect brands to understand that silence can carry its own message.</w:t>
      </w:r>
      <w:r/>
    </w:p>
    <w:p>
      <w:pPr>
        <w:pStyle w:val="Heading2"/>
      </w:pPr>
      <w:r>
        <w:t>What should shoppers make of it?</w:t>
      </w:r>
      <w:r/>
    </w:p>
    <w:p>
      <w:r/>
      <w:r>
        <w:t>There isn't a complicated decoding exercise here. Anyone considering Chick-fil-A can look at the company's current public statements, charitable partnerships and leadership interviews, then decide whether those match their own priorities. A cheerful front counter and a polished brand image are only part of the picture.</w:t>
      </w:r>
      <w:r/>
    </w:p>
    <w:p>
      <w:r/>
      <w:r>
        <w:t>For businesses, the episode offers a broader lesson. If a company wants to be known as welcoming, it needs to explain what that means in practice, especially when its past has raised legitimate concerns. As Advocate coverage also highlighted, repeating service language without addressing the central question is unlikely to satisfy people seeking accountability.</w:t>
      </w:r>
      <w:r/>
    </w:p>
    <w:p>
      <w:r/>
      <w:r>
        <w:t>The next test will be whether Chick-fil-A provides a clearer explanation or lets the controversy fade between news cycles. Either way, customers have heard the answer that wasn't given.</w:t>
      </w:r>
      <w:r/>
    </w:p>
    <w:p>
      <w:r/>
      <w:r>
        <w:t>It's a small sentence, but it could have made a very big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5">
        <w:r>
          <w:rPr>
            <w:color w:val="0000EE"/>
            <w:u w:val="single"/>
          </w:rPr>
          <w:t>[6]</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[5]</w:t>
        </w:r>
      </w:hyperlink>
      <w:r>
        <w:t xml:space="preserve">, </w:t>
      </w:r>
      <w:hyperlink r:id="rId15">
        <w:r>
          <w:rPr>
            <w:color w:val="0000EE"/>
            <w:u w:val="single"/>
          </w:rPr>
          <w:t>[6]</w:t>
        </w:r>
      </w:hyperlink>
      <w:r>
        <w:t xml:space="preserve">- Paragraph 12: </w:t>
      </w:r>
      <w:hyperlink r:id="rId14">
        <w:r>
          <w:rPr>
            <w:color w:val="0000EE"/>
            <w:u w:val="single"/>
          </w:rPr>
          <w:t>[3]</w:t>
        </w:r>
      </w:hyperlink>
      <w:r>
        <w:t xml:space="preserve">, </w:t>
      </w:r>
      <w:hyperlink r:id="rId13">
        <w:r>
          <w:rPr>
            <w:color w:val="0000EE"/>
            <w:u w:val="single"/>
          </w:rPr>
          <w:t>[7]</w:t>
        </w:r>
      </w:hyperlink>
      <w:r>
        <w:t xml:space="preserve">- Paragraph 13: </w:t>
      </w:r>
      <w:hyperlink r:id="rId11">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https://www.starobserver.com.au/news/chick-fil-a-ceo-andrew-cathy-chickens-out-on-supporting-equal-rights/244567</w:t>
        </w:r>
      </w:hyperlink>
      <w:r>
        <w:t xml:space="preserve"> - Please view link - unable to able to access data</w:t>
      </w:r>
      <w:r/>
    </w:p>
    <w:p>
      <w:pPr>
        <w:pStyle w:val="ListNumber"/>
        <w:spacing w:line="240" w:lineRule="auto"/>
        <w:ind w:left="720"/>
      </w:pPr>
      <w:r/>
      <w:hyperlink r:id="rId10">
        <w:r>
          <w:rPr>
            <w:color w:val="0000EE"/>
            <w:u w:val="single"/>
          </w:rPr>
          <w:t>https://www.foxbusiness.com/media/chick-fil-a-ceo-pressed-lgbtq-stance-affirms-fast-food-chain-focused-hospitality-all-customers</w:t>
        </w:r>
      </w:hyperlink>
      <w:r>
        <w:t xml:space="preserve"> - In an October 14, 2026, interview on NBC's 'Today' show, Chick-fil-A CEO Andrew Cathy was questioned about the company's position on LGBTQ+ rights. When asked about the company's official stance, Cathy emphasized the chain's focus on hospitality and service, stating, 'We're focused on hospitality, serving great-tasting food and great service.' This response comes amid ongoing discussions about the company's past controversies regarding LGBTQ+ issues, including its previous opposition to same-sex marriage and donations to organizations with anti-LGBTQ+ views. The interview has sparked widespread discussion and criticism on social media platforms.</w:t>
      </w:r>
      <w:r/>
    </w:p>
    <w:p>
      <w:pPr>
        <w:pStyle w:val="ListNumber"/>
        <w:spacing w:line="240" w:lineRule="auto"/>
        <w:ind w:left="720"/>
      </w:pPr>
      <w:r/>
      <w:hyperlink r:id="rId14">
        <w:r>
          <w:rPr>
            <w:color w:val="0000EE"/>
            <w:u w:val="single"/>
          </w:rPr>
          <w:t>https://www.the-independent.com/us/money/chick-fil-a-ceo-lgbtq-rights-donations-b3066888.html</w:t>
        </w:r>
      </w:hyperlink>
      <w:r>
        <w:t xml:space="preserve"> - Chick-fil-A CEO Andrew Cathy recently appeared on the 'Today' show, where he was pressed about the company's stance on LGBTQ+ rights. When questioned about the company's past opposition to same-sex marriage and donations to organizations viewed as anti-LGBTQ+, Cathy avoided providing a direct answer, instead focusing on the chain's commitment to hospitality and service. This interview has reignited discussions about the company's history and its current position on LGBTQ+ issues, with viewers expressing mixed reactions to Cathy's responses.</w:t>
      </w:r>
      <w:r/>
    </w:p>
    <w:p>
      <w:pPr>
        <w:pStyle w:val="ListNumber"/>
        <w:spacing w:line="240" w:lineRule="auto"/>
        <w:ind w:left="720"/>
      </w:pPr>
      <w:r/>
      <w:hyperlink r:id="rId11">
        <w:r>
          <w:rPr>
            <w:color w:val="0000EE"/>
            <w:u w:val="single"/>
          </w:rPr>
          <w:t>https://www.fastcompany.com/91623873/chick-fil-a-ceo-fails-to-answer-what-the-chains-official-position-is-on-lgbtq-rights</w:t>
        </w:r>
      </w:hyperlink>
      <w:r>
        <w:t xml:space="preserve"> - In his first broadcast interview on NBC's 'Today' show, Chick-fil-A CEO Andrew Cathy was questioned about the company's official position on LGBTQ+ rights. Cathy repeatedly evaded providing a direct answer, instead emphasizing the company's focus on hospitality and service. This response has drawn criticism, especially considering the company's past controversies, including its previous opposition to same-sex marriage and donations to organizations with anti-LGBTQ+ views. The interview has sparked renewed discussions about the company's stance on LGBTQ+ issues.</w:t>
      </w:r>
      <w:r/>
    </w:p>
    <w:p>
      <w:pPr>
        <w:pStyle w:val="ListNumber"/>
        <w:spacing w:line="240" w:lineRule="auto"/>
        <w:ind w:left="720"/>
      </w:pPr>
      <w:r/>
      <w:hyperlink r:id="rId12">
        <w:r>
          <w:rPr>
            <w:color w:val="0000EE"/>
            <w:u w:val="single"/>
          </w:rPr>
          <w:t>https://www.tvinsider.com/1297109/craig-melvin-grills-chick-fil-a-ceo-about-lgbtq-rights-today-fans-react/</w:t>
        </w:r>
      </w:hyperlink>
      <w:r>
        <w:t xml:space="preserve"> - During an October 14, 2026, interview on NBC's 'Today' show, Chick-fil-A CEO Andrew Cathy was pressed by host Craig Melvin about the company's past opposition to LGBTQ+ rights. Cathy avoided directly answering questions about the company's official stance, instead focusing on the chain's commitment to hospitality and service. This interview has elicited mixed reactions from viewers, with some criticizing Cathy's responses and others praising the company's focus on service.</w:t>
      </w:r>
      <w:r/>
    </w:p>
    <w:p>
      <w:pPr>
        <w:pStyle w:val="ListNumber"/>
        <w:spacing w:line="240" w:lineRule="auto"/>
        <w:ind w:left="720"/>
      </w:pPr>
      <w:r/>
      <w:hyperlink r:id="rId15">
        <w:r>
          <w:rPr>
            <w:color w:val="0000EE"/>
            <w:u w:val="single"/>
          </w:rPr>
          <w:t>https://www.advocate.com/news/chick-fil-a-ceo-interview</w:t>
        </w:r>
      </w:hyperlink>
      <w:r>
        <w:t xml:space="preserve"> - Chick-fil-A CEO Andrew Cathy recently appeared on NBC's 'Today' show, where he was questioned about the company's stance on LGBTQ+ rights. When asked about the company's past opposition to same-sex marriage and donations to organizations viewed as anti-LGBTQ+, Cathy avoided providing a direct answer, instead emphasizing the chain's commitment to hospitality and service. This interview has reignited discussions about the company's history and its current position on LGBTQ+ issues.</w:t>
      </w:r>
      <w:r/>
    </w:p>
    <w:p>
      <w:pPr>
        <w:pStyle w:val="ListNumber"/>
        <w:spacing w:line="240" w:lineRule="auto"/>
        <w:ind w:left="720"/>
      </w:pPr>
      <w:r/>
      <w:hyperlink r:id="rId13">
        <w:r>
          <w:rPr>
            <w:color w:val="0000EE"/>
            <w:u w:val="single"/>
          </w:rPr>
          <w:t>https://www.aol.com/articles/chick-fil-ceo-addresses-companys-position-on-lgbtq-rights-in-first-broadcast-interview-175235000.html</w:t>
        </w:r>
      </w:hyperlink>
      <w:r>
        <w:t xml:space="preserve"> - In an October 14, 2026, interview on NBC's 'Today' show, Chick-fil-A CEO Andrew Cathy addressed questions about the company's position on LGBTQ+ rights. Cathy emphasized the company's focus on hospitality and service, avoiding a direct answer regarding the company's official stance on equal rights. This response comes amid ongoing discussions about the company's past controversies, including its previous opposition to same-sex marriage and donations to organizations with anti-LGBTQ+ views. The interview has sparked widespread discussion and criticism on social media platforms.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chick-fil-a-ceo-andrew-cathy-chickens-out-on-supporting-equal-rights/244567" TargetMode="External"/><Relationship Id="rId10" Type="http://schemas.openxmlformats.org/officeDocument/2006/relationships/hyperlink" Target="https://www.foxbusiness.com/media/chick-fil-a-ceo-pressed-lgbtq-stance-affirms-fast-food-chain-focused-hospitality-all-customers" TargetMode="External"/><Relationship Id="rId11" Type="http://schemas.openxmlformats.org/officeDocument/2006/relationships/hyperlink" Target="https://www.fastcompany.com/91623873/chick-fil-a-ceo-fails-to-answer-what-the-chains-official-position-is-on-lgbtq-rights" TargetMode="External"/><Relationship Id="rId12" Type="http://schemas.openxmlformats.org/officeDocument/2006/relationships/hyperlink" Target="https://www.tvinsider.com/1297109/craig-melvin-grills-chick-fil-a-ceo-about-lgbtq-rights-today-fans-react/" TargetMode="External"/><Relationship Id="rId13" Type="http://schemas.openxmlformats.org/officeDocument/2006/relationships/hyperlink" Target="https://www.aol.com/articles/chick-fil-ceo-addresses-companys-position-on-lgbtq-rights-in-first-broadcast-interview-175235000.html" TargetMode="External"/><Relationship Id="rId14" Type="http://schemas.openxmlformats.org/officeDocument/2006/relationships/hyperlink" Target="https://www.the-independent.com/us/money/chick-fil-a-ceo-lgbtq-rights-donations-b3066888.html" TargetMode="External"/><Relationship Id="rId15" Type="http://schemas.openxmlformats.org/officeDocument/2006/relationships/hyperlink" Target="https://www.advocate.com/news/chick-fil-a-ceo-int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