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Halloween parties across the UK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planning costumes early as sapphic Halloween parties spread across the UK, with queer events promising everything from dancing and drag to speed dating, pumpkin carving and BSL-led celebrations. London dominates the calendar, but Birmingham, Belfast, Brighton, Cardiff, Glasgow and Manchester offer plenty of reasons to leave the sofa.</w:t>
      </w:r>
      <w:r/>
    </w:p>
    <w:p>
      <w:pPr>
        <w:pStyle w:val="Heading2"/>
      </w:pPr>
      <w:r>
        <w:t>Essential Takeaways</w:t>
      </w:r>
      <w:r/>
      <w:r/>
    </w:p>
    <w:p>
      <w:pPr>
        <w:pStyle w:val="ListBullet"/>
        <w:spacing w:line="240" w:lineRule="auto"/>
        <w:ind w:left="720"/>
      </w:pPr>
      <w:r/>
      <w:r>
        <w:rPr>
          <w:b/>
        </w:rPr>
        <w:t>London has the biggest choice:</w:t>
      </w:r>
      <w:r>
        <w:t xml:space="preserve"> Expect full-venue takeovers, themed club nights, murder mysteries and relaxed socials.</w:t>
      </w:r>
      <w:r/>
    </w:p>
    <w:p>
      <w:pPr>
        <w:pStyle w:val="ListBullet"/>
        <w:spacing w:line="240" w:lineRule="auto"/>
        <w:ind w:left="720"/>
      </w:pPr>
      <w:r/>
      <w:r>
        <w:rPr>
          <w:b/>
        </w:rPr>
        <w:t>Events suit different moods:</w:t>
      </w:r>
      <w:r>
        <w:t xml:space="preserve"> Options range from pumpkin carving and speed dating to late-night dancing and live performance.</w:t>
      </w:r>
      <w:r/>
    </w:p>
    <w:p>
      <w:pPr>
        <w:pStyle w:val="ListBullet"/>
        <w:spacing w:line="240" w:lineRule="auto"/>
        <w:ind w:left="720"/>
      </w:pPr>
      <w:r/>
      <w:r>
        <w:rPr>
          <w:b/>
        </w:rPr>
        <w:t>Accessibility matters:</w:t>
      </w:r>
      <w:r>
        <w:t xml:space="preserve"> Some listings include step-free access, accessible toilets, BSL-led programming and carer tickets.</w:t>
      </w:r>
      <w:r/>
    </w:p>
    <w:p>
      <w:pPr>
        <w:pStyle w:val="ListBullet"/>
        <w:spacing w:line="240" w:lineRule="auto"/>
        <w:ind w:left="720"/>
      </w:pPr>
      <w:r/>
      <w:r>
        <w:rPr>
          <w:b/>
        </w:rPr>
        <w:t>Tickets vary widely:</w:t>
      </w:r>
      <w:r>
        <w:t xml:space="preserve"> Smaller socials can cost around £5, while larger Halloween parties may reach £25 or more.</w:t>
      </w:r>
      <w:r/>
    </w:p>
    <w:p>
      <w:pPr>
        <w:pStyle w:val="ListBullet"/>
        <w:spacing w:line="240" w:lineRule="auto"/>
        <w:ind w:left="720"/>
      </w:pPr>
      <w:r/>
      <w:r>
        <w:rPr>
          <w:b/>
        </w:rPr>
        <w:t>Book early where possible:</w:t>
      </w:r>
      <w:r>
        <w:t xml:space="preserve"> Popular queer events and limited-release tickets are likely to disappear quickly.</w:t>
      </w:r>
      <w:r/>
      <w:r/>
    </w:p>
    <w:p>
      <w:pPr>
        <w:pStyle w:val="Heading2"/>
      </w:pPr>
      <w:r>
        <w:t>London is going all in for sapphic Halloween</w:t>
      </w:r>
      <w:r/>
    </w:p>
    <w:p>
      <w:r/>
      <w:r>
        <w:t>The capital's Halloween calendar is less a list than a small supernatural ecosystem. One night might involve a candlelit life-drawing session, while the next brings a packed dance floor, tarot readings and enough fake blood to concern the venue cleaners.</w:t>
      </w:r>
      <w:r/>
    </w:p>
    <w:p>
      <w:r/>
      <w:r>
        <w:t>There are plenty of formats to choose from. Sapphoes is offering both a low-cost femme social and a larger Shoreditch party, while Dapper's murder mystery combines dinner, dancing and a film-noir dress code. G.IRL, meanwhile, is planning large-scale nights in both London and Manchester, with DJs, performances, costume prizes and themed decorations.</w:t>
      </w:r>
      <w:r/>
    </w:p>
    <w:p>
      <w:r/>
      <w:r>
        <w:t>For anyone who'd rather not spend Halloween shouting over a giant club system, the London Trans+ social at Retro Bar offers a quieter alternative. Dogs &amp; Dykes also keeps things playful, with karaoke on hand for anyone whose costume deserves its own power ballad.</w:t>
      </w:r>
      <w:r/>
    </w:p>
    <w:p>
      <w:pPr>
        <w:pStyle w:val="Heading2"/>
      </w:pPr>
      <w:r>
        <w:t>Pick your evening: spectacle, flirting or something gentler</w:t>
      </w:r>
      <w:r/>
    </w:p>
    <w:p>
      <w:r/>
      <w:r>
        <w:t>Not every Halloween event needs to end at 4am. In Glasgow, a sapphic pumpkin-carving evening offers a creative way to meet people without the pressure of a formal party. Supplies are included, which is useful if your own artistic toolkit currently consists of one blunt kitchen knife.</w:t>
      </w:r>
      <w:r/>
    </w:p>
    <w:p>
      <w:r/>
      <w:r>
        <w:t>The city's LGBTQ+ women's speed-dating event takes a more direct approach, using short conversations and prompts before moving on to an afterparty. Guests can indicate whether they're looking for dates, friendship or both, making it a useful option for people tired of app-based small talk.</w:t>
      </w:r>
      <w:r/>
    </w:p>
    <w:p>
      <w:r/>
      <w:r>
        <w:t>Brighton's Deaf Rainbow UK programme brings another valuable perspective. Its day includes a BSL-led LGBTQ+ history walk, houseplant bingo and a fancy-dress party, putting Deaf LGBTQ+ people at the centre while welcoming hearing friends, relatives and allies.</w:t>
      </w:r>
      <w:r/>
    </w:p>
    <w:p>
      <w:pPr>
        <w:pStyle w:val="Heading2"/>
      </w:pPr>
      <w:r>
        <w:t>Beyond London, queer Halloween is getting more varied</w:t>
      </w:r>
      <w:r/>
    </w:p>
    <w:p>
      <w:r/>
      <w:r>
        <w:t>Manchester's programme includes a trans-centred Monster Ball, a late-night queer house and nu-disco event, and another G.IRL party designed for a large WLW crowd. The emphasis isn't only on costumes and club music, either. Organisers have highlighted features such as step-free access, accessible toilets, carer tickets and spaces intended to make solo attendance less awkward.</w:t>
      </w:r>
      <w:r/>
    </w:p>
    <w:p>
      <w:r/>
      <w:r>
        <w:t>Cardiff offers a pair of contrasting choices. VELVET provides a social and disco night for LGBTQ+ women, while SIREN brings queer pop and DJs to Paradise Garden on Halloween itself. In Birmingham, listings for SCSS R Halloween point to the city's growing appetite for dedicated queer nightlife, alongside further events listed across the UK.</w:t>
      </w:r>
      <w:r/>
    </w:p>
    <w:p>
      <w:r/>
      <w:r>
        <w:t>There are also listings in Belfast, including an Out Sapphic Halloween party, and additional sapphic Halloween showcases appearing in Manchester and elsewhere. Availability and details can change, so checking the organiser's own ticket page before travelling is sensible.</w:t>
      </w:r>
      <w:r/>
    </w:p>
    <w:p>
      <w:pPr>
        <w:pStyle w:val="Heading2"/>
      </w:pPr>
      <w:r>
        <w:t>How to choose the right event for you</w:t>
      </w:r>
      <w:r/>
    </w:p>
    <w:p>
      <w:r/>
      <w:r>
        <w:t>Start with the atmosphere rather than the city. If you want conversation, look for a social, creative workshop or speed-dating format. If dancing is the priority, check the finish time, music style and whether the event is genuinely sapphic-focused or simply queer-friendly.</w:t>
      </w:r>
      <w:r/>
    </w:p>
    <w:p>
      <w:r/>
      <w:r>
        <w:t>Costume rules deserve attention too. Some nights require full fancy dress, while others welcome a subtle nod, such as dark lipstick, cat ears or a suspicious amount of fake blood. Always check age restrictions, ID requirements, last entry and whether tickets are advance-only.</w:t>
      </w:r>
      <w:r/>
    </w:p>
    <w:p>
      <w:r/>
      <w:r>
        <w:t>Accessibility information is just as important. Look for details about step-free routes, toilets, seating, BSL interpretation, carer tickets and quiet spaces. If a listing doesn't explain what you need, message the organiser before booking. A quick question can save a stressful evening later.</w:t>
      </w:r>
      <w:r/>
    </w:p>
    <w:p>
      <w:pPr>
        <w:pStyle w:val="Heading2"/>
      </w:pPr>
      <w:r>
        <w:t>Book early, then leave room for a little chaos</w:t>
      </w:r>
      <w:r/>
    </w:p>
    <w:p>
      <w:r/>
      <w:r>
        <w:t>The most popular parties are likely to sell out, particularly large events with limited ticket runs or group discounts. Booking early also makes it easier to plan travel, costume changes and the inevitable pre-party debate over whether a themed outfit is brilliant or simply too warm.</w:t>
      </w:r>
      <w:r/>
    </w:p>
    <w:p>
      <w:r/>
      <w:r>
        <w:t>For a lower-pressure night, consider a midweek social or an event with a clear meet-up point. Larger organisers sometimes offer hosts, icebreaker cards or newcomer areas, which can make arriving alone feel considerably less dramatic.</w:t>
      </w:r>
      <w:r/>
    </w:p>
    <w:p>
      <w:r/>
      <w:r>
        <w:t>Halloween is at its best when the night fits you, rather than the other way around. Whether that means a packed dance floor, a pumpkin with questionable facial symmetry or Jennifer and Needy on the television, there's no wrong way to join in.</w:t>
      </w:r>
      <w:r/>
    </w:p>
    <w:p>
      <w:r/>
      <w:r>
        <w:t>Find the sapphic Halloween event that matches your mood, budget and preferred level of theatricality.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https://nonchalantmagazine.com/sapphic-queer-halloween-parties-across-the-uk/</w:t>
        </w:r>
      </w:hyperlink>
      <w:r>
        <w:t xml:space="preserve"> - Please view link - unable to able to access data</w:t>
      </w:r>
      <w:r/>
    </w:p>
    <w:p>
      <w:pPr>
        <w:pStyle w:val="ListNumber"/>
        <w:spacing w:line="240" w:lineRule="auto"/>
        <w:ind w:left="720"/>
      </w:pPr>
      <w:r/>
      <w:hyperlink r:id="rId10">
        <w:r>
          <w:rPr>
            <w:color w:val="0000EE"/>
            <w:u w:val="single"/>
          </w:rPr>
          <w:t>https://www.deadwaxdigbeth.pub/events/scssr-halloween</w:t>
        </w:r>
      </w:hyperlink>
      <w:r>
        <w:t xml:space="preserve"> - SCSSR presents HALLOWEEN at Dead Wax Digbeth in Birmingham on Friday, 30 October 2026, from 8:00 PM to midnight. The event aims to build a vibrant lesbian and FLINTA* community in the West Midlands, featuring performances, DJs, temporary tattoos, and a Halloween best-dressed competition. The dress code encourages attendees to impress. The event is exclusively for individuals who identify as dykes, femmes, butches, studs, stems, lesbians, bi, pan, trans, non-binary, and sapphic people, with FLINTA BIPOC/Global Majority members welcomed and encouraged. Accessibility information indicates that the venue has no step-free access or lift. For more details, visit the Dead Wax Digbeth website.</w:t>
      </w:r>
      <w:r/>
    </w:p>
    <w:p>
      <w:pPr>
        <w:pStyle w:val="ListNumber"/>
        <w:spacing w:line="240" w:lineRule="auto"/>
        <w:ind w:left="720"/>
      </w:pPr>
      <w:r/>
      <w:hyperlink r:id="rId11">
        <w:r>
          <w:rPr>
            <w:color w:val="0000EE"/>
            <w:u w:val="single"/>
          </w:rPr>
          <w:t>https://www.gayout.com/europe/united-kingdom/belfast/events/out-sapphic-halloween-party-2026-10-28</w:t>
        </w:r>
      </w:hyperlink>
      <w:r>
        <w:t xml:space="preserve"> - Out. presents a Sapphic Halloween Party in Belfast on Wednesday, 28 October 2026, at Revolucion De Cuba. The event is dedicated to the sapphic community, including singles, couples, and everyone in between. Attendees are encouraged to dress as their favourite queer icon, with costume prizes, spooky games, music from DJ GRLRACER, Halloween decor, seasonal drinks, and a room full of 'gorgeous ghouls.' Doors open at 7 PM. For more information, visit the GayOut website.</w:t>
      </w:r>
      <w:r/>
    </w:p>
    <w:p>
      <w:pPr>
        <w:pStyle w:val="ListNumber"/>
        <w:spacing w:line="240" w:lineRule="auto"/>
        <w:ind w:left="720"/>
      </w:pPr>
      <w:r/>
      <w:hyperlink r:id="rId12">
        <w:r>
          <w:rPr>
            <w:color w:val="0000EE"/>
            <w:u w:val="single"/>
          </w:rPr>
          <w:t>https://www.gayout.com/europe/united-kingdom/manchester/events/sapphic-showcase-halloween-special--2026-10-29</w:t>
        </w:r>
      </w:hyperlink>
      <w:r>
        <w:t xml:space="preserve"> - LGBT Foundation's Sapphic Showcase: Halloween Special takes place on Thursday, 29 October 2026, at LGBT Foundation in Manchester. The event celebrates the talent, creativity, and stories of the sapphic community, featuring live music, poetry, drag, performance, and queer creativity. Attendees are encouraged to dress up as their favourite queer icon, rebellious rule-breaker, legendary witch, gothic heroine, or iconic troublemaker. The event is open to sapphic women, non-binary people, and everyone who wants to celebrate queer talent and community. For more details, visit the GayOut website.</w:t>
      </w:r>
      <w:r/>
    </w:p>
    <w:p>
      <w:pPr>
        <w:pStyle w:val="ListNumber"/>
        <w:spacing w:line="240" w:lineRule="auto"/>
        <w:ind w:left="720"/>
      </w:pPr>
      <w:r/>
      <w:hyperlink r:id="rId13">
        <w:r>
          <w:rPr>
            <w:color w:val="0000EE"/>
            <w:u w:val="single"/>
          </w:rPr>
          <w:t>https://www.gayout.com/europe/united-kingdom/birmingham/events/scssr-halloween-2026-10-30</w:t>
        </w:r>
      </w:hyperlink>
      <w:r>
        <w:t xml:space="preserve"> - SCSSR presents HALLOWEEN at Dead Wax Digbeth in Birmingham on Friday, 30 October 2026, from 8:00 PM to midnight. The event aims to build a vibrant lesbian and FLINTA* community in the West Midlands, featuring performances, DJs, temporary tattoos, and a Halloween best-dressed competition. The dress code encourages attendees to impress. The event is exclusively for individuals who identify as dykes, femmes, butches, studs, stems, lesbians, bi, pan, trans, non-binary, and sapphic people, with FLINTA BIPOC/Global Majority members welcomed and encouraged. Accessibility information indicates that the venue has no step-free access or lift. For more details, visit the Dead Wax Digbeth website.</w:t>
      </w:r>
      <w:r/>
    </w:p>
    <w:p>
      <w:pPr>
        <w:pStyle w:val="ListNumber"/>
        <w:spacing w:line="240" w:lineRule="auto"/>
        <w:ind w:left="720"/>
      </w:pPr>
      <w:r/>
      <w:hyperlink r:id="rId14">
        <w:r>
          <w:rPr>
            <w:color w:val="0000EE"/>
            <w:u w:val="single"/>
          </w:rPr>
          <w:t>https://www.gayout.com/europe/united-kingdom/london/events/outsavvy-39305</w:t>
        </w:r>
      </w:hyperlink>
      <w:r>
        <w:t xml:space="preserve"> - Sapphoes: Dyke Halloween is scheduled for Saturday, 31 October 2026, at Strongroom Venue in London. The event is an annual celebration of queer women and non-binary people, promising a night of community and festive fun. Attendees are encouraged to come dressed in their best Halloween costume to celebrate with fellow members of the LGBTQ+ community. For more information, visit the GayOut website.</w:t>
      </w:r>
      <w:r/>
    </w:p>
    <w:p>
      <w:pPr>
        <w:pStyle w:val="ListNumber"/>
        <w:spacing w:line="240" w:lineRule="auto"/>
        <w:ind w:left="720"/>
      </w:pPr>
      <w:r/>
      <w:hyperlink r:id="rId15">
        <w:r>
          <w:rPr>
            <w:color w:val="0000EE"/>
            <w:u w:val="single"/>
          </w:rPr>
          <w:t>https://duck-tarantula-xkcd.squarespace.com/events/sapphichalloween</w:t>
        </w:r>
      </w:hyperlink>
      <w:r>
        <w:t xml:space="preserve"> - Sapphic Stretch &amp; Spook is a Halloween Eve evening of stretching, sipping, and sapphic socialising, taking place on Saturday, 31 October 2026, from 6:00 PM to 9:00 PM at The Barre fitness studio in Bath. The event includes a slow, feel-good fascia-focused movement class designed to hydrate the body, create space, and leave participants feeling deliciously stretched out. After the class, attendees can mingle over witches’ brew (herbal tea) and homemade Halloween treats. The event is open to queer women and provides a relaxed, welcoming space to move, connect, and meet other queer women. For more details, visit the event's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sapphic-queer-halloween-parties-across-the-uk/" TargetMode="External"/><Relationship Id="rId10" Type="http://schemas.openxmlformats.org/officeDocument/2006/relationships/hyperlink" Target="https://www.deadwaxdigbeth.pub/events/scssr-halloween" TargetMode="External"/><Relationship Id="rId11" Type="http://schemas.openxmlformats.org/officeDocument/2006/relationships/hyperlink" Target="https://www.gayout.com/europe/united-kingdom/belfast/events/out-sapphic-halloween-party-2026-10-28" TargetMode="External"/><Relationship Id="rId12" Type="http://schemas.openxmlformats.org/officeDocument/2006/relationships/hyperlink" Target="https://www.gayout.com/europe/united-kingdom/manchester/events/sapphic-showcase-halloween-special--2026-10-29" TargetMode="External"/><Relationship Id="rId13" Type="http://schemas.openxmlformats.org/officeDocument/2006/relationships/hyperlink" Target="https://www.gayout.com/europe/united-kingdom/birmingham/events/scssr-halloween-2026-10-30" TargetMode="External"/><Relationship Id="rId14" Type="http://schemas.openxmlformats.org/officeDocument/2006/relationships/hyperlink" Target="https://www.gayout.com/europe/united-kingdom/london/events/outsavvy-39305" TargetMode="External"/><Relationship Id="rId15" Type="http://schemas.openxmlformats.org/officeDocument/2006/relationships/hyperlink" Target="https://duck-tarantula-xkcd.squarespace.com/events/sapphichallow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