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horror films and shows to stream this spooky season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queer horror for their Halloween fix, from stylish slashers and vampire dramas to apocalyptic television. Whether you want sharp scares, messy romance or a gloriously bloody night in, these LGBTQIA+ favourites offer plenty to watch before the candles burn down.</w:t>
      </w:r>
      <w:r/>
    </w:p>
    <w:p>
      <w:pPr>
        <w:pStyle w:val="Heading2"/>
      </w:pPr>
      <w:r>
        <w:t>Essential takeaways</w:t>
      </w:r>
      <w:r/>
      <w:r/>
    </w:p>
    <w:p>
      <w:pPr>
        <w:pStyle w:val="ListBullet"/>
        <w:spacing w:line="240" w:lineRule="auto"/>
        <w:ind w:left="720"/>
      </w:pPr>
      <w:r/>
      <w:r>
        <w:rPr>
          <w:b/>
        </w:rPr>
        <w:t>Best new slasher:</w:t>
      </w:r>
      <w:r>
        <w:t xml:space="preserve"> </w:t>
      </w:r>
      <w:r>
        <w:rPr>
          <w:i/>
        </w:rPr>
        <w:t>Teenage Sex And Death At Camp Miasma</w:t>
      </w:r>
      <w:r>
        <w:t xml:space="preserve"> brings sapphic and trans representation to a campy, violent setting.</w:t>
      </w:r>
      <w:r/>
    </w:p>
    <w:p>
      <w:pPr>
        <w:pStyle w:val="ListBullet"/>
        <w:spacing w:line="240" w:lineRule="auto"/>
        <w:ind w:left="720"/>
      </w:pPr>
      <w:r/>
      <w:r>
        <w:rPr>
          <w:b/>
        </w:rPr>
        <w:t>Best binge-watch:</w:t>
      </w:r>
      <w:r>
        <w:t xml:space="preserve"> </w:t>
      </w:r>
      <w:r>
        <w:rPr>
          <w:i/>
        </w:rPr>
        <w:t>Yellowjackets</w:t>
      </w:r>
      <w:r>
        <w:t xml:space="preserve"> combines survival drama, fractured timelines and a large ensemble.</w:t>
      </w:r>
      <w:r/>
    </w:p>
    <w:p>
      <w:pPr>
        <w:pStyle w:val="ListBullet"/>
        <w:spacing w:line="240" w:lineRule="auto"/>
        <w:ind w:left="720"/>
      </w:pPr>
      <w:r/>
      <w:r>
        <w:rPr>
          <w:b/>
        </w:rPr>
        <w:t>Best chaotic thriller:</w:t>
      </w:r>
      <w:r>
        <w:t xml:space="preserve"> </w:t>
      </w:r>
      <w:r>
        <w:rPr>
          <w:i/>
        </w:rPr>
        <w:t>Love Lies Bleeding</w:t>
      </w:r>
      <w:r>
        <w:t xml:space="preserve"> mixes desire, crime and muscular action.</w:t>
      </w:r>
      <w:r/>
    </w:p>
    <w:p>
      <w:pPr>
        <w:pStyle w:val="ListBullet"/>
        <w:spacing w:line="240" w:lineRule="auto"/>
        <w:ind w:left="720"/>
      </w:pPr>
      <w:r/>
      <w:r>
        <w:rPr>
          <w:b/>
        </w:rPr>
        <w:t>Best cult classic:</w:t>
      </w:r>
      <w:r>
        <w:t xml:space="preserve"> </w:t>
      </w:r>
      <w:r>
        <w:rPr>
          <w:i/>
        </w:rPr>
        <w:t>Jennifer's Body</w:t>
      </w:r>
      <w:r>
        <w:t xml:space="preserve"> remains a witty, bisexual horror favourite, with a sequel now in development.</w:t>
      </w:r>
      <w:r/>
    </w:p>
    <w:p>
      <w:pPr>
        <w:pStyle w:val="ListBullet"/>
        <w:spacing w:line="240" w:lineRule="auto"/>
        <w:ind w:left="720"/>
      </w:pPr>
      <w:r/>
      <w:r>
        <w:rPr>
          <w:b/>
        </w:rPr>
        <w:t>Best apocalyptic pick:</w:t>
      </w:r>
      <w:r>
        <w:t xml:space="preserve"> </w:t>
      </w:r>
      <w:r>
        <w:rPr>
          <w:i/>
        </w:rPr>
        <w:t>The Last Of Us</w:t>
      </w:r>
      <w:r>
        <w:t xml:space="preserve"> delivers infected monsters, emotional weight and jump scares.</w:t>
      </w:r>
      <w:r/>
      <w:r/>
    </w:p>
    <w:p>
      <w:pPr>
        <w:pStyle w:val="Heading2"/>
      </w:pPr>
      <w:r>
        <w:t>Queer horror is having a deliciously bloody moment</w:t>
      </w:r>
      <w:r/>
    </w:p>
    <w:p>
      <w:r/>
      <w:r>
        <w:t>There’s something especially satisfying about a horror film that understands queer audiences want more than a token character who disappears before the opening credits. This season’s strongest picks put LGBTQIA+ desire, identity and friendship right at the centre, often with a generous helping of blood.</w:t>
      </w:r>
      <w:r/>
    </w:p>
    <w:p>
      <w:r/>
      <w:r>
        <w:t xml:space="preserve">At the sharpest end is </w:t>
      </w:r>
      <w:r>
        <w:rPr>
          <w:i/>
        </w:rPr>
        <w:t>Teenage Sex And Death At Camp Miasma</w:t>
      </w:r>
      <w:r>
        <w:t>, a sapphic and trans slasher led by Hannah Einbinder and Gillian Anderson. The film has attracted attention for its audacious mix of sex, fear and theatrical violence, with reviews collected by MUBI and Rotten Tomatoes offering useful starting points for curious viewers.</w:t>
      </w:r>
      <w:r/>
    </w:p>
    <w:p>
      <w:r/>
      <w:r>
        <w:t>The Week described it as a “sexy and slaughterous spectacle”, a phrase that neatly captures its appeal. It’s not a quiet, fireside ghost story. Expect something louder, stranger and considerably messier. According to The Atlantic, the film has also prompted discussion around contemporary horror’s fascination with queer identity and extreme genre play. (Sources: MUBI, Rotten Tomatoes, The Atlantic and The Week)</w:t>
      </w:r>
      <w:r/>
    </w:p>
    <w:p>
      <w:pPr>
        <w:pStyle w:val="Heading2"/>
      </w:pPr>
      <w:r>
        <w:t>Start with the new camp slasher</w:t>
      </w:r>
      <w:r/>
    </w:p>
    <w:p>
      <w:r/>
      <w:r>
        <w:t xml:space="preserve">If you’re choosing one fresh release for a Halloween weekend, </w:t>
      </w:r>
      <w:r>
        <w:rPr>
          <w:i/>
        </w:rPr>
        <w:t>Teenage Sex And Death At Camp Miasma</w:t>
      </w:r>
      <w:r>
        <w:t xml:space="preserve"> is the obvious conversation starter. Its camp setting creates the familiar slasher pressure cooker, while its cast and queer perspective give the formula a more contemporary pulse.</w:t>
      </w:r>
      <w:r/>
    </w:p>
    <w:p>
      <w:r/>
      <w:r>
        <w:t>The film is available through MUBI, making it a natural choice for viewers who enjoy adventurous cinema alongside more traditional horror. It also suits a group watch: there’s enough style, shock and outrageousness to keep everyone talking once the credits roll.</w:t>
      </w:r>
      <w:r/>
    </w:p>
    <w:p>
      <w:r/>
      <w:r>
        <w:t>For the best experience, go in knowing as little as possible. Turn the lights down, keep snacks within reach and accept that the atmosphere may become rather less relaxing than planned. Reviews gathered by MUBI and Rotten Tomatoes suggest it’s a film built to provoke a reaction, whether that’s laughter, discomfort or a delighted wince. (Sources: MUBI, Rotten Tomatoes and The Week)</w:t>
      </w:r>
      <w:r/>
    </w:p>
    <w:p>
      <w:pPr>
        <w:pStyle w:val="Heading2"/>
      </w:pPr>
      <w:r>
        <w:t>Which queer thrillers deserve your next binge?</w:t>
      </w:r>
      <w:r/>
    </w:p>
    <w:p>
      <w:r/>
      <w:r>
        <w:t xml:space="preserve">For a longer commitment, </w:t>
      </w:r>
      <w:r>
        <w:rPr>
          <w:i/>
        </w:rPr>
        <w:t>Yellowjackets</w:t>
      </w:r>
      <w:r>
        <w:t xml:space="preserve"> remains one of the most compelling choices. The series moves between a teenage survival ordeal and its adult aftermath, using shifting timelines, secrets and a sizeable cast to keep the tension simmering.</w:t>
      </w:r>
      <w:r/>
    </w:p>
    <w:p>
      <w:r/>
      <w:r>
        <w:t>It’s ideal for viewers who like their horror with character drama and a generous dose of mystery. The story is less about a single creature lurking in the dark and more about what people become when fear, hunger and power collide. Spanish newspaper El Pais has highlighted the series as a major television phenomenon, particularly for its unsettling blend of survival, memory and psychological pressure.</w:t>
      </w:r>
      <w:r/>
    </w:p>
    <w:p>
      <w:r/>
      <w:r>
        <w:t xml:space="preserve">Meanwhile, </w:t>
      </w:r>
      <w:r>
        <w:rPr>
          <w:i/>
        </w:rPr>
        <w:t>The Hunting Wives</w:t>
      </w:r>
      <w:r>
        <w:t xml:space="preserve"> offers a different kind of danger. Its appeal lies in glamour, scandal and wildly bad decisions, making it a brisk option for anyone who prefers their queer television glossy, addictive and morally untidy. With another instalment due in November, catching up now could save you from future spoilers. (Sources: El Pais and Tom's Guide)</w:t>
      </w:r>
      <w:r/>
    </w:p>
    <w:p>
      <w:pPr>
        <w:pStyle w:val="Heading2"/>
      </w:pPr>
      <w:r>
        <w:t>From vampire romance to end-of-the-world dread</w:t>
      </w:r>
      <w:r/>
    </w:p>
    <w:p>
      <w:r/>
      <w:r>
        <w:t xml:space="preserve">Vampire fans should make time for </w:t>
      </w:r>
      <w:r>
        <w:rPr>
          <w:i/>
        </w:rPr>
        <w:t>Interview With The Vampire</w:t>
      </w:r>
      <w:r>
        <w:t xml:space="preserve">, now continuing under the title </w:t>
      </w:r>
      <w:r>
        <w:rPr>
          <w:i/>
        </w:rPr>
        <w:t>The Vampire Lestat</w:t>
      </w:r>
      <w:r>
        <w:t>. The adaptation leans into its source material's sensuality and gothic melodrama, while its queer relationships give the familiar immortal-romance formula real emotional bite.</w:t>
      </w:r>
      <w:r/>
    </w:p>
    <w:p>
      <w:r/>
      <w:r>
        <w:t>It’s the pick for a slower, richer night of viewing, especially if you like velvet, candlelight and characters who treat eternal life as an excuse for spectacularly poor decisions. The series offers a more lush alternative to the quick shocks of a slasher.</w:t>
      </w:r>
      <w:r/>
    </w:p>
    <w:p>
      <w:r/>
      <w:r>
        <w:t xml:space="preserve">At the opposite end, </w:t>
      </w:r>
      <w:r>
        <w:rPr>
          <w:i/>
        </w:rPr>
        <w:t>The Last Of Us</w:t>
      </w:r>
      <w:r>
        <w:t xml:space="preserve"> is built around infected creatures, bleak landscapes and sudden bursts of danger. Bella Ramsey anchors a story that pairs survival horror with grief, loyalty and difficult moral choices. It’s worth choosing when you want the scares to land, but also want the story to linger after the episode ends. (Sources: Tom's Guide and El Pais)</w:t>
      </w:r>
      <w:r/>
    </w:p>
    <w:p>
      <w:pPr>
        <w:pStyle w:val="Heading2"/>
      </w:pPr>
      <w:r>
        <w:t>The cult favourites still deliver</w:t>
      </w:r>
      <w:r/>
    </w:p>
    <w:p>
      <w:r/>
      <w:r>
        <w:t xml:space="preserve">Some titles don’t need an introduction, but they do deserve another watch. </w:t>
      </w:r>
      <w:r>
        <w:rPr>
          <w:i/>
        </w:rPr>
        <w:t>Jennifer's Body</w:t>
      </w:r>
      <w:r>
        <w:t xml:space="preserve"> remains a standout for its blend of horror, dark comedy and charged friendship, with a bisexual sensibility that feels even more visible in today’s viewing culture.</w:t>
      </w:r>
      <w:r/>
    </w:p>
    <w:p>
      <w:r/>
      <w:r>
        <w:t>Its combination of sharp dialogue and supernatural revenge makes it an easy choice for a group screening, particularly if the room enjoys quoting every line. News of a sequel in development has only renewed interest in the original, which still feels deliciously ahead of its time.</w:t>
      </w:r>
      <w:r/>
    </w:p>
    <w:p>
      <w:r/>
      <w:r>
        <w:t xml:space="preserve">For something newer and more openly chaotic, </w:t>
      </w:r>
      <w:r>
        <w:rPr>
          <w:i/>
        </w:rPr>
        <w:t>Love Lies Bleeding</w:t>
      </w:r>
      <w:r>
        <w:t xml:space="preserve"> offers romance, crime and explosive violence in equal measure. </w:t>
      </w:r>
      <w:r>
        <w:rPr>
          <w:i/>
        </w:rPr>
        <w:t>Bodies Bodies Bodies</w:t>
      </w:r>
      <w:r>
        <w:t xml:space="preserve"> takes a different route, trapping privileged young people in a remote house as a party game turns into a murder mystery. Both films work brilliantly when you want horror with jokes, tension and characters making decisions that would have everyone else shouting at the screen. (Sources: Tom's Guide, The Atlantic and The Week)</w:t>
      </w:r>
      <w:r/>
    </w:p>
    <w:p>
      <w:r/>
      <w:r>
        <w:t>Pick the title that matches your preferred flavour of fear, then settle in for a gloriously queer night of thrills.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2">
        <w:r>
          <w:rPr>
            <w:color w:val="0000EE"/>
            <w:u w:val="single"/>
          </w:rPr>
          <w:t>[4]</w:t>
        </w:r>
      </w:hyperlink>
      <w:r>
        <w:t xml:space="preserve">, </w:t>
      </w:r>
      <w:hyperlink r:id="rId15">
        <w:r>
          <w:rPr>
            <w:color w:val="0000EE"/>
            <w:u w:val="single"/>
          </w:rPr>
          <w:t>[7]</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5">
        <w:r>
          <w:rPr>
            <w:color w:val="0000EE"/>
            <w:u w:val="single"/>
          </w:rPr>
          <w:t>[7]</w:t>
        </w:r>
      </w:hyperlink>
      <w:r>
        <w:t xml:space="preserve">, </w:t>
      </w:r>
      <w:hyperlink r:id="rId14">
        <w:r>
          <w:rPr>
            <w:color w:val="0000EE"/>
            <w:u w:val="single"/>
          </w:rPr>
          <w:t>[6]</w:t>
        </w:r>
      </w:hyperlink>
      <w:r>
        <w:t xml:space="preserve">- Paragraph 8: </w:t>
      </w:r>
      <w:hyperlink r:id="rId14">
        <w:r>
          <w:rPr>
            <w:color w:val="0000EE"/>
            <w:u w:val="single"/>
          </w:rPr>
          <w:t>[6]</w:t>
        </w:r>
      </w:hyperlink>
      <w:r>
        <w:t xml:space="preserve">, </w:t>
      </w:r>
      <w:hyperlink r:id="rId12">
        <w:r>
          <w:rPr>
            <w:color w:val="0000EE"/>
            <w:u w:val="single"/>
          </w:rPr>
          <w:t>[4]</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https://diva-magazine.com/2026/10/15/screen-what-to-watch-this-spooky-season/?utm_source=rss&amp;utm_medium=rss&amp;utm_campaign=screen-what-to-watch-this-spooky-season</w:t>
        </w:r>
      </w:hyperlink>
      <w:r>
        <w:t xml:space="preserve"> - Please view link - unable to able to access data</w:t>
      </w:r>
      <w:r/>
    </w:p>
    <w:p>
      <w:pPr>
        <w:pStyle w:val="ListNumber"/>
        <w:spacing w:line="240" w:lineRule="auto"/>
        <w:ind w:left="720"/>
      </w:pPr>
      <w:r/>
      <w:hyperlink r:id="rId10">
        <w:r>
          <w:rPr>
            <w:color w:val="0000EE"/>
            <w:u w:val="single"/>
          </w:rPr>
          <w:t>https://mubi.com/en/films/teenage-sex-and-death-at-camp-miasma/critics-reviews</w:t>
        </w:r>
      </w:hyperlink>
      <w:r>
        <w:t xml:space="preserve"> - This page on MUBI features a collection of critic reviews for 'Teenage Sex and Death at Camp Miasma,' a queer slasher film directed by Jane Schoenbrun. The reviews highlight the film's blend of horror and comedy, its exploration of queer themes, and the performances of lead actresses Hannah Einbinder and Gillian Anderson. Critics praise the film for its inventive storytelling and its ability to balance genre conventions with personal expression.</w:t>
      </w:r>
      <w:r/>
    </w:p>
    <w:p>
      <w:pPr>
        <w:pStyle w:val="ListNumber"/>
        <w:spacing w:line="240" w:lineRule="auto"/>
        <w:ind w:left="720"/>
      </w:pPr>
      <w:r/>
      <w:hyperlink r:id="rId11">
        <w:r>
          <w:rPr>
            <w:color w:val="0000EE"/>
            <w:u w:val="single"/>
          </w:rPr>
          <w:t>https://www.rottentomatoes.com/m/teenage_sex_and_death_at_camp_miasma</w:t>
        </w:r>
      </w:hyperlink>
      <w:r>
        <w:t xml:space="preserve"> - Rotten Tomatoes provides an overview of 'Teenage Sex and Death at Camp Miasma,' including critic and audience scores. The film is described as a bloody valentine to slasher horror that celebrates personal self-discovery and the possibilities of cinema. The page includes links to reviews and information on where to watch the film.</w:t>
      </w:r>
      <w:r/>
    </w:p>
    <w:p>
      <w:pPr>
        <w:pStyle w:val="ListNumber"/>
        <w:spacing w:line="240" w:lineRule="auto"/>
        <w:ind w:left="720"/>
      </w:pPr>
      <w:r/>
      <w:hyperlink r:id="rId12">
        <w:r>
          <w:rPr>
            <w:color w:val="0000EE"/>
            <w:u w:val="single"/>
          </w:rPr>
          <w:t>https://www.theatlantic.com/culture/2026/08/teenage-sex-and-death-at-camp-miasma-movie-review/688227/?utm_source=apple_news</w:t>
        </w:r>
      </w:hyperlink>
      <w:r>
        <w:t xml:space="preserve"> - An article from The Atlantic discusses Jane Schoenbrun's film 'Teenage Sex and Death at Camp Miasma,' focusing on how pop culture shapes personal identity. The piece explores the film's blend of satire, nostalgia, and horror, and its examination of the relationship between media consumption and self-perception. It also delves into the film's narrative and visual style.</w:t>
      </w:r>
      <w:r/>
    </w:p>
    <w:p>
      <w:pPr>
        <w:pStyle w:val="ListNumber"/>
        <w:spacing w:line="240" w:lineRule="auto"/>
        <w:ind w:left="720"/>
      </w:pPr>
      <w:r/>
      <w:hyperlink r:id="rId13">
        <w:r>
          <w:rPr>
            <w:color w:val="0000EE"/>
            <w:u w:val="single"/>
          </w:rPr>
          <w:t>https://www.theweek.com/culture-life/film/teenage-sex-and-death-at-camp-miasma-a-sexy-and-slaughterous-spectacle</w:t>
        </w:r>
      </w:hyperlink>
      <w:r>
        <w:t xml:space="preserve"> - This article from The Week reviews 'Teenage Sex and Death at Camp Miasma,' describing it as an audacious and darkly comedic film that reinvents a fictional 1980s slasher franchise through a modern, queer lens. The piece highlights the film's stylized violence, audacious narrative, and Gillian Anderson's standout performance.</w:t>
      </w:r>
      <w:r/>
    </w:p>
    <w:p>
      <w:pPr>
        <w:pStyle w:val="ListNumber"/>
        <w:spacing w:line="240" w:lineRule="auto"/>
        <w:ind w:left="720"/>
      </w:pPr>
      <w:r/>
      <w:hyperlink r:id="rId14">
        <w:r>
          <w:rPr>
            <w:color w:val="0000EE"/>
            <w:u w:val="single"/>
          </w:rPr>
          <w:t>https://www.tomsguide.com/entertainment/movies/5-top-new-movies-to-stream-this-week-on-netflix-hbo-max-apple-tv-and-more-sept-29-oct-5</w:t>
        </w:r>
      </w:hyperlink>
      <w:r>
        <w:t xml:space="preserve"> - Tom's Guide features 'Teenage Sex and Death at Camp Miasma' among its top new movie releases for the week of September 29 to October 5. The article highlights the film's psychological depth and its exploration of queer themes, noting its availability for streaming on MUBI.</w:t>
      </w:r>
      <w:r/>
    </w:p>
    <w:p>
      <w:pPr>
        <w:pStyle w:val="ListNumber"/>
        <w:spacing w:line="240" w:lineRule="auto"/>
        <w:ind w:left="720"/>
      </w:pPr>
      <w:r/>
      <w:hyperlink r:id="rId15">
        <w:r>
          <w:rPr>
            <w:color w:val="0000EE"/>
            <w:u w:val="single"/>
          </w:rPr>
          <w:t>https://elpais.com/television/series/yellowjackets/</w:t>
        </w:r>
      </w:hyperlink>
      <w:r>
        <w:t xml:space="preserve"> - El País provides an overview of the TV series 'Yellowjackets,' discussing its conclusion and the resolution of the storylines of the survivors of a plane crash. The article highlights the show's dual narrative structure, focusing on events immediately after the crash and the adult lives of the protagonists, and mentions the addition of Hilary Swank to the cast.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0/15/screen-what-to-watch-this-spooky-season/?utm_source=rss&amp;utm_medium=rss&amp;utm_campaign=screen-what-to-watch-this-spooky-season" TargetMode="External"/><Relationship Id="rId10" Type="http://schemas.openxmlformats.org/officeDocument/2006/relationships/hyperlink" Target="https://mubi.com/en/films/teenage-sex-and-death-at-camp-miasma/critics-reviews" TargetMode="External"/><Relationship Id="rId11" Type="http://schemas.openxmlformats.org/officeDocument/2006/relationships/hyperlink" Target="https://www.rottentomatoes.com/m/teenage_sex_and_death_at_camp_miasma" TargetMode="External"/><Relationship Id="rId12" Type="http://schemas.openxmlformats.org/officeDocument/2006/relationships/hyperlink" Target="https://www.theatlantic.com/culture/2026/08/teenage-sex-and-death-at-camp-miasma-movie-review/688227/?utm_source=apple_news" TargetMode="External"/><Relationship Id="rId13" Type="http://schemas.openxmlformats.org/officeDocument/2006/relationships/hyperlink" Target="https://www.theweek.com/culture-life/film/teenage-sex-and-death-at-camp-miasma-a-sexy-and-slaughterous-spectacle" TargetMode="External"/><Relationship Id="rId14" Type="http://schemas.openxmlformats.org/officeDocument/2006/relationships/hyperlink" Target="https://www.tomsguide.com/entertainment/movies/5-top-new-movies-to-stream-this-week-on-netflix-hbo-max-apple-tv-and-more-sept-29-oct-5" TargetMode="External"/><Relationship Id="rId15" Type="http://schemas.openxmlformats.org/officeDocument/2006/relationships/hyperlink" Target="https://elpais.com/television/series/yellowjacke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