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Films to Watch at San Diego Film Festival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looking beyond the obvious festival picks as four acclaimed queer films arrive at the San Diego International Film Festival. From a sweeping Spanish drama to a Nepali story of chosen family, these LGBTQ+ films offer award-winning storytelling, international perspectives and plenty of reasons to plan your screening list carefully.</w:t>
      </w:r>
      <w:r/>
    </w:p>
    <w:p>
      <w:pPr>
        <w:pStyle w:val="Heading2"/>
      </w:pPr>
      <w:r>
        <w:t>Four queer films worth finding in a packed programme</w:t>
      </w:r>
      <w:r/>
    </w:p>
    <w:p>
      <w:r/>
      <w:r>
        <w:t>Film festivals are brilliant at creating a small logistical nightmare. With 90 films from 22 countries, eight world premieres and six days of screenings, the 25th San Diego International Film Festival offers plenty to explore, but nobody can realistically see everything. According to Netflix's film information, La Bola Negra is already attracting considerable attention ahead of its wider release.</w:t>
      </w:r>
      <w:r/>
    </w:p>
    <w:p>
      <w:r/>
      <w:r>
        <w:t>The strongest LGBTQ+ picks range from intimate character studies to large historical dramas. They also come from Spain, Nepal, Germany and the UK, giving the selection a welcome sense of breadth. This isn't one neat cinematic category, and that's exactly what makes it interesting.</w:t>
      </w:r>
      <w:r/>
    </w:p>
    <w:p>
      <w:pPr>
        <w:pStyle w:val="Heading2"/>
      </w:pPr>
      <w:r>
        <w:t>La Bola Negra brings generations together</w:t>
      </w:r>
      <w:r/>
    </w:p>
    <w:p>
      <w:r/>
      <w:r>
        <w:t>La Bola Negra is the most expansive choice, linking the lives of three gay men across different periods of Spanish history. Carlos, Sebastián and Alberto each confront hidden truths, fractured family histories and the long shadow cast by earlier generations.</w:t>
      </w:r>
      <w:r/>
    </w:p>
    <w:p>
      <w:r/>
      <w:r>
        <w:t>The film comes from Javier Calvo and Javier Ambrossi, known together as Los Javis, and its cast includes Penélope Cruz, Glenn Close, Lola Dueñas and Julio Torres. Netflix has highlighted the film's release plans and its large ensemble, while IMDb's awards information records the growing festival recognition around the project.</w:t>
      </w:r>
      <w:r/>
    </w:p>
    <w:p>
      <w:r/>
      <w:r>
        <w:t>At 155 minutes, this is the one to approach with a little preparation. Eat beforehand, choose a comfortable seat and perhaps resist the oversized cinema drink. La Bola Negra screens at 7.15pm on Thursday 15 October at AMC UTC 14.</w:t>
      </w:r>
      <w:r/>
    </w:p>
    <w:p>
      <w:pPr>
        <w:pStyle w:val="Heading2"/>
      </w:pPr>
      <w:r>
        <w:t>Elephants in the Fog offers a rare Nepalese perspective</w:t>
      </w:r>
      <w:r/>
    </w:p>
    <w:p>
      <w:r/>
      <w:r>
        <w:t>Set in a Nepalese village bordered by forests where wild elephants roam, Elephants in the Fog follows Pirati, a Kinnar community matriarch who hopes to leave and build a life with the man she loves. When a young woman in her care disappears, those personal plans give way to a desperate search.</w:t>
      </w:r>
      <w:r/>
    </w:p>
    <w:p>
      <w:r/>
      <w:r>
        <w:t>The film's emotional centre is care rather than biology. Pirati's family is built through responsibility, loyalty and shared survival, which gives the story particular resonance for LGBTQ+ audiences. Mint reported on the film's historic Cannes recognition, while BAM's programme information places it within a wider conversation about contemporary queer cinema.</w:t>
      </w:r>
      <w:r/>
    </w:p>
    <w:p>
      <w:r/>
      <w:r>
        <w:t>It screens at 7.30pm on Friday 16 October and at 2pm on Sunday 18 October at AMC UTC 14. For viewers looking for an international film with a strong sense of place, this could be one of the festival's quieter discoveries.</w:t>
      </w:r>
      <w:r/>
    </w:p>
    <w:p>
      <w:pPr>
        <w:pStyle w:val="Heading2"/>
      </w:pPr>
      <w:r>
        <w:t>Elsinore turns a legendary performance into a final act</w:t>
      </w:r>
      <w:r/>
    </w:p>
    <w:p>
      <w:r/>
      <w:r>
        <w:t>Andrew Scott plays Ian Charleson in Elsinore, a drama about the Scottish actor's celebrated Hamlet performance at London's National Theatre. Charleson was living with AIDS and seriously ill when he took on the role, making the production both a professional high point and a deeply personal confrontation with mortality.</w:t>
      </w:r>
      <w:r/>
    </w:p>
    <w:p>
      <w:r/>
      <w:r>
        <w:t>Simon Stone directs from a script by Stephen Beresford, with Olivia Colman, Billie Piper and Johnny Flynn also appearing. The film arrives with a familiar face at its centre, but its appeal lies in the tension between public performance and private endurance. Netflix's supporting film coverage and IMDb's awards listing both point to the attention building around this crop of festival titles.</w:t>
      </w:r>
      <w:r/>
    </w:p>
    <w:p>
      <w:r/>
      <w:r>
        <w:t>Elsinore screens at 6.15pm on Saturday 17 October at AMC UTC 14. It looks like an especially strong option for anyone drawn to theatre, British film history or performances that carry an emotional weight long after the curtain falls.</w:t>
      </w:r>
      <w:r/>
    </w:p>
    <w:p>
      <w:pPr>
        <w:pStyle w:val="Heading2"/>
      </w:pPr>
      <w:r>
        <w:t>Trial of Hein makes belonging feel unsettling</w:t>
      </w:r>
      <w:r/>
    </w:p>
    <w:p>
      <w:r/>
      <w:r>
        <w:t>Trial of Hein begins with a homecoming that turns into an identity test. Hein returns to the remote North Sea island where he grew up after 14 years away, but his mother has dementia, his sister doesn't remember him and the village refuses to accept his story.</w:t>
      </w:r>
      <w:r/>
    </w:p>
    <w:p>
      <w:r/>
      <w:r>
        <w:t>The resulting trial becomes a strange, stark way to examine memory, conformity and the pressure to fit the version of yourself that other people prefer. Its exposed sets and watchful island community add a chilly, almost theatrical atmosphere, while Hein's relationship with his former friend Friedemann gives the mystery a more intimate edge.</w:t>
      </w:r>
      <w:r/>
    </w:p>
    <w:p>
      <w:r/>
      <w:r>
        <w:t>The film screens at 10.30am on Friday 16 October and 11.15am on Saturday 17 October at AMC UTC 14. An early start may be required, but that stripped-back setting could make Trial of Hein one of the festival's most unsettling and memorable experiences.</w:t>
      </w:r>
      <w:r/>
    </w:p>
    <w:p>
      <w:pPr>
        <w:pStyle w:val="Heading2"/>
      </w:pPr>
      <w:r>
        <w:t>How to choose from the wider festival</w:t>
      </w:r>
      <w:r/>
    </w:p>
    <w:p>
      <w:r/>
      <w:r>
        <w:t>Start with the film's mood rather than its awards. Choose La Bola Negra for a sweeping family and historical drama, Elephants in the Fog for a story rooted in community and place, Elsinore for theatrical intensity, or Trial of Hein for a tense mystery about identity.</w:t>
      </w:r>
      <w:r/>
    </w:p>
    <w:p>
      <w:r/>
      <w:r>
        <w:t>It's also worth checking travel time between venues, leaving space for Q&amp;As and avoiding an overstuffed schedule. Festival days are more enjoyable when there's time for a coffee, a conversation and the occasional change of plan. The best discovery may be the film you haven't heard of yet.</w:t>
      </w:r>
      <w:r/>
    </w:p>
    <w:p>
      <w:r/>
      <w:r>
        <w:t>The wider programme includes tribute events, filmmaker conversations, an opening-night feature and a late-night celebration at the Belly Up. So even if these four films fill the first draft of your itinerary, leave room for one unexpected choice.</w:t>
      </w:r>
      <w:r/>
    </w:p>
    <w:p>
      <w:r/>
      <w:r>
        <w:t>Pick a screening, keep an open mind and let the festival do some of the recommending.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https://ragemonthly.com/provocative-queer-films-san-diego-international-film-festival/</w:t>
        </w:r>
      </w:hyperlink>
      <w:r>
        <w:t xml:space="preserve"> - Please view link - unable to able to access data</w:t>
      </w:r>
      <w:r/>
    </w:p>
    <w:p>
      <w:pPr>
        <w:pStyle w:val="ListNumber"/>
        <w:spacing w:line="240" w:lineRule="auto"/>
        <w:ind w:left="720"/>
      </w:pPr>
      <w:r/>
      <w:hyperlink r:id="rId10">
        <w:r>
          <w:rPr>
            <w:color w:val="0000EE"/>
            <w:u w:val="single"/>
          </w:rPr>
          <w:t>https://www.netflix.com/title/82964412</w:t>
        </w:r>
      </w:hyperlink>
      <w:r>
        <w:t xml:space="preserve"> - 'La Bola Negra' is a Spanish drama directed by Javier Calvo and Javier Ambrossi, collectively known as Los Javis. The film interweaves the lives of three generations of gay men across pivotal periods in Spain's history, exploring themes of desire, pain, and love. The cast includes Guitarricadelafuente, Miguel Bernardeau, Carlos González, Milo Quifes, Lola Dueñas, Julio Torres, Penélope Cruz, and Glenn Close. The film has been acclaimed for its storytelling and performances. (</w:t>
      </w:r>
      <w:hyperlink r:id="rId16">
        <w:r>
          <w:rPr>
            <w:color w:val="0000EE"/>
            <w:u w:val="single"/>
          </w:rPr>
          <w:t>netflix.com</w:t>
        </w:r>
      </w:hyperlink>
      <w:r>
        <w:t>)</w:t>
      </w:r>
      <w:r/>
    </w:p>
    <w:p>
      <w:pPr>
        <w:pStyle w:val="ListNumber"/>
        <w:spacing w:line="240" w:lineRule="auto"/>
        <w:ind w:left="720"/>
      </w:pPr>
      <w:r/>
      <w:hyperlink r:id="rId11">
        <w:r>
          <w:rPr>
            <w:color w:val="0000EE"/>
            <w:u w:val="single"/>
          </w:rPr>
          <w:t>https://www.netflix.com/tudum/articles/la-bola-negra-release-date-cast-photos?inapp=true%2F</w:t>
        </w:r>
      </w:hyperlink>
      <w:r>
        <w:t xml:space="preserve"> - 'La Bola Negra' has garnered significant attention, winning the People's Choice Award at the Toronto International Film Festival, marking the first time a Netflix title has earned this top prize and the first international film to win it in 15 years. The film also received the San Sebastián Film Festival Audience Award, achieving the highest score for a Spanish film in the festival's history with a 9.4 out of 10. Additionally, it has been selected as Spain's official submission for the International Feature prize at the Academy Awards. (</w:t>
      </w:r>
      <w:hyperlink r:id="rId17">
        <w:r>
          <w:rPr>
            <w:color w:val="0000EE"/>
            <w:u w:val="single"/>
          </w:rPr>
          <w:t>netflix.com</w:t>
        </w:r>
      </w:hyperlink>
      <w:r>
        <w:t>)</w:t>
      </w:r>
      <w:r/>
    </w:p>
    <w:p>
      <w:pPr>
        <w:pStyle w:val="ListNumber"/>
        <w:spacing w:line="240" w:lineRule="auto"/>
        <w:ind w:left="720"/>
      </w:pPr>
      <w:r/>
      <w:hyperlink r:id="rId12">
        <w:r>
          <w:rPr>
            <w:color w:val="0000EE"/>
            <w:u w:val="single"/>
          </w:rPr>
          <w:t>https://www.netflix.com/tudum/features/la-bola-negra-theatrical-dates-locations?inapp=true</w:t>
        </w:r>
      </w:hyperlink>
      <w:r>
        <w:t xml:space="preserve"> - 'La Bola Negra' is set to open in cinemas across the US and Canada. After winning awards at the Cannes Film Festival and Toronto International Film Festival, the Spanish epic will debut in New York and Los Angeles on October 16, 2026, before expanding to other locations. The film will be available on Netflix starting December 2, 2026. (</w:t>
      </w:r>
      <w:hyperlink r:id="rId18">
        <w:r>
          <w:rPr>
            <w:color w:val="0000EE"/>
            <w:u w:val="single"/>
          </w:rPr>
          <w:t>netflix.com</w:t>
        </w:r>
      </w:hyperlink>
      <w:r>
        <w:t>)</w:t>
      </w:r>
      <w:r/>
    </w:p>
    <w:p>
      <w:pPr>
        <w:pStyle w:val="ListNumber"/>
        <w:spacing w:line="240" w:lineRule="auto"/>
        <w:ind w:left="720"/>
      </w:pPr>
      <w:r/>
      <w:hyperlink r:id="rId13">
        <w:r>
          <w:rPr>
            <w:color w:val="0000EE"/>
            <w:u w:val="single"/>
          </w:rPr>
          <w:t>https://www.imdb.com/title/tt29279937/awards/</w:t>
        </w:r>
      </w:hyperlink>
      <w:r>
        <w:t xml:space="preserve"> - 'Elephants in the Fog' is a 2026 thriller directed by Abinash Bikram Shah. The film has received critical acclaim, including a nomination for the Un Certain Regard Award and the Golden Camera at the 2026 Cannes Film Festival. It won the Un Certain Regard Jury Prize and was also nominated for the Queer Palm. Additionally, it was nominated for the Bright Horizons Award at the Melbourne International Film Festival. (</w:t>
      </w:r>
      <w:hyperlink r:id="rId19">
        <w:r>
          <w:rPr>
            <w:color w:val="0000EE"/>
            <w:u w:val="single"/>
          </w:rPr>
          <w:t>imdb.com</w:t>
        </w:r>
      </w:hyperlink>
      <w:r>
        <w:t>)</w:t>
      </w:r>
      <w:r/>
    </w:p>
    <w:p>
      <w:pPr>
        <w:pStyle w:val="ListNumber"/>
        <w:spacing w:line="240" w:lineRule="auto"/>
        <w:ind w:left="720"/>
      </w:pPr>
      <w:r/>
      <w:hyperlink r:id="rId14">
        <w:r>
          <w:rPr>
            <w:color w:val="0000EE"/>
            <w:u w:val="single"/>
          </w:rPr>
          <w:t>https://www.bam.org/film/2026/newfest-elephants</w:t>
        </w:r>
      </w:hyperlink>
      <w:r>
        <w:t xml:space="preserve"> - 'Elephants in the Fog' is a film set in rural Nepal, focusing on Pirati, the matriarch of a Kinnar community. The film delves into themes of love, responsibility, and community, as Pirati searches for a missing woman from her community. Directed by Abinash Bikram Shah, the film has been recognized with the Un Certain Regard Jury Prize at the 2026 Cannes Film Festival. (</w:t>
      </w:r>
      <w:hyperlink r:id="rId20">
        <w:r>
          <w:rPr>
            <w:color w:val="0000EE"/>
            <w:u w:val="single"/>
          </w:rPr>
          <w:t>bam.org</w:t>
        </w:r>
      </w:hyperlink>
      <w:r>
        <w:t>)</w:t>
      </w:r>
      <w:r/>
    </w:p>
    <w:p>
      <w:pPr>
        <w:pStyle w:val="ListNumber"/>
        <w:spacing w:line="240" w:lineRule="auto"/>
        <w:ind w:left="720"/>
      </w:pPr>
      <w:r/>
      <w:hyperlink r:id="rId15">
        <w:r>
          <w:rPr>
            <w:color w:val="0000EE"/>
            <w:u w:val="single"/>
          </w:rPr>
          <w:t>https://www.livemint.com/entertainment/elephants-in-the-fog-scripts-history-becomes-first-nepali-film-to-win-at-cannes-2026-11779583724431.html</w:t>
        </w:r>
      </w:hyperlink>
      <w:r>
        <w:t xml:space="preserve"> - 'Elephants in the Fog' has made history by becoming the first Nepali film to win at the 79th Cannes Film Festival. The film competed in the Un Certain Regard section and won the Un Certain Regard Jury Prize. Directed by Abinash Bikram Shah, the film follows the story of a family living in a settlement affected by elephant attacks. (</w:t>
      </w:r>
      <w:hyperlink r:id="rId21">
        <w:r>
          <w:rPr>
            <w:color w:val="0000EE"/>
            <w:u w:val="single"/>
          </w:rPr>
          <w:t>livemint.com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agemonthly.com/provocative-queer-films-san-diego-international-film-festival/" TargetMode="External"/><Relationship Id="rId10" Type="http://schemas.openxmlformats.org/officeDocument/2006/relationships/hyperlink" Target="https://www.netflix.com/title/82964412" TargetMode="External"/><Relationship Id="rId11" Type="http://schemas.openxmlformats.org/officeDocument/2006/relationships/hyperlink" Target="https://www.netflix.com/tudum/articles/la-bola-negra-release-date-cast-photos?inapp=true%2F" TargetMode="External"/><Relationship Id="rId12" Type="http://schemas.openxmlformats.org/officeDocument/2006/relationships/hyperlink" Target="https://www.netflix.com/tudum/features/la-bola-negra-theatrical-dates-locations?inapp=true" TargetMode="External"/><Relationship Id="rId13" Type="http://schemas.openxmlformats.org/officeDocument/2006/relationships/hyperlink" Target="https://www.imdb.com/title/tt29279937/awards/" TargetMode="External"/><Relationship Id="rId14" Type="http://schemas.openxmlformats.org/officeDocument/2006/relationships/hyperlink" Target="https://www.bam.org/film/2026/newfest-elephants" TargetMode="External"/><Relationship Id="rId15" Type="http://schemas.openxmlformats.org/officeDocument/2006/relationships/hyperlink" Target="https://www.livemint.com/entertainment/elephants-in-the-fog-scripts-history-becomes-first-nepali-film-to-win-at-cannes-2026-11779583724431.html" TargetMode="External"/><Relationship Id="rId16" Type="http://schemas.openxmlformats.org/officeDocument/2006/relationships/hyperlink" Target="https://www.netflix.com/title/82964412?utm_source=openai" TargetMode="External"/><Relationship Id="rId17" Type="http://schemas.openxmlformats.org/officeDocument/2006/relationships/hyperlink" Target="https://www.netflix.com/tudum/articles/la-bola-negra-release-date-cast-photos?inapp=true%2F&amp;utm_source=openai" TargetMode="External"/><Relationship Id="rId18" Type="http://schemas.openxmlformats.org/officeDocument/2006/relationships/hyperlink" Target="https://www.netflix.com/tudum/features/la-bola-negra-theatrical-dates-locations?inapp=true&amp;utm_source=openai" TargetMode="External"/><Relationship Id="rId19" Type="http://schemas.openxmlformats.org/officeDocument/2006/relationships/hyperlink" Target="https://www.imdb.com/title/tt29279937/awards/?utm_source=openai" TargetMode="External"/><Relationship Id="rId20" Type="http://schemas.openxmlformats.org/officeDocument/2006/relationships/hyperlink" Target="https://www.bam.org/film/2026/newfest-elephants?utm_source=openai" TargetMode="External"/><Relationship Id="rId21" Type="http://schemas.openxmlformats.org/officeDocument/2006/relationships/hyperlink" Target="https://www.livemint.com/entertainment/elephants-in-the-fog-scripts-history-becomes-first-nepali-film-to-win-at-cannes-2026-11779583724431.htm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