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Autumn Books, Films and Albums for Cosy Spooky Nights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the best queer autumn books, films and albums will find plenty to settle into here, from gentle fantasy and sapphic playlists to gothic horror and camp Halloween classics. The recommendations span cosy evenings, rainy afternoons and properly unsettling nights, with stories that make space for queer joy, complicated families and deliciously dark atmosphere.</w:t>
      </w:r>
      <w:r/>
    </w:p>
    <w:p>
      <w:pPr>
        <w:pStyle w:val="Heading2"/>
      </w:pPr>
      <w:r>
        <w:t>Essential Takeaways</w:t>
      </w:r>
      <w:r/>
      <w:r/>
    </w:p>
    <w:p>
      <w:pPr>
        <w:pStyle w:val="ListBullet"/>
        <w:spacing w:line="240" w:lineRule="auto"/>
        <w:ind w:left="720"/>
      </w:pPr>
      <w:r/>
      <w:r>
        <w:rPr>
          <w:b/>
        </w:rPr>
        <w:t>Cosy reading:</w:t>
      </w:r>
      <w:r>
        <w:t xml:space="preserve"> </w:t>
      </w:r>
      <w:r>
        <w:rPr>
          <w:i/>
        </w:rPr>
        <w:t>Legends &amp; Lattes</w:t>
      </w:r>
      <w:r>
        <w:t xml:space="preserve"> offers low-stakes fantasy, coffee-shop comfort and a queer romance.</w:t>
      </w:r>
      <w:r/>
    </w:p>
    <w:p>
      <w:pPr>
        <w:pStyle w:val="ListBullet"/>
        <w:spacing w:line="240" w:lineRule="auto"/>
        <w:ind w:left="720"/>
      </w:pPr>
      <w:r/>
      <w:r>
        <w:rPr>
          <w:b/>
        </w:rPr>
        <w:t>Gothic memoir:</w:t>
      </w:r>
      <w:r>
        <w:t xml:space="preserve"> </w:t>
      </w:r>
      <w:r>
        <w:rPr>
          <w:i/>
        </w:rPr>
        <w:t>Fun Home</w:t>
      </w:r>
      <w:r>
        <w:t xml:space="preserve"> blends graphic storytelling, family secrets and Alison Bechdel's coming-out journey.</w:t>
      </w:r>
      <w:r/>
    </w:p>
    <w:p>
      <w:pPr>
        <w:pStyle w:val="ListBullet"/>
        <w:spacing w:line="240" w:lineRule="auto"/>
        <w:ind w:left="720"/>
      </w:pPr>
      <w:r/>
      <w:r>
        <w:rPr>
          <w:b/>
        </w:rPr>
        <w:t>Spooky listening:</w:t>
      </w:r>
      <w:r>
        <w:t xml:space="preserve"> Ethel Cain's </w:t>
      </w:r>
      <w:r>
        <w:rPr>
          <w:i/>
        </w:rPr>
        <w:t>Preacher's Daughter</w:t>
      </w:r>
      <w:r>
        <w:t xml:space="preserve"> suits horror fans who like their music dark and narrative-led.</w:t>
      </w:r>
      <w:r/>
    </w:p>
    <w:p>
      <w:pPr>
        <w:pStyle w:val="ListBullet"/>
        <w:spacing w:line="240" w:lineRule="auto"/>
        <w:ind w:left="720"/>
      </w:pPr>
      <w:r/>
      <w:r>
        <w:rPr>
          <w:b/>
        </w:rPr>
        <w:t>Nostalgic viewing:</w:t>
      </w:r>
      <w:r>
        <w:t xml:space="preserve"> </w:t>
      </w:r>
      <w:r>
        <w:rPr>
          <w:i/>
        </w:rPr>
        <w:t>Buffy</w:t>
      </w:r>
      <w:r>
        <w:t xml:space="preserve">, </w:t>
      </w:r>
      <w:r>
        <w:rPr>
          <w:i/>
        </w:rPr>
        <w:t>The Rocky Horror Picture Show</w:t>
      </w:r>
      <w:r>
        <w:t xml:space="preserve"> and </w:t>
      </w:r>
      <w:r>
        <w:rPr>
          <w:i/>
        </w:rPr>
        <w:t>Hocus Pocus</w:t>
      </w:r>
      <w:r>
        <w:t xml:space="preserve"> bring familiar thrills and plenty of camp.</w:t>
      </w:r>
      <w:r/>
    </w:p>
    <w:p>
      <w:pPr>
        <w:pStyle w:val="ListBullet"/>
        <w:spacing w:line="240" w:lineRule="auto"/>
        <w:ind w:left="720"/>
      </w:pPr>
      <w:r/>
      <w:r>
        <w:rPr>
          <w:b/>
        </w:rPr>
        <w:t>Choose your intensity:</w:t>
      </w:r>
      <w:r>
        <w:t xml:space="preserve"> The list moves from soft autumn comfort to visceral horror, so there's an option for almost every mood.</w:t>
      </w:r>
      <w:r/>
      <w:r/>
    </w:p>
    <w:p>
      <w:pPr>
        <w:pStyle w:val="Heading2"/>
      </w:pPr>
      <w:r>
        <w:t>Start with coffee, rain and complicated families</w:t>
      </w:r>
      <w:r/>
    </w:p>
    <w:p>
      <w:r/>
      <w:r>
        <w:t xml:space="preserve">Autumn entertainment doesn't have to mean blood, ghosts or a soundtrack that makes the room feel ominous. For gentler evenings, Travis Baldree's </w:t>
      </w:r>
      <w:r>
        <w:rPr>
          <w:i/>
        </w:rPr>
        <w:t>Legends &amp; Lattes</w:t>
      </w:r>
      <w:r>
        <w:t xml:space="preserve"> is an inviting high-fantasy novel about an orc who leaves adventuring behind to open a coffee shop. Think warm pastries, found family and a romantic thread rather than world-ending peril.</w:t>
      </w:r>
      <w:r/>
    </w:p>
    <w:p>
      <w:r/>
      <w:r>
        <w:t xml:space="preserve">Alison Bechdel's </w:t>
      </w:r>
      <w:r>
        <w:rPr>
          <w:i/>
        </w:rPr>
        <w:t>Fun Home</w:t>
      </w:r>
      <w:r>
        <w:t xml:space="preserve"> takes the cosy setting in a more bittersweet direction. The graphic memoir explores Bechdel's relationship with her closeted gay father, her own coming-out experience and the atmosphere of a gloomy family home connected to a funeral business. Goodreads describes it as a memoir in comics form, while Graphic Medicine highlights the way its visual structure carries emotional and family history. </w:t>
      </w:r>
      <w:hyperlink r:id="rId9">
        <w:r>
          <w:rPr>
            <w:color w:val="0000EE"/>
            <w:u w:val="single"/>
          </w:rPr>
          <w:t>[2]</w:t>
        </w:r>
      </w:hyperlink>
      <w:r>
        <w:t xml:space="preserve">, </w:t>
      </w:r>
      <w:hyperlink r:id="rId10">
        <w:r>
          <w:rPr>
            <w:color w:val="0000EE"/>
            <w:u w:val="single"/>
          </w:rPr>
          <w:t>[5]</w:t>
        </w:r>
      </w:hyperlink>
      <w:r/>
    </w:p>
    <w:p>
      <w:r/>
      <w:r>
        <w:t xml:space="preserve">That combination of humour, grief and literary allusion gives </w:t>
      </w:r>
      <w:r>
        <w:rPr>
          <w:i/>
        </w:rPr>
        <w:t>Fun Home</w:t>
      </w:r>
      <w:r>
        <w:t xml:space="preserve"> a particular autumnal pull. It's not a light read exactly, but its intricate panels and dry wit make it absorbing company on a grey afternoon.</w:t>
      </w:r>
      <w:r/>
    </w:p>
    <w:p>
      <w:pPr>
        <w:pStyle w:val="Heading2"/>
      </w:pPr>
      <w:r>
        <w:t>Put a sapphic soundtrack on your autumn walk</w:t>
      </w:r>
      <w:r/>
    </w:p>
    <w:p>
      <w:r/>
      <w:r>
        <w:t xml:space="preserve">For music that leans into October's emotional weather, girl in red's </w:t>
      </w:r>
      <w:r>
        <w:rPr>
          <w:i/>
        </w:rPr>
        <w:t>we fell in love in october</w:t>
      </w:r>
      <w:r>
        <w:t xml:space="preserve"> and </w:t>
      </w:r>
      <w:r>
        <w:rPr>
          <w:i/>
        </w:rPr>
        <w:t>October Passed Me By</w:t>
      </w:r>
      <w:r>
        <w:t xml:space="preserve"> offer an obvious starting point. The songs bring a wistful, intimate feel to rainy walks and quiet evenings, especially when you're in the mood for romance with a little ache around the edges.</w:t>
      </w:r>
      <w:r/>
    </w:p>
    <w:p>
      <w:r/>
      <w:r>
        <w:t xml:space="preserve">Ethel Cain's </w:t>
      </w:r>
      <w:r>
        <w:rPr>
          <w:i/>
        </w:rPr>
        <w:t>Preacher's Daughter</w:t>
      </w:r>
      <w:r>
        <w:t xml:space="preserve"> sits at the opposite end of the mood scale. The gothic concept album draws on religion, trauma and survival, building a disturbing narrative that becomes more unsettling as its lyrics sink in. It isn't background music for baking biscuits, unless your biscuits are being made in a very haunted house.</w:t>
      </w:r>
      <w:r/>
    </w:p>
    <w:p>
      <w:r/>
      <w:r>
        <w:t xml:space="preserve">Dusty Springfield's </w:t>
      </w:r>
      <w:r>
        <w:rPr>
          <w:i/>
        </w:rPr>
        <w:t>Dusty... Definitely</w:t>
      </w:r>
      <w:r>
        <w:t xml:space="preserve"> provides a more classic alternative, with the soulful track "Spooky" adding a suave, old-school note. The appeal of these recommendations is their range: autumn can sound tender, theatrical, melancholy or quietly terrifying, sometimes within the same afternoon.</w:t>
      </w:r>
      <w:r/>
    </w:p>
    <w:p>
      <w:pPr>
        <w:pStyle w:val="Heading2"/>
      </w:pPr>
      <w:r>
        <w:t>Gothic queer fiction brings the chills</w:t>
      </w:r>
      <w:r/>
    </w:p>
    <w:p>
      <w:r/>
      <w:r>
        <w:t xml:space="preserve">If you want queer horror without relying solely on jump scares, Sarah Waters is a strong choice. </w:t>
      </w:r>
      <w:r>
        <w:rPr>
          <w:i/>
        </w:rPr>
        <w:t>The Little Stranger</w:t>
      </w:r>
      <w:r>
        <w:t xml:space="preserve"> and </w:t>
      </w:r>
      <w:r>
        <w:rPr>
          <w:i/>
        </w:rPr>
        <w:t>The Night Watch</w:t>
      </w:r>
      <w:r>
        <w:t xml:space="preserve"> bring unease through atmosphere, secrecy and emotional darkness, creating the sort of tension that lingers after you've put the book down.</w:t>
      </w:r>
      <w:r/>
    </w:p>
    <w:p>
      <w:r/>
      <w:r>
        <w:t xml:space="preserve">T. Kingfisher's </w:t>
      </w:r>
      <w:r>
        <w:rPr>
          <w:i/>
        </w:rPr>
        <w:t>What Moves the Dead</w:t>
      </w:r>
      <w:r>
        <w:t xml:space="preserve">, the opening title in the </w:t>
      </w:r>
      <w:r>
        <w:rPr>
          <w:i/>
        </w:rPr>
        <w:t>Sworn Soldier</w:t>
      </w:r>
      <w:r>
        <w:t xml:space="preserve"> series, offers a different gothic route. It reworks the haunted-house tradition associated with Edgar Allan Poe's "The Fall of the House of Usher", while bringing queer characters and a brisk, macabre energy to the story.</w:t>
      </w:r>
      <w:r/>
    </w:p>
    <w:p>
      <w:r/>
      <w:r>
        <w:t xml:space="preserve">On screen, </w:t>
      </w:r>
      <w:r>
        <w:rPr>
          <w:i/>
        </w:rPr>
        <w:t>The Haunting of Bly Manor</w:t>
      </w:r>
      <w:r>
        <w:t xml:space="preserve"> turns the traditional haunted-house tale into a slow-burn sapphic tragedy. Its quiet corridors, strained relationships and creeping sense of dread make it ideal for viewers who prefer emotional horror to constant shocks.</w:t>
      </w:r>
      <w:r/>
    </w:p>
    <w:p>
      <w:pPr>
        <w:pStyle w:val="Heading2"/>
      </w:pPr>
      <w:r>
        <w:t>Revisit the camp classics</w:t>
      </w:r>
      <w:r/>
    </w:p>
    <w:p>
      <w:r/>
      <w:r>
        <w:t xml:space="preserve">Some autumn favourites earn their place simply by being gloriously rewatchable. </w:t>
      </w:r>
      <w:r>
        <w:rPr>
          <w:i/>
        </w:rPr>
        <w:t>Buffy the Vampire Slayer</w:t>
      </w:r>
      <w:r>
        <w:t xml:space="preserve"> remains a landmark television choice, combining monsters, friendship and later LGBTQ+ representation with the reassuring rhythm of a long-running comfort watch. It's dated in places, certainly, but that can be part of the charm.</w:t>
      </w:r>
      <w:r/>
    </w:p>
    <w:p>
      <w:r/>
      <w:r>
        <w:t xml:space="preserve">Then there's </w:t>
      </w:r>
      <w:r>
        <w:rPr>
          <w:i/>
        </w:rPr>
        <w:t>The Rocky Horror Picture Show</w:t>
      </w:r>
      <w:r>
        <w:t xml:space="preserve">, still a reliable Halloween selection for anyone who wants gender play, theatrical excess and songs that demand to be performed rather than politely listened to. </w:t>
      </w:r>
      <w:r>
        <w:rPr>
          <w:i/>
        </w:rPr>
        <w:t>Hocus Pocus</w:t>
      </w:r>
      <w:r>
        <w:t xml:space="preserve"> offers a softer, more nostalgic option, with its trio of witches, quotable lines and deliberately campy style.</w:t>
      </w:r>
      <w:r/>
    </w:p>
    <w:p>
      <w:r/>
      <w:r>
        <w:t>These aren't subtle choices, and that's precisely why they work. When the evenings draw in, a familiar film can feel like putting on a favourite jumper, only with more sequins, spells and questionable life choices.</w:t>
      </w:r>
      <w:r/>
    </w:p>
    <w:p>
      <w:pPr>
        <w:pStyle w:val="Heading2"/>
      </w:pPr>
      <w:r>
        <w:t>When traditional horror gets a queer rethink</w:t>
      </w:r>
      <w:r/>
    </w:p>
    <w:p>
      <w:r/>
      <w:r>
        <w:t xml:space="preserve">For a more contemporary perspective, C. E. McGill's </w:t>
      </w:r>
      <w:r>
        <w:rPr>
          <w:i/>
        </w:rPr>
        <w:t>Our Hideous Progeny</w:t>
      </w:r>
      <w:r>
        <w:t xml:space="preserve"> revisits the Frankenstein tradition through a queer, feminist lens, adding a prominent sapphic relationship to the familiar scientific nightmare. It offers the pleasure of recognising an old story while watching its priorities shift.</w:t>
      </w:r>
      <w:r/>
    </w:p>
    <w:p>
      <w:r/>
      <w:r>
        <w:t xml:space="preserve">The slasher genre also gets a direct challenge from </w:t>
      </w:r>
      <w:r>
        <w:rPr>
          <w:i/>
        </w:rPr>
        <w:t>Teenage Sex and Death at Camp Miasma</w:t>
      </w:r>
      <w:r>
        <w:t xml:space="preserve">, which places queer desire, identity and genre history at the centre of its bloody, satirical world. </w:t>
      </w:r>
      <w:r>
        <w:rPr>
          <w:i/>
        </w:rPr>
        <w:t>They/Them</w:t>
      </w:r>
      <w:r>
        <w:t xml:space="preserve"> takes a harsher route, following LGBTQ+ campers at a conversion therapy camp and using psychological cruelty as its most disturbing source of horror.</w:t>
      </w:r>
      <w:r/>
    </w:p>
    <w:p>
      <w:r/>
      <w:r>
        <w:t>These films aren't effortless comfort viewing, so check the themes before pressing play. Still, they show why queer horror can be more than representation added at the edges: it can change who gets to be complex, desirable, funny, frightening and fully in control of the story.</w:t>
      </w:r>
      <w:r/>
    </w:p>
    <w:p>
      <w:pPr>
        <w:pStyle w:val="Heading2"/>
      </w:pPr>
      <w:r>
        <w:t>Find the right level of spooky</w:t>
      </w:r>
      <w:r/>
    </w:p>
    <w:p>
      <w:r/>
      <w:r>
        <w:t xml:space="preserve">A useful way to approach the list is to match the title to your energy rather than the calendar. Pick </w:t>
      </w:r>
      <w:r>
        <w:rPr>
          <w:i/>
        </w:rPr>
        <w:t>Legends &amp; Lattes</w:t>
      </w:r>
      <w:r>
        <w:t xml:space="preserve"> or </w:t>
      </w:r>
      <w:r>
        <w:rPr>
          <w:i/>
        </w:rPr>
        <w:t>Hocus Pocus</w:t>
      </w:r>
      <w:r>
        <w:t xml:space="preserve"> for a restorative night, </w:t>
      </w:r>
      <w:r>
        <w:rPr>
          <w:i/>
        </w:rPr>
        <w:t>Bly Manor</w:t>
      </w:r>
      <w:r>
        <w:t xml:space="preserve"> or </w:t>
      </w:r>
      <w:r>
        <w:rPr>
          <w:i/>
        </w:rPr>
        <w:t>The Little Stranger</w:t>
      </w:r>
      <w:r>
        <w:t xml:space="preserve"> for slow-building unease, and </w:t>
      </w:r>
      <w:r>
        <w:rPr>
          <w:i/>
        </w:rPr>
        <w:t>Preacher's Daughter</w:t>
      </w:r>
      <w:r>
        <w:t xml:space="preserve"> or </w:t>
      </w:r>
      <w:r>
        <w:rPr>
          <w:i/>
        </w:rPr>
        <w:t>Manhunt</w:t>
      </w:r>
      <w:r>
        <w:t xml:space="preserve"> when you're ready for something considerably more intense.</w:t>
      </w:r>
      <w:r/>
    </w:p>
    <w:p>
      <w:r/>
      <w:r>
        <w:t xml:space="preserve">The wider selection includes </w:t>
      </w:r>
      <w:r>
        <w:rPr>
          <w:i/>
        </w:rPr>
        <w:t>Agatha All Along</w:t>
      </w:r>
      <w:r>
        <w:t xml:space="preserve">, </w:t>
      </w:r>
      <w:r>
        <w:rPr>
          <w:i/>
        </w:rPr>
        <w:t>Interview with the Vampire</w:t>
      </w:r>
      <w:r>
        <w:t xml:space="preserve">, </w:t>
      </w:r>
      <w:r>
        <w:rPr>
          <w:i/>
        </w:rPr>
        <w:t>What We Do in the Shadows</w:t>
      </w:r>
      <w:r>
        <w:t xml:space="preserve">, </w:t>
      </w:r>
      <w:r>
        <w:rPr>
          <w:i/>
        </w:rPr>
        <w:t>Cemetery Boys</w:t>
      </w:r>
      <w:r>
        <w:t xml:space="preserve">, </w:t>
      </w:r>
      <w:r>
        <w:rPr>
          <w:i/>
        </w:rPr>
        <w:t>Monstrilio</w:t>
      </w:r>
      <w:r>
        <w:t xml:space="preserve"> and </w:t>
      </w:r>
      <w:r>
        <w:rPr>
          <w:i/>
        </w:rPr>
        <w:t>I Saw the TV Glow</w:t>
      </w:r>
      <w:r>
        <w:t>. That mix covers supernatural comedy, queer romance, body horror and nostalgic strangeness, so you can build a whole season around changing moods.</w:t>
      </w:r>
      <w:r/>
    </w:p>
    <w:p>
      <w:r/>
      <w:r>
        <w:t>And if you don't finish a book or make it through an entire series, that hardly matters. The best autumn recommendations are invitations, not homework.</w:t>
      </w:r>
      <w:r/>
    </w:p>
    <w:p>
      <w:r/>
      <w:r>
        <w:t>Choose the story that makes your evening feel a little warmer, stranger or more gloriously queer.</w:t>
      </w:r>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2">
        <w:r>
          <w:rPr>
            <w:color w:val="0000EE"/>
            <w:u w:val="single"/>
          </w:rPr>
          <w:t>[3]</w:t>
        </w:r>
      </w:hyperlink>
      <w:r>
        <w:t xml:space="preserve">, </w:t>
      </w:r>
      <w:hyperlink r:id="rId13">
        <w:r>
          <w:rPr>
            <w:color w:val="0000EE"/>
            <w:u w:val="single"/>
          </w:rPr>
          <w:t>[4]</w:t>
        </w:r>
      </w:hyperlink>
      <w:r>
        <w:t xml:space="preserve">- Paragraph 3: </w:t>
      </w:r>
      <w:hyperlink r:id="rId14">
        <w:r>
          <w:rPr>
            <w:color w:val="0000EE"/>
            <w:u w:val="single"/>
          </w:rPr>
          <w:t>[6]</w:t>
        </w:r>
      </w:hyperlink>
      <w:r>
        <w:t xml:space="preserve">- Paragraph 4: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https://lgbthealth.org.uk/our-autumn-recommendations/</w:t>
        </w:r>
      </w:hyperlink>
      <w:r>
        <w:t xml:space="preserve"> - Please view link - unable to able to access data</w:t>
      </w:r>
      <w:r/>
    </w:p>
    <w:p>
      <w:pPr>
        <w:pStyle w:val="ListNumber"/>
        <w:spacing w:line="240" w:lineRule="auto"/>
        <w:ind w:left="720"/>
      </w:pPr>
      <w:r/>
      <w:hyperlink r:id="rId9">
        <w:r>
          <w:rPr>
            <w:color w:val="0000EE"/>
            <w:u w:val="single"/>
          </w:rPr>
          <w:t>https://www.goodreads.com/book/show/59016994-fun-home</w:t>
        </w:r>
      </w:hyperlink>
      <w:r>
        <w:t xml:space="preserve"> - Alison Bechdel's 'Fun Home' is a graphic memoir that delves into her complex relationship with her closeted gay father and her own coming out journey. Set against the backdrop of a gloomy Victorian house and a family-run funeral home, the narrative intertwines personal history with broader themes of identity and family dynamics. The memoir has been adapted into a Tony Award-winning musical, highlighting its significant impact on both literature and theatre.</w:t>
      </w:r>
      <w:r/>
    </w:p>
    <w:p>
      <w:pPr>
        <w:pStyle w:val="ListNumber"/>
        <w:spacing w:line="240" w:lineRule="auto"/>
        <w:ind w:left="720"/>
      </w:pPr>
      <w:r/>
      <w:hyperlink r:id="rId12">
        <w:r>
          <w:rPr>
            <w:color w:val="0000EE"/>
            <w:u w:val="single"/>
          </w:rPr>
          <w:t>https://www.theguardian.com/stage/2015/apr/20/fun-home-review-childhood-trauma-revisited-with-songs</w:t>
        </w:r>
      </w:hyperlink>
      <w:r>
        <w:t xml:space="preserve"> - This review from The Guardian discusses the Broadway adaptation of Alison Bechdel's 'Fun Home'. The musical, based on Bechdel's graphic novel memoir, explores themes of family secrets and identity through a mix of memory-play and strip-cartoon. The production has been praised for its sophisticated storytelling and emotional depth, marking a significant contribution to musical theatre.</w:t>
      </w:r>
      <w:r/>
    </w:p>
    <w:p>
      <w:pPr>
        <w:pStyle w:val="ListNumber"/>
        <w:spacing w:line="240" w:lineRule="auto"/>
        <w:ind w:left="720"/>
      </w:pPr>
      <w:r/>
      <w:hyperlink r:id="rId13">
        <w:r>
          <w:rPr>
            <w:color w:val="0000EE"/>
            <w:u w:val="single"/>
          </w:rPr>
          <w:t>https://www.theguardian.com/stage/2018/jun/28/fun-home-review-alison-bechdel-musical-graphic-novel-memoir</w:t>
        </w:r>
      </w:hyperlink>
      <w:r>
        <w:t xml:space="preserve"> - The Guardian's review of the 2018 London production of 'Fun Home' highlights the musical's innovative blend of memory-play and strip-cartoon. Adapted from Alison Bechdel's graphic novel, the show delves into complex family dynamics and personal identity. The performance has been lauded for its emotional resonance and the depth of its character portrayals.</w:t>
      </w:r>
      <w:r/>
    </w:p>
    <w:p>
      <w:pPr>
        <w:pStyle w:val="ListNumber"/>
        <w:spacing w:line="240" w:lineRule="auto"/>
        <w:ind w:left="720"/>
      </w:pPr>
      <w:r/>
      <w:hyperlink r:id="rId10">
        <w:r>
          <w:rPr>
            <w:color w:val="0000EE"/>
            <w:u w:val="single"/>
          </w:rPr>
          <w:t>https://www.graphicmedicine.org/comic-reviews/fun-home/</w:t>
        </w:r>
      </w:hyperlink>
      <w:r>
        <w:t xml:space="preserve"> - Graphic Medicine's review of 'Fun Home' provides an in-depth analysis of Alison Bechdel's graphic memoir. The review discusses the narrative's exploration of family history, memory, identity, and trauma, set against the backdrop of a family-run funeral home. The memoir is noted for its poignant storytelling and its contribution to the graphic novel genre.</w:t>
      </w:r>
      <w:r/>
    </w:p>
    <w:p>
      <w:pPr>
        <w:pStyle w:val="ListNumber"/>
        <w:spacing w:line="240" w:lineRule="auto"/>
        <w:ind w:left="720"/>
      </w:pPr>
      <w:r/>
      <w:hyperlink r:id="rId14">
        <w:r>
          <w:rPr>
            <w:color w:val="0000EE"/>
            <w:u w:val="single"/>
          </w:rPr>
          <w:t>https://www.salon.com/2006/06/05/bechdel/</w:t>
        </w:r>
      </w:hyperlink>
      <w:r>
        <w:t xml:space="preserve"> - Salon.com's review of 'Fun Home' by Alison Bechdel praises the graphic memoir for its emotional depth and narrative complexity. The review highlights Bechdel's exploration of family secrets and personal identity, noting the work's significance in the graphic novel genre and its broader cultural impact.</w:t>
      </w:r>
      <w:r/>
    </w:p>
    <w:p>
      <w:pPr>
        <w:pStyle w:val="ListNumber"/>
        <w:spacing w:line="240" w:lineRule="auto"/>
        <w:ind w:left="720"/>
      </w:pPr>
      <w:r/>
      <w:hyperlink r:id="rId12">
        <w:r>
          <w:rPr>
            <w:color w:val="0000EE"/>
            <w:u w:val="single"/>
          </w:rPr>
          <w:t>https://www.theguardian.com/stage/2015/apr/20/fun-home-review-childhood-trauma-revisited-with-songs</w:t>
        </w:r>
      </w:hyperlink>
      <w:r>
        <w:t xml:space="preserve"> - This review from The Guardian discusses the Broadway adaptation of Alison Bechdel's 'Fun Home'. The musical, based on Bechdel's graphic novel memoir, explores themes of family secrets and identity through a mix of memory-play and strip-cartoon. The production has been praised for its sophisticated storytelling and emotional depth, marking a significant contribution to musical theatre.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oodreads.com/book/show/59016994-fun-home" TargetMode="External"/><Relationship Id="rId10" Type="http://schemas.openxmlformats.org/officeDocument/2006/relationships/hyperlink" Target="https://www.graphicmedicine.org/comic-reviews/fun-home/" TargetMode="External"/><Relationship Id="rId11" Type="http://schemas.openxmlformats.org/officeDocument/2006/relationships/hyperlink" Target="https://lgbthealth.org.uk/our-autumn-recommendations/" TargetMode="External"/><Relationship Id="rId12" Type="http://schemas.openxmlformats.org/officeDocument/2006/relationships/hyperlink" Target="https://www.theguardian.com/stage/2015/apr/20/fun-home-review-childhood-trauma-revisited-with-songs" TargetMode="External"/><Relationship Id="rId13" Type="http://schemas.openxmlformats.org/officeDocument/2006/relationships/hyperlink" Target="https://www.theguardian.com/stage/2018/jun/28/fun-home-review-alison-bechdel-musical-graphic-novel-memoir" TargetMode="External"/><Relationship Id="rId14" Type="http://schemas.openxmlformats.org/officeDocument/2006/relationships/hyperlink" Target="https://www.salon.com/2006/06/05/bechde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