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Poppin Out 2026 guide for Adelaide’s queer street party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Adelaide’s Poppin Out returns with a bigger-than-ever 32-performer line-up, bringing drag, music and Pride energy to Synagogue Place after the city’s Pride March. With tickets from $25 and entry to Mary’s Poppin included, it’s shaping up to be one of the city’s most colourful nights out.</w:t>
      </w:r>
      <w:r/>
    </w:p>
    <w:p>
      <w:pPr>
        <w:pStyle w:val="Heading2"/>
      </w:pPr>
      <w:r>
        <w:t>Essential Takeaways</w:t>
      </w:r>
      <w:r/>
      <w:r/>
    </w:p>
    <w:p>
      <w:pPr>
        <w:pStyle w:val="ListBullet"/>
        <w:spacing w:line="240" w:lineRule="auto"/>
        <w:ind w:left="720"/>
      </w:pPr>
      <w:r/>
      <w:r>
        <w:rPr>
          <w:b/>
        </w:rPr>
        <w:t>When:</w:t>
      </w:r>
      <w:r>
        <w:t xml:space="preserve"> Poppin Out starts at 5pm on Saturday 7 November 2026, following the Adelaide Pride March.</w:t>
      </w:r>
      <w:r/>
    </w:p>
    <w:p>
      <w:pPr>
        <w:pStyle w:val="ListBullet"/>
        <w:spacing w:line="240" w:lineRule="auto"/>
        <w:ind w:left="720"/>
      </w:pPr>
      <w:r/>
      <w:r>
        <w:rPr>
          <w:b/>
        </w:rPr>
        <w:t>Where:</w:t>
      </w:r>
      <w:r>
        <w:t xml:space="preserve"> Synagogue Place will become an open-air party space, with the night continuing inside Mary’s Poppin.</w:t>
      </w:r>
      <w:r/>
    </w:p>
    <w:p>
      <w:pPr>
        <w:pStyle w:val="ListBullet"/>
        <w:spacing w:line="240" w:lineRule="auto"/>
        <w:ind w:left="720"/>
      </w:pPr>
      <w:r/>
      <w:r>
        <w:rPr>
          <w:b/>
        </w:rPr>
        <w:t>Who’s performing:</w:t>
      </w:r>
      <w:r>
        <w:t xml:space="preserve"> The 32-act bill includes Kween Kong, Coco Jumbo, Hannah Conda, Vanity, Vybe and major Adelaide talent.</w:t>
      </w:r>
      <w:r/>
    </w:p>
    <w:p>
      <w:pPr>
        <w:pStyle w:val="ListBullet"/>
        <w:spacing w:line="240" w:lineRule="auto"/>
        <w:ind w:left="720"/>
      </w:pPr>
      <w:r/>
      <w:r>
        <w:rPr>
          <w:b/>
        </w:rPr>
        <w:t>How late:</w:t>
      </w:r>
      <w:r>
        <w:t xml:space="preserve"> The street party runs until 11pm, while Mary’s Poppin continues afterwards.</w:t>
      </w:r>
      <w:r/>
    </w:p>
    <w:p>
      <w:pPr>
        <w:pStyle w:val="ListBullet"/>
        <w:spacing w:line="240" w:lineRule="auto"/>
        <w:ind w:left="720"/>
      </w:pPr>
      <w:r/>
      <w:r>
        <w:rPr>
          <w:b/>
        </w:rPr>
        <w:t>Ticket value:</w:t>
      </w:r>
      <w:r>
        <w:t xml:space="preserve"> Presales start at $25 and include access to the club for the rest of the evening.</w:t>
      </w:r>
      <w:r/>
      <w:r/>
    </w:p>
    <w:p>
      <w:pPr>
        <w:pStyle w:val="Heading2"/>
      </w:pPr>
      <w:r>
        <w:t>Adelaide’s biggest queer street party is back</w:t>
      </w:r>
      <w:r/>
    </w:p>
    <w:p>
      <w:r/>
      <w:r>
        <w:t>There’s something wonderfully chaotic about a drag show spilling into the street. For Poppin Out 2026, Synagogue Place is set to fill with glitter, music, towering looks and the unmistakable buzz of a crowd arriving straight from Pride.</w:t>
      </w:r>
      <w:r/>
    </w:p>
    <w:p>
      <w:r/>
      <w:r>
        <w:t>Mary’s Poppin has built the event around a simple idea: take the club’s drag, freedom and community spirit outdoors for one huge celebration. The result is a day-to-night event that feels less like a standard club booking and more like Adelaide’s queer community taking over its own corner of the city.</w:t>
      </w:r>
      <w:r/>
    </w:p>
    <w:p>
      <w:r/>
      <w:r>
        <w:t>Glam Adelaide reported that the event will feature 32 performers, making this the largest Poppin Out line-up so far. That scale matters, because there should be plenty to keep the energy moving even as the evening stretches on.</w:t>
      </w:r>
      <w:r/>
    </w:p>
    <w:p>
      <w:pPr>
        <w:pStyle w:val="Heading2"/>
      </w:pPr>
      <w:r>
        <w:t>Who’s on the 32-act Poppin Out line-up?</w:t>
      </w:r>
      <w:r/>
    </w:p>
    <w:p>
      <w:r/>
      <w:r>
        <w:t>The bill brings together interstate favourites, established drag names and local performers. Kween Kong, Coco Jumbo, Hannah Conda, Vanity and Vybe are among the headline attractions, while the wider programme includes Alison Xpress, Bebe Babow, Berri Juicy, Boystress, Brooke Seto, Camp Minister, Champagne and Cleo Taurus.</w:t>
      </w:r>
      <w:r/>
    </w:p>
    <w:p>
      <w:r/>
      <w:r>
        <w:t>The alphabetical list continues with Ellie Delight, Estelle, Eve Elle, Fay Rocious, Glitzy Von Jagger, Indi Klosette, Jules Harlow, Kane Enable, Luci Furr, Mihz, Minty Hydrangea, Miss Jay, Miss Jackson, Pinball and Popchops.</w:t>
      </w:r>
      <w:r/>
    </w:p>
    <w:p>
      <w:r/>
      <w:r>
        <w:t>Tritri, Venti, Vonni and Xai round out a bill that promises plenty of variety. Mary’s Poppin’s official event information positions the party as a full venue takeover, rather than a short set of performances sandwiched between regular club hours.</w:t>
      </w:r>
      <w:r/>
    </w:p>
    <w:p>
      <w:pPr>
        <w:pStyle w:val="Heading2"/>
      </w:pPr>
      <w:r>
        <w:t>Why the Pride March connection matters</w:t>
      </w:r>
      <w:r/>
    </w:p>
    <w:p>
      <w:r/>
      <w:r>
        <w:t>Poppin Out begins immediately after the Adelaide Pride March, so the party’s atmosphere should already be in full flight before the first act takes the stage. Guests can move from a public celebration of LGBTQIA plus identity into an evening built around performance, music and social connection.</w:t>
      </w:r>
      <w:r/>
    </w:p>
    <w:p>
      <w:r/>
      <w:r>
        <w:t>That transition gives the event its particular rhythm. The city starts the day together, then the crowd gathers at Synagogue Place as the lights come on and the street becomes the main stage. It’s a natural handover from parade energy to nightlife, with a little extra sparkle along the way.</w:t>
      </w:r>
      <w:r/>
    </w:p>
    <w:p>
      <w:r/>
      <w:r>
        <w:t>Previous coverage from Glam Adelaide has described Poppin Out as a major annual street party featuring DJs, glamour and drag. For anyone planning a Pride weekend itinerary, it’s an easy event to place near the top of the list.</w:t>
      </w:r>
      <w:r/>
    </w:p>
    <w:p>
      <w:pPr>
        <w:pStyle w:val="Heading2"/>
      </w:pPr>
      <w:r>
        <w:t>Street party first, club night later</w:t>
      </w:r>
      <w:r/>
    </w:p>
    <w:p>
      <w:r/>
      <w:r>
        <w:t>The outdoor portion is scheduled to run until 11pm, but that won’t be the end of the night. Ticket holders will also have access to Mary’s Poppin afterwards, giving the event a useful second act once the street begins to quieten.</w:t>
      </w:r>
      <w:r/>
    </w:p>
    <w:p>
      <w:r/>
      <w:r>
        <w:t>That indoor continuation is especially handy for anyone who doesn’t want the evening to stop when the outdoor programme wraps. Expect a change of pace rather than a hard finish: the open-air spectacle gives way to the familiar club setting, with more music, drinks and drag still on the cards.</w:t>
      </w:r>
      <w:r/>
    </w:p>
    <w:p>
      <w:r/>
      <w:r>
        <w:t>The venue has also used larger events and off-site parties to expand its usual club atmosphere. Glam Adelaide’s coverage of previous Mary’s Poppin celebrations points to a broader appetite for drag-led events that mix performers, DJs, cocktails and a strong sense of occasion.</w:t>
      </w:r>
      <w:r/>
    </w:p>
    <w:p>
      <w:pPr>
        <w:pStyle w:val="Heading2"/>
      </w:pPr>
      <w:r>
        <w:t>How to make the most of Poppin Out 2026</w:t>
      </w:r>
      <w:r/>
    </w:p>
    <w:p>
      <w:r/>
      <w:r>
        <w:t>If you’re going, arriving early looks like the smart move. The party begins at 5pm, and the organisers have encouraged guests not to leave it until the last minute, particularly with the Pride March feeding into the event.</w:t>
      </w:r>
      <w:r/>
    </w:p>
    <w:p>
      <w:r/>
      <w:r>
        <w:t>Wear something comfortable enough for standing and dancing, but don’t be shy with the sparkle. Street parties reward shoes you can manage for several hours, a small bag, and a phone battery that can survive a long evening of photos and videos.</w:t>
      </w:r>
      <w:r/>
    </w:p>
    <w:p>
      <w:r/>
      <w:r>
        <w:t>Tickets start at $25 and include Mary’s Poppin access for the rest of the night. Check the official event page for the latest ticket conditions, entry details and any updates before setting off.</w:t>
      </w:r>
      <w:r/>
    </w:p>
    <w:p>
      <w:r/>
      <w:r>
        <w:t>It’s a small planning job for a very big night: arrive ready, stay curious and let the crowd carry you along.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[1]</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3">
        <w:r>
          <w:rPr>
            <w:color w:val="0000EE"/>
            <w:u w:val="single"/>
          </w:rPr>
          <w:t>[7]</w:t>
        </w:r>
      </w:hyperlink>
      <w:r>
        <w:t xml:space="preserve">- Paragraph 4: </w:t>
      </w:r>
      <w:hyperlink r:id="rId10">
        <w:r>
          <w:rPr>
            <w:color w:val="0000EE"/>
            <w:u w:val="single"/>
          </w:rPr>
          <w:t>[2]</w:t>
        </w:r>
      </w:hyperlink>
      <w:r>
        <w:t xml:space="preserve">, </w:t>
      </w:r>
      <w:hyperlink r:id="rId14">
        <w:r>
          <w:rPr>
            <w:color w:val="0000EE"/>
            <w:u w:val="single"/>
          </w:rPr>
          <w:t>[3]</w:t>
        </w:r>
      </w:hyperlink>
      <w:r>
        <w:t xml:space="preserve">- Paragraph 5: </w:t>
      </w:r>
      <w:hyperlink r:id="rId9">
        <w:r>
          <w:rPr>
            <w:color w:val="0000EE"/>
            <w:u w:val="single"/>
          </w:rPr>
          <w:t>[1]</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9">
        <w:r>
          <w:rPr>
            <w:color w:val="0000EE"/>
            <w:u w:val="single"/>
          </w:rPr>
          <w:t>[1]</w:t>
        </w:r>
      </w:hyperlink>
      <w:r>
        <w:t xml:space="preserve">, </w:t>
      </w:r>
      <w:hyperlink r:id="rId11">
        <w:r>
          <w:rPr>
            <w:color w:val="0000EE"/>
            <w:u w:val="single"/>
          </w:rPr>
          <w:t>[4]</w:t>
        </w:r>
      </w:hyperlink>
      <w:r>
        <w:t xml:space="preserve">- Paragraph 9: </w:t>
      </w:r>
      <w:hyperlink r:id="rId12">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10">
        <w:r>
          <w:rPr>
            <w:color w:val="0000EE"/>
            <w:u w:val="single"/>
          </w:rPr>
          <w:t>[2]</w:t>
        </w:r>
      </w:hyperlink>
      <w:r>
        <w:t xml:space="preserve">, </w:t>
      </w:r>
      <w:hyperlink r:id="rId13">
        <w:r>
          <w:rPr>
            <w:color w:val="0000EE"/>
            <w:u w:val="single"/>
          </w:rPr>
          <w:t>[7]</w:t>
        </w:r>
      </w:hyperlink>
      <w:r>
        <w:t xml:space="preserve">- Paragraph 13: </w:t>
      </w:r>
      <w:hyperlink r:id="rId14">
        <w:r>
          <w:rPr>
            <w:color w:val="0000EE"/>
            <w:u w:val="single"/>
          </w:rPr>
          <w:t>[3]</w:t>
        </w:r>
      </w:hyperlink>
      <w:r>
        <w:t xml:space="preserve">, </w:t>
      </w:r>
      <w:hyperlink r:id="rId12">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https://www.starobserver.com.au/artsentertainment/drag/poppin-out-adelaides-biggest-queer-street-party-returns-with-32-performer-star-studded-line-up/244554</w:t>
        </w:r>
      </w:hyperlink>
      <w:r>
        <w:t xml:space="preserve"> - Please view link - unable to able to access data</w:t>
      </w:r>
      <w:r/>
    </w:p>
    <w:p>
      <w:pPr>
        <w:pStyle w:val="ListNumber"/>
        <w:spacing w:line="240" w:lineRule="auto"/>
        <w:ind w:left="720"/>
      </w:pPr>
      <w:r/>
      <w:hyperlink r:id="rId10">
        <w:r>
          <w:rPr>
            <w:color w:val="0000EE"/>
            <w:u w:val="single"/>
          </w:rPr>
          <w:t>https://www.maryspoppin.com/poppinout</w:t>
        </w:r>
      </w:hyperlink>
      <w:r>
        <w:t xml:space="preserve"> - Mary's Poppin's annual queer block party, Poppin Out, returns on Saturday, November 7, 2026, at 5:00 PM. The event will transform Synagogue Place into a massive day-to-night street party, featuring drag shows, DJs, and Pride celebrations. The 32-performer lineup includes Alison Xpress, Bebe Babow, Berri Juicy, Boystress, Brooke Seto, Camp Minister, Champagne, Cleo Taurus, Coco Jumbo, Ellie Delight, Estelle, Eve Elle, Fay Rocious, Glitzy Von Jagger, Hannah Conda, Indi Klosette, Jules Harlow, Kane Enable, Kween Kong, Luci Furr, Mihz, Minty Hydrangea, Miss Jay, Miss Jackson, Pinball, Popchops, Tritri, Vanity, Venti, Vonni, Vybe, and Xai. Presale tickets start at $25 and include access to Mary's Poppin for the rest of the night. The street party runs from 5 PM to 11 PM, followed by continued festivities inside Mary's Poppin until late. The event is 18+ and requires valid photo ID for entry. Synagogue Place is located in the CBD, just off Rundle Mall, making it easily accessible from the Pride March. Attendees are encouraged to stay hydrated, look out for their friends, and find staff if they need assistance. For more information, visit the official website.</w:t>
      </w:r>
      <w:r/>
    </w:p>
    <w:p>
      <w:pPr>
        <w:pStyle w:val="ListNumber"/>
        <w:spacing w:line="240" w:lineRule="auto"/>
        <w:ind w:left="720"/>
      </w:pPr>
      <w:r/>
      <w:hyperlink r:id="rId14">
        <w:r>
          <w:rPr>
            <w:color w:val="0000EE"/>
            <w:u w:val="single"/>
          </w:rPr>
          <w:t>https://www.maryspoppin.com/events</w:t>
        </w:r>
      </w:hyperlink>
      <w:r>
        <w:t xml:space="preserve"> - Mary's Poppin, Adelaide's premier LGBTQIA+ nightclub, is hosting a series of events leading up to Poppin Out 2026. Upcoming events include Espresso Fest and Zara Larsson Pre-Tour Party on October 16, TGIF featuring Joey Jay on October 23, and Grave Rave Halloween Weekend on October 30 and 31. The venue is open every Friday and Saturday from 9 PM till late, offering a vibrant atmosphere for the LGBTQIA+ community and their friends. For more details on these events and ticket information, visit the events page on the official website.</w:t>
      </w:r>
      <w:r/>
    </w:p>
    <w:p>
      <w:pPr>
        <w:pStyle w:val="ListNumber"/>
        <w:spacing w:line="240" w:lineRule="auto"/>
        <w:ind w:left="720"/>
      </w:pPr>
      <w:r/>
      <w:hyperlink r:id="rId11">
        <w:r>
          <w:rPr>
            <w:color w:val="0000EE"/>
            <w:u w:val="single"/>
          </w:rPr>
          <w:t>https://glamadelaide.com.au/marys-poppin-is-taking-over-an-adelaide-street-with-32-drag-performers-for-poppin-out-2026/</w:t>
        </w:r>
      </w:hyperlink>
      <w:r>
        <w:t xml:space="preserve"> - Mary's Poppin is taking its annual Pride celebration to Synagogue Place with 32 drag performers, DJs, and an open-air street party. The event, Poppin Out 2026, is scheduled for Saturday, November 7th, following the Adelaide Pride March. Synagogue Place will be transformed into an open-air party from 5 PM to 11 PM, with festivities continuing inside Mary's Poppin until late. The celebration aims to provide Adelaide's queer community with a celebration that feels entirely its own, featuring a massive lineup of drag royalty, interstate superstars, and Adelaide's fiercest performers. For more information, visit the official website.</w:t>
      </w:r>
      <w:r/>
    </w:p>
    <w:p>
      <w:pPr>
        <w:pStyle w:val="ListNumber"/>
        <w:spacing w:line="240" w:lineRule="auto"/>
        <w:ind w:left="720"/>
      </w:pPr>
      <w:r/>
      <w:hyperlink r:id="rId12">
        <w:r>
          <w:rPr>
            <w:color w:val="0000EE"/>
            <w:u w:val="single"/>
          </w:rPr>
          <w:t>https://glamadelaide.com.au/annual-street-party-poppin-out-returns-to-the-east-end-with-djs-glitz-and-glamour/</w:t>
        </w:r>
      </w:hyperlink>
      <w:r>
        <w:t xml:space="preserve"> - Mary's Poppin is set to throw the ultimate street party in light of the venue's 10-year celebrations, with iconic drag and plenty of drinks on the cards for their Poppin Out event. The annual street party, Poppin Out, returns this November for the ultimate shindig in Synagogue Place, with bigger and better plans for the event's fourth edition, and a few top-secret surprises to be revealed closer to time. With a splash of glitter and a parade of stilettos, this year is set to showcase the very best and boldest of queer culture, with multiple dance floors and world-class DJs getting the party going from sundown and all the way into the night. For more details, visit the official website.</w:t>
      </w:r>
      <w:r/>
    </w:p>
    <w:p>
      <w:pPr>
        <w:pStyle w:val="ListNumber"/>
        <w:spacing w:line="240" w:lineRule="auto"/>
        <w:ind w:left="720"/>
      </w:pPr>
      <w:r/>
      <w:hyperlink r:id="rId15">
        <w:r>
          <w:rPr>
            <w:color w:val="0000EE"/>
            <w:u w:val="single"/>
          </w:rPr>
          <w:t>https://glamadelaide.com.au/marys-poppin-takes-over-adelaide-hills-winery-for-huge-summer-party-with-drags-djs-and-cocktails/</w:t>
        </w:r>
      </w:hyperlink>
      <w:r>
        <w:t xml:space="preserve"> - Mary's Poppin is swapping its East End dance floor for a winery lawn, with a massive lineup of drag performers and DJs heading to the Hills. The event, Poppin Corks, will take over the Sidewood Estate winery on Saturday, February 27, bringing a huge lineup of drag performers and DJs together for an afternoon of dancing, food, and drinks among the vines. Running from 1 PM to 8 PM, the event will feature drag performances throughout the day, with DJs playing from lunchtime through to sunset. For more information, visit the official website.</w:t>
      </w:r>
      <w:r/>
    </w:p>
    <w:p>
      <w:pPr>
        <w:pStyle w:val="ListNumber"/>
        <w:spacing w:line="240" w:lineRule="auto"/>
        <w:ind w:left="720"/>
      </w:pPr>
      <w:r/>
      <w:hyperlink r:id="rId13">
        <w:r>
          <w:rPr>
            <w:color w:val="0000EE"/>
            <w:u w:val="single"/>
          </w:rPr>
          <w:t>https://www.itdevents.com/tours/poppinout</w:t>
        </w:r>
      </w:hyperlink>
      <w:r>
        <w:t xml:space="preserve"> - Poppin Out 2026 is returning bigger, louder, and more fabulous than ever, taking over Synagogue Place for one massive day-to-night street party. On Saturday, November 7, the event will transform the street and Mary's Poppin into a huge celebration of drag, music, Pride, and queer joy, kicking off straight after the Adelaide Pride March. The event will feature drag shows and DJs all day and night, with local and interstate artists, and one massive block party. The 32-performer lineup includes Alison Xpress, Bebe Babow, Berri Juicy, Boystress, Brooke Seto, Camp Minister, Champagne, Cleo Taurus, Coco Jumbo, Ellie Delight, Estelle, Eve Elle, Fay Rocious, Glitzy Von Jagger, Hannah Conda, Indi Klosette, Jules Harlow, Kane Enable, Kween Kong, Luci Furr, Mihz, Minty Hydrangea, Miss Jay, Miss Jackson, Pinball, Popchops, Tritri, Vanity, Venti, Vonni, Vybe, and Xai. For more information, visit the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artsentertainment/drag/poppin-out-adelaides-biggest-queer-street-party-returns-with-32-performer-star-studded-line-up/244554" TargetMode="External"/><Relationship Id="rId10" Type="http://schemas.openxmlformats.org/officeDocument/2006/relationships/hyperlink" Target="https://www.maryspoppin.com/poppinout" TargetMode="External"/><Relationship Id="rId11" Type="http://schemas.openxmlformats.org/officeDocument/2006/relationships/hyperlink" Target="https://glamadelaide.com.au/marys-poppin-is-taking-over-an-adelaide-street-with-32-drag-performers-for-poppin-out-2026/" TargetMode="External"/><Relationship Id="rId12" Type="http://schemas.openxmlformats.org/officeDocument/2006/relationships/hyperlink" Target="https://glamadelaide.com.au/annual-street-party-poppin-out-returns-to-the-east-end-with-djs-glitz-and-glamour/" TargetMode="External"/><Relationship Id="rId13" Type="http://schemas.openxmlformats.org/officeDocument/2006/relationships/hyperlink" Target="https://www.itdevents.com/tours/poppinout" TargetMode="External"/><Relationship Id="rId14" Type="http://schemas.openxmlformats.org/officeDocument/2006/relationships/hyperlink" Target="https://www.maryspoppin.com/events" TargetMode="External"/><Relationship Id="rId15" Type="http://schemas.openxmlformats.org/officeDocument/2006/relationships/hyperlink" Target="https://glamadelaide.com.au/marys-poppin-takes-over-adelaide-hills-winery-for-huge-summer-party-with-drags-djs-and-cocktai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