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Palm Springs Clothing Optional Resorts for Pride Getaways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heading to Palm Springs for Greater Palm Springs Pride or Palm Springs Leather Pride can skip the costume changes with a stay at one of three adults-only, clothing-optional resorts. Santiago, Descanso and Twin Palms each offer a distinct take on poolside desert luxury, making them appealing bases for a relaxed, stylish weekend.</w:t>
      </w:r>
      <w:r/>
    </w:p>
    <w:p>
      <w:pPr>
        <w:pStyle w:val="Heading2"/>
      </w:pPr>
      <w:r>
        <w:t>Essential Takeaways</w:t>
      </w:r>
      <w:r/>
      <w:r/>
    </w:p>
    <w:p>
      <w:pPr>
        <w:pStyle w:val="ListBullet"/>
        <w:spacing w:line="240" w:lineRule="auto"/>
        <w:ind w:left="720"/>
      </w:pPr>
      <w:r/>
      <w:r>
        <w:rPr>
          <w:b/>
        </w:rPr>
        <w:t>Three different moods:</w:t>
      </w:r>
      <w:r>
        <w:t xml:space="preserve"> Santiago is lively and pool-focused, Descanso feels leafy and tranquil, while Twin Palms leans into modern luxury.</w:t>
      </w:r>
      <w:r/>
    </w:p>
    <w:p>
      <w:pPr>
        <w:pStyle w:val="ListBullet"/>
        <w:spacing w:line="240" w:lineRule="auto"/>
        <w:ind w:left="720"/>
      </w:pPr>
      <w:r/>
      <w:r>
        <w:rPr>
          <w:b/>
        </w:rPr>
        <w:t>Adults-only freedom:</w:t>
      </w:r>
      <w:r>
        <w:t xml:space="preserve"> The resorts offer clothing-optional settings designed for privacy, comfort and easy socialising.</w:t>
      </w:r>
      <w:r/>
    </w:p>
    <w:p>
      <w:pPr>
        <w:pStyle w:val="ListBullet"/>
        <w:spacing w:line="240" w:lineRule="auto"/>
        <w:ind w:left="720"/>
      </w:pPr>
      <w:r/>
      <w:r>
        <w:rPr>
          <w:b/>
        </w:rPr>
        <w:t>Pride timing matters:</w:t>
      </w:r>
      <w:r>
        <w:t xml:space="preserve"> Greater Palm Springs Pride is a major regional event, while Leather Pride takes place earlier in the season.</w:t>
      </w:r>
      <w:r/>
    </w:p>
    <w:p>
      <w:pPr>
        <w:pStyle w:val="ListBullet"/>
        <w:spacing w:line="240" w:lineRule="auto"/>
        <w:ind w:left="720"/>
      </w:pPr>
      <w:r/>
      <w:r>
        <w:rPr>
          <w:b/>
        </w:rPr>
        <w:t>Poolside comforts:</w:t>
      </w:r>
      <w:r>
        <w:t xml:space="preserve"> Expect heated or climate-controlled pools, spas, outdoor showers and shaded spaces for escaping the desert sun.</w:t>
      </w:r>
      <w:r/>
    </w:p>
    <w:p>
      <w:pPr>
        <w:pStyle w:val="ListBullet"/>
        <w:spacing w:line="240" w:lineRule="auto"/>
        <w:ind w:left="720"/>
      </w:pPr>
      <w:r/>
      <w:r>
        <w:rPr>
          <w:b/>
        </w:rPr>
        <w:t>Choose by room style:</w:t>
      </w:r>
      <w:r>
        <w:t xml:space="preserve"> Mountain views, private outdoor areas and larger suites vary between properties, so check the details before booking.</w:t>
      </w:r>
      <w:r/>
      <w:r/>
    </w:p>
    <w:p>
      <w:pPr>
        <w:pStyle w:val="Heading2"/>
      </w:pPr>
      <w:r>
        <w:t>Two Prides, One Very Good Excuse to Visit</w:t>
      </w:r>
      <w:r/>
    </w:p>
    <w:p>
      <w:r/>
      <w:r>
        <w:t xml:space="preserve">Palm Springs becomes especially lively around its LGBTQ+ Pride calendar, with Greater Palm Springs Pride bringing parades, parties and community events across the city. The official Palm Springs Pride organisation remains the best place to check current event information, timings and updates before travelling. </w:t>
      </w:r>
      <w:hyperlink r:id="rId9">
        <w:r>
          <w:rPr>
            <w:color w:val="0000EE"/>
            <w:u w:val="single"/>
          </w:rPr>
          <w:t>[2]</w:t>
        </w:r>
      </w:hyperlink>
      <w:r/>
    </w:p>
    <w:p>
      <w:r/>
      <w:r>
        <w:t xml:space="preserve">The wider Greater Palm Springs area is also promoted as a welcoming destination for LGBTQ+ visitors, with events spread across Palm Springs and nearby communities. That makes the region more than a single parade weekend, particularly for travellers who want pool time, restaurants and desert scenery alongside the celebrations. </w:t>
      </w:r>
      <w:hyperlink r:id="rId10">
        <w:r>
          <w:rPr>
            <w:color w:val="0000EE"/>
            <w:u w:val="single"/>
          </w:rPr>
          <w:t>[4]</w:t>
        </w:r>
      </w:hyperlink>
      <w:r/>
    </w:p>
    <w:p>
      <w:r/>
      <w:r>
        <w:t xml:space="preserve">There is, however, a practical challenge. Packing for consecutive themed nights can become its own kind of endurance sport, especially when leather events, Halloween gatherings and Pride parties arrive close together. A clothing-optional resort offers an appealing reset: fewer outfit decisions, more time beside the pool and considerably less rummaging through an overstuffed suitcase. </w:t>
      </w:r>
      <w:hyperlink r:id="rId11">
        <w:r>
          <w:rPr>
            <w:color w:val="0000EE"/>
            <w:u w:val="single"/>
          </w:rPr>
          <w:t>[3]</w:t>
        </w:r>
      </w:hyperlink>
      <w:r/>
    </w:p>
    <w:p>
      <w:pPr>
        <w:pStyle w:val="Heading2"/>
      </w:pPr>
      <w:r>
        <w:t>Santiago Brings Big Pool Energy</w:t>
      </w:r>
      <w:r/>
    </w:p>
    <w:p>
      <w:r/>
      <w:r>
        <w:t xml:space="preserve">Santiago is the largest and most established of the three properties, with 24 rooms and suites arranged around a substantial climate-controlled pool. The atmosphere is bright and sociable, with bold pool colours, generous outdoor space and the kind of setting where guests can drift easily between breakfast, sunbathing and a dip. </w:t>
      </w:r>
      <w:hyperlink r:id="rId12">
        <w:r>
          <w:rPr>
            <w:color w:val="0000EE"/>
            <w:u w:val="single"/>
          </w:rPr>
          <w:t>[1]</w:t>
        </w:r>
      </w:hyperlink>
      <w:r/>
    </w:p>
    <w:p>
      <w:r/>
      <w:r>
        <w:t xml:space="preserve">Rooms feature king-size beds, contemporary bathrooms with walk-in rain showers and fast Wi-Fi. Guests also have access to a spa, outdoor shower, cooling misters and a newer sun deck, while complimentary breakfast and poolside lunch make it easy to stay put for the day. </w:t>
      </w:r>
      <w:hyperlink r:id="rId12">
        <w:r>
          <w:rPr>
            <w:color w:val="0000EE"/>
            <w:u w:val="single"/>
          </w:rPr>
          <w:t>[1]</w:t>
        </w:r>
      </w:hyperlink>
      <w:r/>
    </w:p>
    <w:p>
      <w:r/>
      <w:r>
        <w:t xml:space="preserve">This is the natural choice for travellers who see the pool as the heart of a holiday. If your ideal Pride weekend involves conversation, warm water and a reliable supply of sunglasses, Santiago has the strongest all-round resort feel. </w:t>
      </w:r>
      <w:hyperlink r:id="rId12">
        <w:r>
          <w:rPr>
            <w:color w:val="0000EE"/>
            <w:u w:val="single"/>
          </w:rPr>
          <w:t>[1]</w:t>
        </w:r>
      </w:hyperlink>
      <w:r/>
    </w:p>
    <w:p>
      <w:pPr>
        <w:pStyle w:val="Heading2"/>
      </w:pPr>
      <w:r>
        <w:t>Descanso Keeps Things Leafy and Calm</w:t>
      </w:r>
      <w:r/>
    </w:p>
    <w:p>
      <w:r/>
      <w:r>
        <w:t xml:space="preserve">Descanso takes a quieter approach, using an open-air lobby, tropical planting and a courtyard garden to create a sense of escape from the surrounding desert. Its saltwater pool and spa sit beneath views of the San Jacinto mountains, while misting systems and outdoor showers help take the edge off hot afternoons. </w:t>
      </w:r>
      <w:hyperlink r:id="rId12">
        <w:r>
          <w:rPr>
            <w:color w:val="0000EE"/>
            <w:u w:val="single"/>
          </w:rPr>
          <w:t>[1]</w:t>
        </w:r>
      </w:hyperlink>
      <w:r/>
    </w:p>
    <w:p>
      <w:r/>
      <w:r>
        <w:t xml:space="preserve">The 15 rooms are light and spacious, with custom furniture, king-size beds and upgraded linens. Upper-floor rooms offer wider mountain views, while ground-floor accommodation puts guests closer to the pool and gardens. One suite includes a freestanding bath, which is a tempting detail after a long day of events. </w:t>
      </w:r>
      <w:hyperlink r:id="rId12">
        <w:r>
          <w:rPr>
            <w:color w:val="0000EE"/>
            <w:u w:val="single"/>
          </w:rPr>
          <w:t>[1]</w:t>
        </w:r>
      </w:hyperlink>
      <w:r/>
    </w:p>
    <w:p>
      <w:r/>
      <w:r>
        <w:t xml:space="preserve">Descanso suits visitors who want a more intimate atmosphere without giving up design or comfort. It feels less like a party base and more like a private desert garden, although the Pride calendar is never far away. </w:t>
      </w:r>
      <w:hyperlink r:id="rId12">
        <w:r>
          <w:rPr>
            <w:color w:val="0000EE"/>
            <w:u w:val="single"/>
          </w:rPr>
          <w:t>[1]</w:t>
        </w:r>
      </w:hyperlink>
      <w:r/>
    </w:p>
    <w:p>
      <w:pPr>
        <w:pStyle w:val="Heading2"/>
      </w:pPr>
      <w:r>
        <w:t>Twin Palms Makes Mid-Century Style Feel Fresh</w:t>
      </w:r>
      <w:r/>
    </w:p>
    <w:p>
      <w:r/>
      <w:r>
        <w:t xml:space="preserve">Twin Palms is the youngest property in the group, having opened in its current form in 2022 after a substantial renovation. Its buildings draw on the mid-century character of Palm Springs' Twin Palms neighbourhood, where indoor-outdoor living and clean modernist lines are part of the local architectural story. </w:t>
      </w:r>
      <w:hyperlink r:id="rId12">
        <w:r>
          <w:rPr>
            <w:color w:val="0000EE"/>
            <w:u w:val="single"/>
          </w:rPr>
          <w:t>[1]</w:t>
        </w:r>
      </w:hyperlink>
      <w:r/>
    </w:p>
    <w:p>
      <w:r/>
      <w:r>
        <w:t xml:space="preserve">The resort has 20 rooms and suites surrounding a striking pool, a large spa and landscaped patio areas. Many rooms include spacious bathrooms and private outdoor space, while the open-air clubhouse gives guests somewhere to relax, eat or work away from their room. </w:t>
      </w:r>
      <w:hyperlink r:id="rId12">
        <w:r>
          <w:rPr>
            <w:color w:val="0000EE"/>
            <w:u w:val="single"/>
          </w:rPr>
          <w:t>[1]</w:t>
        </w:r>
      </w:hyperlink>
      <w:r/>
    </w:p>
    <w:p>
      <w:r/>
      <w:r>
        <w:t xml:space="preserve">The result is polished but not cold. Twin Palms is the pick for design-conscious travellers who like their getaway to feel a little more boutique, with crisp interiors, quality linens and a strong sense of place. </w:t>
      </w:r>
      <w:hyperlink r:id="rId12">
        <w:r>
          <w:rPr>
            <w:color w:val="0000EE"/>
            <w:u w:val="single"/>
          </w:rPr>
          <w:t>[1]</w:t>
        </w:r>
      </w:hyperlink>
      <w:r/>
    </w:p>
    <w:p>
      <w:pPr>
        <w:pStyle w:val="Heading2"/>
      </w:pPr>
      <w:r>
        <w:t>How to Choose the Right Resort for Your Trip</w:t>
      </w:r>
      <w:r/>
    </w:p>
    <w:p>
      <w:r/>
      <w:r>
        <w:t xml:space="preserve">Start with the kind of holiday you actually want, rather than simply choosing the newest or most photographed property. Santiago is the best fit for a busier, pool-centred stay; Descanso works well for couples or solo travellers seeking calm; and Twin Palms is strongest on contemporary style and private-feeling spaces. </w:t>
      </w:r>
      <w:hyperlink r:id="rId12">
        <w:r>
          <w:rPr>
            <w:color w:val="0000EE"/>
            <w:u w:val="single"/>
          </w:rPr>
          <w:t>[1]</w:t>
        </w:r>
      </w:hyperlink>
      <w:r/>
    </w:p>
    <w:p>
      <w:r/>
      <w:r>
        <w:t xml:space="preserve">Check the practical details before confirming a room, including whether it has a mountain view, ground-floor access or a private outdoor area. During Pride weekends, those small differences can matter, particularly if you plan to spend a lot of time at the resort between events. </w:t>
      </w:r>
      <w:hyperlink r:id="rId12">
        <w:r>
          <w:rPr>
            <w:color w:val="0000EE"/>
            <w:u w:val="single"/>
          </w:rPr>
          <w:t>[1]</w:t>
        </w:r>
      </w:hyperlink>
      <w:r/>
    </w:p>
    <w:p>
      <w:r/>
      <w:r>
        <w:t xml:space="preserve">It is also worth checking official Pride listings close to the date, since event schedules, venues and associated activities can change. Palm Springs Pride's own calendar should be your first stop, with regional tourism listings useful for finding additional events, neighbourhood activities and visitor information. </w:t>
      </w:r>
      <w:hyperlink r:id="rId9">
        <w:r>
          <w:rPr>
            <w:color w:val="0000EE"/>
            <w:u w:val="single"/>
          </w:rPr>
          <w:t>[2]</w:t>
        </w:r>
      </w:hyperlink>
      <w:r/>
    </w:p>
    <w:p>
      <w:pPr>
        <w:pStyle w:val="Heading2"/>
      </w:pPr>
      <w:r>
        <w:t>A More Relaxed Way to Do Pride</w:t>
      </w:r>
      <w:r/>
    </w:p>
    <w:p>
      <w:r/>
      <w:r>
        <w:t xml:space="preserve">The appeal of these resorts isn't only the clothing-optional policy. It's the chance to create a holiday with fewer formalities: swim, nap, shower off the desert heat and head out again when you're ready. That sense of ease can be especially welcome during a packed weekend of parties and parades. </w:t>
      </w:r>
      <w:hyperlink r:id="rId12">
        <w:r>
          <w:rPr>
            <w:color w:val="0000EE"/>
            <w:u w:val="single"/>
          </w:rPr>
          <w:t>[1]</w:t>
        </w:r>
      </w:hyperlink>
      <w:r/>
    </w:p>
    <w:p>
      <w:r/>
      <w:r>
        <w:t xml:space="preserve">Greater Palm Springs has long positioned itself as an LGBTQ+ friendly destination, and its Pride celebrations continue to bring visitors into the area each year. For travellers who want community energy without sacrificing comfort, an adults-only resort can provide a useful middle ground between a full-service hotel and a more communal nightlife setting. </w:t>
      </w:r>
      <w:hyperlink r:id="rId10">
        <w:r>
          <w:rPr>
            <w:color w:val="0000EE"/>
            <w:u w:val="single"/>
          </w:rPr>
          <w:t>[4]</w:t>
        </w:r>
      </w:hyperlink>
      <w:r/>
    </w:p>
    <w:p>
      <w:r/>
      <w:r>
        <w:t xml:space="preserve">So pack the sunscreen, bring clothes for the events you do attend and leave a little room in the itinerary for doing absolutely nothing. In Palm Springs, that can be the most luxurious plan of all. </w:t>
      </w:r>
      <w:hyperlink r:id="rId11">
        <w:r>
          <w:rPr>
            <w:color w:val="0000EE"/>
            <w:u w:val="single"/>
          </w:rPr>
          <w:t>[3]</w:t>
        </w:r>
      </w:hyperlink>
      <w:r/>
    </w:p>
    <w:p>
      <w:r/>
      <w:r>
        <w:t>Choose the resort that matches your pace, then let the desert do the rest.</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1">
        <w:r>
          <w:rPr>
            <w:color w:val="0000EE"/>
            <w:u w:val="single"/>
          </w:rPr>
          <w:t>[5]</w:t>
        </w:r>
      </w:hyperlink>
      <w:r>
        <w:t xml:space="preserve">- Paragraph 3: </w:t>
      </w:r>
      <w:hyperlink r:id="rId12">
        <w:r>
          <w:rPr>
            <w:color w:val="0000EE"/>
            <w:u w:val="single"/>
          </w:rPr>
          <w:t>[1]</w:t>
        </w:r>
      </w:hyperlink>
      <w:r>
        <w:t xml:space="preserve">, </w:t>
      </w:r>
      <w:hyperlink r:id="rId9">
        <w:r>
          <w:rPr>
            <w:color w:val="0000EE"/>
            <w:u w:val="single"/>
          </w:rPr>
          <w:t>[6]</w:t>
        </w:r>
      </w:hyperlink>
      <w:r>
        <w:t xml:space="preserve">- Paragraph 4: </w:t>
      </w:r>
      <w:hyperlink r:id="rId12">
        <w:r>
          <w:rPr>
            <w:color w:val="0000EE"/>
            <w:u w:val="single"/>
          </w:rPr>
          <w:t>[1]</w:t>
        </w:r>
      </w:hyperlink>
      <w:r>
        <w:t xml:space="preserve">, </w:t>
      </w:r>
      <w:hyperlink r:id="rId9">
        <w:r>
          <w:rPr>
            <w:color w:val="0000EE"/>
            <w:u w:val="single"/>
          </w:rPr>
          <w:t>[7]</w:t>
        </w:r>
      </w:hyperlink>
      <w:r>
        <w:t xml:space="preserve">- Paragraph 5: </w:t>
      </w:r>
      <w:hyperlink r:id="rId12">
        <w:r>
          <w:rPr>
            <w:color w:val="0000EE"/>
            <w:u w:val="single"/>
          </w:rPr>
          <w:t>[1]</w:t>
        </w:r>
      </w:hyperlink>
      <w:r>
        <w:t xml:space="preserve">- Paragraph 6: </w:t>
      </w:r>
      <w:hyperlink r:id="rId12">
        <w:r>
          <w:rPr>
            <w:color w:val="0000EE"/>
            <w:u w:val="single"/>
          </w:rPr>
          <w:t>[1]</w:t>
        </w:r>
      </w:hyperlink>
      <w:r>
        <w:t xml:space="preserve">, </w:t>
      </w:r>
      <w:hyperlink r:id="rId9">
        <w:r>
          <w:rPr>
            <w:color w:val="0000EE"/>
            <w:u w:val="single"/>
          </w:rPr>
          <w:t>[2]</w:t>
        </w:r>
      </w:hyperlink>
      <w:r>
        <w:t xml:space="preserve">- Paragraph 7: </w:t>
      </w:r>
      <w:hyperlink r:id="rId12">
        <w:r>
          <w:rPr>
            <w:color w:val="0000EE"/>
            <w:u w:val="single"/>
          </w:rPr>
          <w:t>[1]</w:t>
        </w:r>
      </w:hyperlink>
      <w:r>
        <w:t xml:space="preserve">- Paragraph 8: </w:t>
      </w:r>
      <w:hyperlink r:id="rId12">
        <w:r>
          <w:rPr>
            <w:color w:val="0000EE"/>
            <w:u w:val="single"/>
          </w:rPr>
          <w:t>[1]</w:t>
        </w:r>
      </w:hyperlink>
      <w:r>
        <w:t xml:space="preserve">, </w:t>
      </w:r>
      <w:hyperlink r:id="rId10">
        <w:r>
          <w:rPr>
            <w:color w:val="0000EE"/>
            <w:u w:val="single"/>
          </w:rPr>
          <w:t>[4]</w:t>
        </w:r>
      </w:hyperlink>
      <w:r>
        <w:t xml:space="preserve">- Paragraph 9: </w:t>
      </w:r>
      <w:hyperlink r:id="rId12">
        <w:r>
          <w:rPr>
            <w:color w:val="0000EE"/>
            <w:u w:val="single"/>
          </w:rPr>
          <w:t>[1]</w:t>
        </w:r>
      </w:hyperlink>
      <w:r>
        <w:t xml:space="preserve">- Paragraph 10: </w:t>
      </w:r>
      <w:hyperlink r:id="rId12">
        <w:r>
          <w:rPr>
            <w:color w:val="0000EE"/>
            <w:u w:val="single"/>
          </w:rPr>
          <w:t>[1]</w:t>
        </w:r>
      </w:hyperlink>
      <w:r>
        <w:t xml:space="preserve">, </w:t>
      </w:r>
      <w:hyperlink r:id="rId11">
        <w:r>
          <w:rPr>
            <w:color w:val="0000EE"/>
            <w:u w:val="single"/>
          </w:rPr>
          <w:t>[3]</w:t>
        </w:r>
      </w:hyperlink>
      <w:r>
        <w:t xml:space="preserve">- Paragraph 11: </w:t>
      </w:r>
      <w:hyperlink r:id="rId12">
        <w:r>
          <w:rPr>
            <w:color w:val="0000EE"/>
            <w:u w:val="single"/>
          </w:rPr>
          <w:t>[1]</w:t>
        </w:r>
      </w:hyperlink>
      <w:r>
        <w:t xml:space="preserve">, </w:t>
      </w:r>
      <w:hyperlink r:id="rId9">
        <w:r>
          <w:rPr>
            <w:color w:val="0000EE"/>
            <w:u w:val="single"/>
          </w:rPr>
          <w:t>[2]</w:t>
        </w:r>
      </w:hyperlink>
      <w:r>
        <w:t xml:space="preserve">- Paragraph 12: </w:t>
      </w:r>
      <w:hyperlink r:id="rId12">
        <w:r>
          <w:rPr>
            <w:color w:val="0000EE"/>
            <w:u w:val="single"/>
          </w:rPr>
          <w:t>[1]</w:t>
        </w:r>
      </w:hyperlink>
      <w:r>
        <w:t xml:space="preserve">- Paragraph 13: </w:t>
      </w:r>
      <w:hyperlink r:id="rId10">
        <w:r>
          <w:rPr>
            <w:color w:val="0000EE"/>
            <w:u w:val="single"/>
          </w:rPr>
          <w:t>[4]</w:t>
        </w:r>
      </w:hyperlink>
      <w:r>
        <w:t xml:space="preserve">- Paragraph 14: </w:t>
      </w:r>
      <w:hyperlink r:id="rId12">
        <w:r>
          <w:rPr>
            <w:color w:val="0000EE"/>
            <w:u w:val="single"/>
          </w:rPr>
          <w:t>[1]</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glossmagazine.net/2026/10/resorts-palm-springs-brother-properties-santiago-descanso-twin-palms/?utm_source=rss&amp;utm_medium=rss&amp;utm_campaign=resorts-palm-springs-brother-properties-santiago-descanso-twin-palms&amp;utm_source=rss&amp;utm_medium=rss&amp;utm_campaign=resorts-palm-springs-brother-properties-santiago-descanso-twin-palms</w:t>
        </w:r>
      </w:hyperlink>
      <w:r>
        <w:t xml:space="preserve"> - Please view link - unable to able to access data</w:t>
      </w:r>
      <w:r/>
    </w:p>
    <w:p>
      <w:pPr>
        <w:pStyle w:val="ListNumber"/>
        <w:spacing w:line="240" w:lineRule="auto"/>
        <w:ind w:left="720"/>
      </w:pPr>
      <w:r/>
      <w:hyperlink r:id="rId9">
        <w:r>
          <w:rPr>
            <w:color w:val="0000EE"/>
            <w:u w:val="single"/>
          </w:rPr>
          <w:t>https://www.pspride.org/pride</w:t>
        </w:r>
      </w:hyperlink>
      <w:r>
        <w:t xml:space="preserve"> - The official website of Greater Palm Springs Pride provides comprehensive information about the 2026 Pride events, including the festival and parade scheduled for November 6-8, 2026. The site details the festival's marketplace, entertainment, and the parade route along Palm Canyon Drive. It also offers information on ticketing, donations, and volunteer opportunities, serving as a central hub for attendees seeking the latest updates and resources related to the Pride celebrations.</w:t>
      </w:r>
      <w:r/>
    </w:p>
    <w:p>
      <w:pPr>
        <w:pStyle w:val="ListNumber"/>
        <w:spacing w:line="240" w:lineRule="auto"/>
        <w:ind w:left="720"/>
      </w:pPr>
      <w:r/>
      <w:hyperlink r:id="rId11">
        <w:r>
          <w:rPr>
            <w:color w:val="0000EE"/>
            <w:u w:val="single"/>
          </w:rPr>
          <w:t>https://www.palmspringslife.com/event/greater-palm-springs-pride/</w:t>
        </w:r>
      </w:hyperlink>
      <w:r>
        <w:t xml:space="preserve"> - Palm Springs Life magazine offers an overview of the Greater Palm Springs Pride 2026, highlighting the 40th annual celebration from November 6-8 in downtown Palm Springs and the Arenas District. The article discusses the theme 'Be Included' and provides details about the Pride Parade on Sunday, November 8, including its route and starting time. It also mentions the various events and activities planned for the weekend, emphasizing the significance of this milestone anniversary.</w:t>
      </w:r>
      <w:r/>
    </w:p>
    <w:p>
      <w:pPr>
        <w:pStyle w:val="ListNumber"/>
        <w:spacing w:line="240" w:lineRule="auto"/>
        <w:ind w:left="720"/>
      </w:pPr>
      <w:r/>
      <w:hyperlink r:id="rId10">
        <w:r>
          <w:rPr>
            <w:color w:val="0000EE"/>
            <w:u w:val="single"/>
          </w:rPr>
          <w:t>https://www.visitgreaterpalmsprings.com/events/events-and-festivals/greater-palm-springs-lgbtq-pride/</w:t>
        </w:r>
      </w:hyperlink>
      <w:r>
        <w:t xml:space="preserve"> - Visit Greater Palm Springs provides a detailed guide to the 2026 Pride events, including the festival and parade. The page outlines the schedule of events, such as the Pride Walk on October 17, the Arenas District Block Party, and the main festival and parade on November 7-8. It also highlights the theme 'Be Included' and offers information on local LGBTQ-owned businesses participating in the festivities, serving as a resource for visitors planning to attend.</w:t>
      </w:r>
      <w:r/>
    </w:p>
    <w:p>
      <w:pPr>
        <w:pStyle w:val="ListNumber"/>
        <w:spacing w:line="240" w:lineRule="auto"/>
        <w:ind w:left="720"/>
      </w:pPr>
      <w:r/>
      <w:hyperlink r:id="rId11">
        <w:r>
          <w:rPr>
            <w:color w:val="0000EE"/>
            <w:u w:val="single"/>
          </w:rPr>
          <w:t>https://www.palmspringslife.com/event/greater-palm-springs-pride/</w:t>
        </w:r>
      </w:hyperlink>
      <w:r>
        <w:t xml:space="preserve"> - Palm Springs Life magazine provides an overview of the Greater Palm Springs Pride 2026, highlighting the 40th annual celebration from November 6-8 in downtown Palm Springs and the Arenas District. The article discusses the theme 'Be Included' and provides details about the Pride Parade on Sunday, November 8, including its route and starting time. It also mentions the various events and activities planned for the weekend, emphasizing the significance of this milestone anniversary.</w:t>
      </w:r>
      <w:r/>
    </w:p>
    <w:p>
      <w:pPr>
        <w:pStyle w:val="ListNumber"/>
        <w:spacing w:line="240" w:lineRule="auto"/>
        <w:ind w:left="720"/>
      </w:pPr>
      <w:r/>
      <w:hyperlink r:id="rId9">
        <w:r>
          <w:rPr>
            <w:color w:val="0000EE"/>
            <w:u w:val="single"/>
          </w:rPr>
          <w:t>https://www.pspride.org/pride</w:t>
        </w:r>
      </w:hyperlink>
      <w:r>
        <w:t xml:space="preserve"> - The official website of Greater Palm Springs Pride provides comprehensive information about the 2026 Pride events, including the festival and parade scheduled for November 6-8, 2026. The site details the festival's marketplace, entertainment, and the parade route along Palm Canyon Drive. It also offers information on ticketing, donations, and volunteer opportunities, serving as a central hub for attendees seeking the latest updates and resources related to the Pride celebrations.</w:t>
      </w:r>
      <w:r/>
    </w:p>
    <w:p>
      <w:pPr>
        <w:pStyle w:val="ListNumber"/>
        <w:spacing w:line="240" w:lineRule="auto"/>
        <w:ind w:left="720"/>
      </w:pPr>
      <w:r/>
      <w:hyperlink r:id="rId9">
        <w:r>
          <w:rPr>
            <w:color w:val="0000EE"/>
            <w:u w:val="single"/>
          </w:rPr>
          <w:t>https://www.pspride.org/pride</w:t>
        </w:r>
      </w:hyperlink>
      <w:r>
        <w:t xml:space="preserve"> - The official website of Greater Palm Springs Pride provides comprehensive information about the 2026 Pride events, including the festival and parade scheduled for November 6-8, 2026. The site details the festival's marketplace, entertainment, and the parade route along Palm Canyon Drive. It also offers information on ticketing, donations, and volunteer opportunities, serving as a central hub for attendees seeking the latest updates and resources related to the Pride celebrations.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spride.org/pride" TargetMode="External"/><Relationship Id="rId10" Type="http://schemas.openxmlformats.org/officeDocument/2006/relationships/hyperlink" Target="https://www.visitgreaterpalmsprings.com/events/events-and-festivals/greater-palm-springs-lgbtq-pride/" TargetMode="External"/><Relationship Id="rId11" Type="http://schemas.openxmlformats.org/officeDocument/2006/relationships/hyperlink" Target="https://www.palmspringslife.com/event/greater-palm-springs-pride/" TargetMode="External"/><Relationship Id="rId12" Type="http://schemas.openxmlformats.org/officeDocument/2006/relationships/hyperlink" Target="https://glossmagazine.net/2026/10/resorts-palm-springs-brother-properties-santiago-descanso-twin-palms/?utm_source=rss&amp;utm_medium=rss&amp;utm_campaign=resorts-palm-springs-brother-properties-santiago-descanso-twin-palms&amp;utm_source=rss&amp;utm_medium=rss&amp;utm_campaign=resorts-palm-springs-brother-properties-santiago-descanso-twin-palm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