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Orlando Halloween Drag Show for a Queer Night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Gala of Ghouls is bringing its Coven Revival anniversary party to Winter Park, combining drag, burlesque, Halloween theatrics and Pride energy for one gloriously over-the-top night. The popular Orlando event promises a welcoming space for queer performers and audiences, with familiar collaborators, spectacle and plenty of reasons to dress for the occasion.</w:t>
      </w:r>
      <w:r/>
    </w:p>
    <w:p>
      <w:pPr>
        <w:pStyle w:val="Heading2"/>
      </w:pPr>
      <w:r>
        <w:t>Essential Takeaways</w:t>
      </w:r>
      <w:r/>
      <w:r/>
    </w:p>
    <w:p>
      <w:pPr>
        <w:pStyle w:val="ListBullet"/>
        <w:spacing w:line="240" w:lineRule="auto"/>
        <w:ind w:left="720"/>
      </w:pPr>
      <w:r/>
      <w:r>
        <w:rPr>
          <w:b/>
        </w:rPr>
        <w:t>When:</w:t>
      </w:r>
      <w:r>
        <w:t xml:space="preserve"> 7pm on Saturday, 17 October 2026.</w:t>
      </w:r>
      <w:r/>
    </w:p>
    <w:p>
      <w:pPr>
        <w:pStyle w:val="ListBullet"/>
        <w:spacing w:line="240" w:lineRule="auto"/>
        <w:ind w:left="720"/>
      </w:pPr>
      <w:r/>
      <w:r>
        <w:rPr>
          <w:b/>
        </w:rPr>
        <w:t>Where:</w:t>
      </w:r>
      <w:r>
        <w:t xml:space="preserve"> Conduit, 6700 Aloma Avenue, Winter Park.</w:t>
      </w:r>
      <w:r/>
    </w:p>
    <w:p>
      <w:pPr>
        <w:pStyle w:val="ListBullet"/>
        <w:spacing w:line="240" w:lineRule="auto"/>
        <w:ind w:left="720"/>
      </w:pPr>
      <w:r/>
      <w:r>
        <w:rPr>
          <w:b/>
        </w:rPr>
        <w:t>What to expect:</w:t>
      </w:r>
      <w:r>
        <w:t xml:space="preserve"> Drag, burlesque, theatrical characters and Halloween-inspired performance.</w:t>
      </w:r>
      <w:r/>
    </w:p>
    <w:p>
      <w:pPr>
        <w:pStyle w:val="ListBullet"/>
        <w:spacing w:line="240" w:lineRule="auto"/>
        <w:ind w:left="720"/>
      </w:pPr>
      <w:r/>
      <w:r>
        <w:rPr>
          <w:b/>
        </w:rPr>
        <w:t>Why it matters:</w:t>
      </w:r>
      <w:r>
        <w:t xml:space="preserve"> The show centres queer, trans and people-of-colour performers in a celebratory setting.</w:t>
      </w:r>
      <w:r/>
    </w:p>
    <w:p>
      <w:pPr>
        <w:pStyle w:val="ListBullet"/>
        <w:spacing w:line="240" w:lineRule="auto"/>
        <w:ind w:left="720"/>
      </w:pPr>
      <w:r/>
      <w:r>
        <w:rPr>
          <w:b/>
        </w:rPr>
        <w:t>Tickets:</w:t>
      </w:r>
      <w:r>
        <w:t xml:space="preserve"> Listed at $17.21, subject to event-platform details.</w:t>
      </w:r>
      <w:r/>
      <w:r/>
    </w:p>
    <w:p>
      <w:pPr>
        <w:pStyle w:val="Heading2"/>
      </w:pPr>
      <w:r>
        <w:t>Three years of beautifully chaotic spectacle</w:t>
      </w:r>
      <w:r/>
    </w:p>
    <w:p>
      <w:r/>
      <w:r>
        <w:t>Gala of Ghouls has grown from a Come Out With Pride afterparty into one of Orlando's more distinctive nightlife events. Its latest production, Coven Revival, marks the show's third anniversary with the same blend of camp, theatrical menace and exuberant performance that helped build its following.</w:t>
      </w:r>
      <w:r/>
    </w:p>
    <w:p>
      <w:r/>
      <w:r>
        <w:t xml:space="preserve">The atmosphere is designed to feel immersive rather than ordinary. Expect dramatic looks, dark humour and the sort of crowd where sequins, face paint and elaborate Halloween outfits won't raise an eyebrow. Orlando Weekly has previously described the production as a night of drag, music and more, and its returning audience suggests the formula has found its people. </w:t>
      </w:r>
      <w:hyperlink r:id="rId9">
        <w:r>
          <w:rPr>
            <w:color w:val="0000EE"/>
            <w:u w:val="single"/>
          </w:rPr>
          <w:t>[2]</w:t>
        </w:r>
      </w:hyperlink>
      <w:r>
        <w:t xml:space="preserve">, </w:t>
      </w:r>
      <w:hyperlink r:id="rId10">
        <w:r>
          <w:rPr>
            <w:color w:val="0000EE"/>
            <w:u w:val="single"/>
          </w:rPr>
          <w:t>[6]</w:t>
        </w:r>
      </w:hyperlink>
      <w:r/>
    </w:p>
    <w:p>
      <w:pPr>
        <w:pStyle w:val="Heading2"/>
      </w:pPr>
      <w:r>
        <w:t>Drag and burlesque take centre stage</w:t>
      </w:r>
      <w:r/>
    </w:p>
    <w:p>
      <w:r/>
      <w:r>
        <w:t>The anniversary bill includes Gala of Ghouls creator Kissa Death, alongside Amnesia Effect, Your Scary Godmother, E and Dr Victor Von Vector. That line-up gives the evening a deliberately collaborative feel, rather than presenting a single performer as the whole attraction.</w:t>
      </w:r>
      <w:r/>
    </w:p>
    <w:p>
      <w:r/>
      <w:r>
        <w:t xml:space="preserve">Previous Gala events have moved beyond a standard drag show, incorporating ideas such as fashion, séances and a scare trail. The result is closer to a theatrical variety night, with each act contributing to a larger world of ghosts, glamour and playful horror. </w:t>
      </w:r>
      <w:hyperlink r:id="rId11">
        <w:r>
          <w:rPr>
            <w:color w:val="0000EE"/>
            <w:u w:val="single"/>
          </w:rPr>
          <w:t>[3]</w:t>
        </w:r>
      </w:hyperlink>
      <w:r>
        <w:t xml:space="preserve">, </w:t>
      </w:r>
      <w:hyperlink r:id="rId12">
        <w:r>
          <w:rPr>
            <w:color w:val="0000EE"/>
            <w:u w:val="single"/>
          </w:rPr>
          <w:t>[4]</w:t>
        </w:r>
      </w:hyperlink>
      <w:r/>
    </w:p>
    <w:p>
      <w:pPr>
        <w:pStyle w:val="Heading2"/>
      </w:pPr>
      <w:r>
        <w:t>A queer celebration with real purpose</w:t>
      </w:r>
      <w:r/>
    </w:p>
    <w:p>
      <w:r/>
      <w:r>
        <w:t>The event's Halloween styling is eye-catching, but its significance goes deeper than costumes and stage fog. Gala of Ghouls has consistently created space for queer, trans and people-of-colour performers, communities that haven't always received equal room in mainstream nightlife.</w:t>
      </w:r>
      <w:r/>
    </w:p>
    <w:p>
      <w:r/>
      <w:r>
        <w:t xml:space="preserve">That sense of belonging is part of the appeal. Visitors can expect an audience that's there for the show, but also for the freedom to celebrate identity without toning things down. Visitorlando lists the event as a third-anniversary celebration, reinforcing its place in the city's LGBTQ+ events calendar. </w:t>
      </w:r>
      <w:hyperlink r:id="rId12">
        <w:r>
          <w:rPr>
            <w:color w:val="0000EE"/>
            <w:u w:val="single"/>
          </w:rPr>
          <w:t>[4]</w:t>
        </w:r>
      </w:hyperlink>
      <w:r>
        <w:t xml:space="preserve">, </w:t>
      </w:r>
      <w:hyperlink r:id="rId10">
        <w:r>
          <w:rPr>
            <w:color w:val="0000EE"/>
            <w:u w:val="single"/>
          </w:rPr>
          <w:t>[6]</w:t>
        </w:r>
      </w:hyperlink>
      <w:r/>
    </w:p>
    <w:p>
      <w:pPr>
        <w:pStyle w:val="Heading2"/>
      </w:pPr>
      <w:r>
        <w:t>What to know before you go</w:t>
      </w:r>
      <w:r/>
    </w:p>
    <w:p>
      <w:r/>
      <w:r>
        <w:t>Coven Revival begins at 7pm at Conduit on Aloma Avenue in Winter Park. Tickets have been advertised at $17.21, though it's sensible to check the venue or ticketing page before travelling, particularly if availability or fees change.</w:t>
      </w:r>
      <w:r/>
    </w:p>
    <w:p>
      <w:r/>
      <w:r>
        <w:t xml:space="preserve">If you're attending, arrive with enough time to settle in and take in the room. For a show built around visual detail, an outfit that embraces the Halloween-meets-Pride mood is very much encouraged, although nobody needs to arrive looking like they've escaped from a professional costume department. Event information is available through Conduit and Eventbrite. </w:t>
      </w:r>
      <w:hyperlink r:id="rId12">
        <w:r>
          <w:rPr>
            <w:color w:val="0000EE"/>
            <w:u w:val="single"/>
          </w:rPr>
          <w:t>[4]</w:t>
        </w:r>
      </w:hyperlink>
      <w:r>
        <w:t xml:space="preserve">, </w:t>
      </w:r>
      <w:hyperlink r:id="rId13">
        <w:r>
          <w:rPr>
            <w:color w:val="0000EE"/>
            <w:u w:val="single"/>
          </w:rPr>
          <w:t>[5]</w:t>
        </w:r>
      </w:hyperlink>
      <w:r/>
    </w:p>
    <w:p>
      <w:pPr>
        <w:pStyle w:val="Heading2"/>
      </w:pPr>
      <w:r>
        <w:t>Orlando's spooky season gets a little stranger</w:t>
      </w:r>
      <w:r/>
    </w:p>
    <w:p>
      <w:r/>
      <w:r>
        <w:t>Gala of Ghouls occupies an appealing space between club night, drag showcase and live theatre. That flexibility is likely why it has continued to attract attention: the event offers a party atmosphere, but it also gives performers room to build characters and take creative risks.</w:t>
      </w:r>
      <w:r/>
    </w:p>
    <w:p>
      <w:r/>
      <w:r>
        <w:t xml:space="preserve">For audiences looking for an alternative to a conventional Halloween night out, Coven Revival sounds like a strong choice. It's theatrical, proudly queer and just unsettling enough to keep the evening interesting. </w:t>
      </w:r>
      <w:hyperlink r:id="rId9">
        <w:r>
          <w:rPr>
            <w:color w:val="0000EE"/>
            <w:u w:val="single"/>
          </w:rPr>
          <w:t>[2]</w:t>
        </w:r>
      </w:hyperlink>
      <w:r>
        <w:t xml:space="preserve">, </w:t>
      </w:r>
      <w:hyperlink r:id="rId11">
        <w:r>
          <w:rPr>
            <w:color w:val="0000EE"/>
            <w:u w:val="single"/>
          </w:rPr>
          <w:t>[3]</w:t>
        </w:r>
      </w:hyperlink>
      <w:r/>
    </w:p>
    <w:p>
      <w:r/>
      <w:r>
        <w:t>A little glamour, a little gothic drama and a lot of community make this one Halloween night worth dressing up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[6]</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https://www.orlandoweekly.com/arts/things-to-do/gala-of-ghouls-invites-you-to-their-anniversary-coven-this-weekend/</w:t>
        </w:r>
      </w:hyperlink>
      <w:r>
        <w:t xml:space="preserve"> - Please view link - unable to able to access data</w:t>
      </w:r>
      <w:r/>
    </w:p>
    <w:p>
      <w:pPr>
        <w:pStyle w:val="ListNumber"/>
        <w:spacing w:line="240" w:lineRule="auto"/>
        <w:ind w:left="720"/>
      </w:pPr>
      <w:r/>
      <w:hyperlink r:id="rId9">
        <w:r>
          <w:rPr>
            <w:color w:val="0000EE"/>
            <w:u w:val="single"/>
          </w:rPr>
          <w:t>https://www.orlandoweekly.com/arts/things-to-do/gala-of-ghouls-invites-you-to-their-anniversary-coven-this-weekend/</w:t>
        </w:r>
      </w:hyperlink>
      <w:r>
        <w:t xml:space="preserve"> - The article announces the third anniversary of Gala of Ghouls, a Halloween- and Pride-themed event featuring drag and burlesque performances by artists such as Amnesia Effect, Your Scary Godmother, and E. The event, a finalist in the Best of Orlando® readers’ poll, has previously included fashion shows, séances, and scare trails, consistently attracting large crowds. Kissa Death, the founder, emphasises the event's commitment to promoting diversity within the queer community in Orlando. The anniversary celebration is scheduled for 7 p.m. on Saturday, October 17, at Conduit, 6700 Aloma Ave., Winter Park, with tickets priced at $17.21. (</w:t>
      </w:r>
      <w:hyperlink r:id="rId14">
        <w:r>
          <w:rPr>
            <w:color w:val="0000EE"/>
            <w:u w:val="single"/>
          </w:rPr>
          <w:t>orlandoweekly.com</w:t>
        </w:r>
      </w:hyperlink>
      <w:r>
        <w:t>)</w:t>
      </w:r>
      <w:r/>
    </w:p>
    <w:p>
      <w:pPr>
        <w:pStyle w:val="ListNumber"/>
        <w:spacing w:line="240" w:lineRule="auto"/>
        <w:ind w:left="720"/>
      </w:pPr>
      <w:r/>
      <w:hyperlink r:id="rId11">
        <w:r>
          <w:rPr>
            <w:color w:val="0000EE"/>
            <w:u w:val="single"/>
          </w:rPr>
          <w:t>https://www.galaofghouls.com/</w:t>
        </w:r>
      </w:hyperlink>
      <w:r>
        <w:t xml:space="preserve"> - Gala of Ghouls is an alternative LGBTQ+ event in Florida, hosting and producing drag events that feature burlesque, local vendors, drinks, and more. Their mission is to highlight diverse trans and LGBTQ+ talent in local communities. Upcoming events include the 'Coven Revival' on October 17 at Conduit in Orlando. (</w:t>
      </w:r>
      <w:hyperlink r:id="rId15">
        <w:r>
          <w:rPr>
            <w:color w:val="0000EE"/>
            <w:u w:val="single"/>
          </w:rPr>
          <w:t>galaofghouls.com</w:t>
        </w:r>
      </w:hyperlink>
      <w:r>
        <w:t>)</w:t>
      </w:r>
      <w:r/>
    </w:p>
    <w:p>
      <w:pPr>
        <w:pStyle w:val="ListNumber"/>
        <w:spacing w:line="240" w:lineRule="auto"/>
        <w:ind w:left="720"/>
      </w:pPr>
      <w:r/>
      <w:hyperlink r:id="rId12">
        <w:r>
          <w:rPr>
            <w:color w:val="0000EE"/>
            <w:u w:val="single"/>
          </w:rPr>
          <w:t>https://www.visitorlando.com/event/coven%3A-gala-of-ghouls-third-anniversary-celebtration/36294/</w:t>
        </w:r>
      </w:hyperlink>
      <w:r>
        <w:t xml:space="preserve"> - This page provides details about the 'Coven: Gala of Ghouls' Third Anniversary Celebration,' scheduled for October 17, 2026, at Conduit in Winter Park, Florida. The event is set to begin at 7 p.m., with tickets priced at $17.21. (</w:t>
      </w:r>
      <w:hyperlink r:id="rId16">
        <w:r>
          <w:rPr>
            <w:color w:val="0000EE"/>
            <w:u w:val="single"/>
          </w:rPr>
          <w:t>visitorlando.com</w:t>
        </w:r>
      </w:hyperlink>
      <w:r>
        <w:t>)</w:t>
      </w:r>
      <w:r/>
    </w:p>
    <w:p>
      <w:pPr>
        <w:pStyle w:val="ListNumber"/>
        <w:spacing w:line="240" w:lineRule="auto"/>
        <w:ind w:left="720"/>
      </w:pPr>
      <w:r/>
      <w:hyperlink r:id="rId13">
        <w:r>
          <w:rPr>
            <w:color w:val="0000EE"/>
            <w:u w:val="single"/>
          </w:rPr>
          <w:t>https://www.eventbrite.com/e/coven-revival-presented-by-gala-of-ghouls-tickets-2002680311723?aff=ebdssbdestsearch</w:t>
        </w:r>
      </w:hyperlink>
      <w:r>
        <w:t xml:space="preserve"> - Eventbrite offers tickets for the 'Coven Revival' presented by Gala of Ghouls, taking place on Saturday, October 17, 2026, from 7 p.m. to 10:30 p.m. at Conduit in Winter Park, Florida. The event features drag, burlesque, vendors, and costumes, celebrating three years of Orlando's draggiest event. Tickets are available for $13 per individual pass. (</w:t>
      </w:r>
      <w:hyperlink r:id="rId17">
        <w:r>
          <w:rPr>
            <w:color w:val="0000EE"/>
            <w:u w:val="single"/>
          </w:rPr>
          <w:t>eventbrite.com</w:t>
        </w:r>
      </w:hyperlink>
      <w:r>
        <w:t>)</w:t>
      </w:r>
      <w:r/>
    </w:p>
    <w:p>
      <w:pPr>
        <w:pStyle w:val="ListNumber"/>
        <w:spacing w:line="240" w:lineRule="auto"/>
        <w:ind w:left="720"/>
      </w:pPr>
      <w:r/>
      <w:hyperlink r:id="rId10">
        <w:r>
          <w:rPr>
            <w:color w:val="0000EE"/>
            <w:u w:val="single"/>
          </w:rPr>
          <w:t>https://www.orlandoweekly.com/arts/gala-of-ghouls-a-night-of-drag-music-and-more-returns-to-the-veranda-this-week-36228771/</w:t>
        </w:r>
      </w:hyperlink>
      <w:r>
        <w:t xml:space="preserve"> - This article discusses the return of Gala of Ghouls, a hybrid pop-up market and drag showcase featuring young and emerging trans and queer drag performers. Curated by trans drag performer Kissa Death, the event includes drag, burlesque, fire performances, live music, local artisans, and food vendors. The event is scheduled for 7 p.m. on Friday, February 23, at The Veranda at Thornton Park in Orlando, Florida. (</w:t>
      </w:r>
      <w:hyperlink r:id="rId18">
        <w:r>
          <w:rPr>
            <w:color w:val="0000EE"/>
            <w:u w:val="single"/>
          </w:rPr>
          <w:t>orlandoweekly.com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arts/things-to-do/gala-of-ghouls-invites-you-to-their-anniversary-coven-this-weekend/" TargetMode="External"/><Relationship Id="rId10" Type="http://schemas.openxmlformats.org/officeDocument/2006/relationships/hyperlink" Target="https://www.orlandoweekly.com/arts/gala-of-ghouls-a-night-of-drag-music-and-more-returns-to-the-veranda-this-week-36228771/" TargetMode="External"/><Relationship Id="rId11" Type="http://schemas.openxmlformats.org/officeDocument/2006/relationships/hyperlink" Target="https://www.galaofghouls.com/" TargetMode="External"/><Relationship Id="rId12" Type="http://schemas.openxmlformats.org/officeDocument/2006/relationships/hyperlink" Target="https://www.visitorlando.com/event/coven%3A-gala-of-ghouls-third-anniversary-celebtration/36294/" TargetMode="External"/><Relationship Id="rId13" Type="http://schemas.openxmlformats.org/officeDocument/2006/relationships/hyperlink" Target="https://www.eventbrite.com/e/coven-revival-presented-by-gala-of-ghouls-tickets-2002680311723?aff=ebdssbdestsearch" TargetMode="External"/><Relationship Id="rId14" Type="http://schemas.openxmlformats.org/officeDocument/2006/relationships/hyperlink" Target="https://www.orlandoweekly.com/arts/things-to-do/gala-of-ghouls-invites-you-to-their-anniversary-coven-this-weekend/?utm_source=openai" TargetMode="External"/><Relationship Id="rId15" Type="http://schemas.openxmlformats.org/officeDocument/2006/relationships/hyperlink" Target="https://www.galaofghouls.com/?utm_source=openai" TargetMode="External"/><Relationship Id="rId16" Type="http://schemas.openxmlformats.org/officeDocument/2006/relationships/hyperlink" Target="https://www.visitorlando.com/event/coven%3A-gala-of-ghouls-third-anniversary-celebration/36294/?utm_source=openai" TargetMode="External"/><Relationship Id="rId17" Type="http://schemas.openxmlformats.org/officeDocument/2006/relationships/hyperlink" Target="https://www.eventbrite.com/e/coven-revival-presented-by-gala-of-ghouls-tickets-2002680311723?aff=ebdssbdestsearch&amp;utm_source=openai" TargetMode="External"/><Relationship Id="rId18" Type="http://schemas.openxmlformats.org/officeDocument/2006/relationships/hyperlink" Target="https://www.orlandoweekly.com/arts/gala-of-ghouls-a-night-of-drag-music-and-more-returns-to-the-veranda-this-week-3622877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