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Films to Watch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three very different queer films this autumn, from a tense post-apocalyptic drama and a Bolivian prison thriller to a restorative documentary about LGBTQ+ generations. Together, they offer gripping stories of survival, identity and connection, with one title already streaming and two more arriving soon.</w:t>
      </w:r>
      <w:r/>
    </w:p>
    <w:p>
      <w:pPr>
        <w:pStyle w:val="Heading2"/>
      </w:pPr>
      <w:r>
        <w:t>Essential Takeaways</w:t>
      </w:r>
      <w:r/>
      <w:r/>
    </w:p>
    <w:p>
      <w:pPr>
        <w:pStyle w:val="ListBullet"/>
        <w:spacing w:line="240" w:lineRule="auto"/>
        <w:ind w:left="720"/>
      </w:pPr>
      <w:r/>
      <w:r>
        <w:rPr>
          <w:b/>
        </w:rPr>
        <w:t>Scorch Marks:</w:t>
      </w:r>
      <w:r>
        <w:t xml:space="preserve"> A claustrophobic survival drama now streaming exclusively on Dekkoo.</w:t>
      </w:r>
      <w:r/>
    </w:p>
    <w:p>
      <w:pPr>
        <w:pStyle w:val="ListBullet"/>
        <w:spacing w:line="240" w:lineRule="auto"/>
        <w:ind w:left="720"/>
      </w:pPr>
      <w:r/>
      <w:r>
        <w:rPr>
          <w:b/>
        </w:rPr>
        <w:t>10 Kilos:</w:t>
      </w:r>
      <w:r>
        <w:t xml:space="preserve"> A true-story-inspired prison thriller arrives on major streaming platforms on 29 September.</w:t>
      </w:r>
      <w:r/>
    </w:p>
    <w:p>
      <w:pPr>
        <w:pStyle w:val="ListBullet"/>
        <w:spacing w:line="240" w:lineRule="auto"/>
        <w:ind w:left="720"/>
      </w:pPr>
      <w:r/>
      <w:r>
        <w:rPr>
          <w:b/>
        </w:rPr>
        <w:t>River of Life, LGBTQ+:</w:t>
      </w:r>
      <w:r>
        <w:t xml:space="preserve"> A documentary about queer elders and younger people finding common ground.</w:t>
      </w:r>
      <w:r/>
    </w:p>
    <w:p>
      <w:pPr>
        <w:pStyle w:val="ListBullet"/>
        <w:spacing w:line="240" w:lineRule="auto"/>
        <w:ind w:left="720"/>
      </w:pPr>
      <w:r/>
      <w:r>
        <w:rPr>
          <w:b/>
        </w:rPr>
        <w:t>Three distinct moods:</w:t>
      </w:r>
      <w:r>
        <w:t xml:space="preserve"> Expect menace, emotional intensity and hard-won hope across the autumn slate.</w:t>
      </w:r>
      <w:r/>
      <w:r/>
    </w:p>
    <w:p>
      <w:pPr>
        <w:pStyle w:val="Heading2"/>
      </w:pPr>
      <w:r>
        <w:t>Three queer films are bringing survival stories into sharper focus</w:t>
      </w:r>
      <w:r/>
    </w:p>
    <w:p>
      <w:r/>
      <w:r>
        <w:t>The strongest thread running through this autumn's queer films is survival, but none of these stories treats it as a simple victory lap. In Scorch Marks, survival means facing an abusive former partner while the wider world collapses. In 10 Kilos, it takes place inside a brutal prison system. River of Life, LGBTQ+ approaches survival collectively, asking whether memory and conversation can help repair old wounds.</w:t>
      </w:r>
      <w:r/>
    </w:p>
    <w:p>
      <w:r/>
      <w:r>
        <w:t>That variety gives the line-up real bite. These aren't interchangeable coming-out stories or polished romances, but films interested in what happens after the obvious crisis begins. According to Dekkoo, Scorch Marks is streaming exclusively on the service, giving viewers an immediate place to start. (Dekkoo)</w:t>
      </w:r>
      <w:r/>
    </w:p>
    <w:p>
      <w:pPr>
        <w:pStyle w:val="Heading2"/>
      </w:pPr>
      <w:r>
        <w:t>Scorch Marks turns an apocalypse into a personal reckoning</w:t>
      </w:r>
      <w:r/>
    </w:p>
    <w:p>
      <w:r/>
      <w:r>
        <w:t>Scorch Marks follows Beckett, who wakes in a devastated landscape and discovers that the most frightening danger isn't necessarily the catastrophe itself. His abusive ex-husband, Joel, is still there, forcing Beckett into a confrontation with someone he thought he had escaped.</w:t>
      </w:r>
      <w:r/>
    </w:p>
    <w:p>
      <w:r/>
      <w:r>
        <w:t>The film's compact scale makes the threat feel close enough to touch. Brandon Shypkowski brings a bruised, grounded quality to Beckett, while Chris Salvatore makes an unsettling shift from familiar romantic warmth to something far more menacing. The contrast gives the drama an uncomfortable edge.</w:t>
      </w:r>
      <w:r/>
    </w:p>
    <w:p>
      <w:r/>
      <w:r>
        <w:t>For viewers looking for a queer post-apocalyptic film with psychological tension, this is the most immediate recommendation. Dekkoo announced that Scorch Marks began streaming on 1 October, while listings from JustWatch and Moviefone also point audiences towards its current availability. (Dekkoo, JustWatch, Moviefone)</w:t>
      </w:r>
      <w:r/>
    </w:p>
    <w:p>
      <w:pPr>
        <w:pStyle w:val="Heading2"/>
      </w:pPr>
      <w:r>
        <w:t>10 Kilos finds an unlikely bond behind prison walls</w:t>
      </w:r>
      <w:r/>
    </w:p>
    <w:p>
      <w:r/>
      <w:r>
        <w:t>10 Kilos begins with a shocking premise drawn from Sharon Yitzhaki's memoir. A young woman is arrested at La Paz airport carrying ten kilos of cocaine and sent to Bolivia's Miraflores prison, where fear and power quickly reshape her life.</w:t>
      </w:r>
      <w:r/>
    </w:p>
    <w:p>
      <w:r/>
      <w:r>
        <w:t>The film could have stayed firmly within conventional crime-thriller territory, but its emotional centre is the relationship Sharon develops with a transgender prisoner. That connection becomes a source of protection, reflection and change, turning the story into something more layered than a straightforward tale of criminal survival.</w:t>
      </w:r>
      <w:r/>
    </w:p>
    <w:p>
      <w:r/>
      <w:r>
        <w:t>Daniella Kertesz carries the transformation at the centre of the film, charting Sharon's movement from frightened newcomer to a more formidable presence. Breaking Glass Pictures is distributing the film, with its release set for major streaming platforms on 29 September. The distributor has also highlighted strong critical praise for the film, including a perfect score from Film Threat. (Breaking Glass Pictures, Film Threat)</w:t>
      </w:r>
      <w:r/>
    </w:p>
    <w:p>
      <w:pPr>
        <w:pStyle w:val="Heading2"/>
      </w:pPr>
      <w:r>
        <w:t>River of Life, LGBTQ+ asks whether generations can heal together</w:t>
      </w:r>
      <w:r/>
    </w:p>
    <w:p>
      <w:r/>
      <w:r>
        <w:t>River of Life, LGBTQ+ takes a gentler route, although its subject matter is no less weighty. Through drama therapy, the documentary brings queer elders and younger participants into conversation about bar raids, the AIDS crisis, activism, discrimination and the pressures still facing LGBTQ+ communities.</w:t>
      </w:r>
      <w:r/>
    </w:p>
    <w:p>
      <w:r/>
      <w:r>
        <w:t>Its most affecting idea is that history isn't only something to preserve. It can also be reopened, questioned and shared differently. Older participants bring memories of a time when queer life was criminalised, while younger people introduce changing understandings of gender, race and identity.</w:t>
      </w:r>
      <w:r/>
    </w:p>
    <w:p>
      <w:r/>
      <w:r>
        <w:t>That makes the documentary a useful choice for viewers who want a hopeful LGBTQ+ film about intergenerational connection rather than a conventional historical overview. The film is scheduled for release on National Coming Out Day, 11 October 2026, through its official website. (River of Life, LGBTQ+)</w:t>
      </w:r>
      <w:r/>
    </w:p>
    <w:p>
      <w:pPr>
        <w:pStyle w:val="Heading2"/>
      </w:pPr>
      <w:r>
        <w:t>How to choose your next queer film</w:t>
      </w:r>
      <w:r/>
    </w:p>
    <w:p>
      <w:r/>
      <w:r>
        <w:t>If you want tension and a short, intense watch, start with Scorch Marks. Its restricted setting and emotionally charged central relationship make it a strong pick for a late-night viewing, especially if you prefer unsettling drama over spectacle.</w:t>
      </w:r>
      <w:r/>
    </w:p>
    <w:p>
      <w:r/>
      <w:r>
        <w:t>10 Kilos suits viewers who enjoy fact-based crime stories with a character-driven twist. Meanwhile, River of Life, LGBTQ+ is likely to appeal to audiences looking for reflection, community and a little more emotional breathing room. In other words, there's something here for the mood you're in, whether you want danger, transformation or dialogue.</w:t>
      </w:r>
      <w:r/>
    </w:p>
    <w:p>
      <w:r/>
      <w:r>
        <w:t>The wider takeaway is encouraging. Queer cinema continues to stretch across genres, from speculative survival to prison drama and therapeutic documentary, without losing sight of lived experience. Sometimes the most powerful watch isn't the easiest one, but it's the film you keep thinking about afterwards.</w:t>
      </w:r>
      <w:r/>
    </w:p>
    <w:p>
      <w:r/>
      <w:r>
        <w:t>Pick the story that matches your mood, then make room for the conversation it starts.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[7]</w:t>
        </w:r>
      </w:hyperlink>
      <w:r>
        <w:t xml:space="preserve">- Paragraph 7: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Paragraph 10: </w:t>
      </w:r>
      <w:hyperlink r:id="rId13">
        <w:r>
          <w:rPr>
            <w:color w:val="0000EE"/>
            <w:u w:val="single"/>
          </w:rPr>
          <w:t>[5]</w:t>
        </w:r>
      </w:hyperlink>
      <w:r>
        <w:t xml:space="preserve">- Paragraph 11: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ossmagazine.net/2026/10/three-queer-films-worth-your-watchlist-this-fall/?utm_source=rss&amp;utm_medium=rss&amp;utm_campaign=three-queer-films-worth-your-watchlist-this-fall&amp;utm_source=rss&amp;utm_medium=rss&amp;utm_campaign=three-queer-films-worth-your-watchlist-this-fall</w:t>
        </w:r>
      </w:hyperlink>
      <w:r>
        <w:t xml:space="preserve"> - Please view link - unable to able to access data</w:t>
      </w:r>
      <w:r/>
    </w:p>
    <w:p>
      <w:pPr>
        <w:pStyle w:val="ListNumber"/>
        <w:spacing w:line="240" w:lineRule="auto"/>
        <w:ind w:left="720"/>
      </w:pPr>
      <w:r/>
      <w:hyperlink r:id="rId10">
        <w:r>
          <w:rPr>
            <w:color w:val="0000EE"/>
            <w:u w:val="single"/>
          </w:rPr>
          <w:t>https://dekkoo.com/scorch-marks</w:t>
        </w:r>
      </w:hyperlink>
      <w:r>
        <w:t xml:space="preserve"> - 'Scorch Marks' is a queer horror film that follows Beckett, who awakens to a devastated world and confronts the ghost of his abusive ex-husband, Joel. The film explores themes of trauma, survival, and confronting one's past. It is streaming exclusively on Dekkoo. (</w:t>
      </w:r>
      <w:hyperlink r:id="rId15">
        <w:r>
          <w:rPr>
            <w:color w:val="0000EE"/>
            <w:u w:val="single"/>
          </w:rPr>
          <w:t>dekkoo.com</w:t>
        </w:r>
      </w:hyperlink>
      <w:r>
        <w:t>)</w:t>
      </w:r>
      <w:r/>
    </w:p>
    <w:p>
      <w:pPr>
        <w:pStyle w:val="ListNumber"/>
        <w:spacing w:line="240" w:lineRule="auto"/>
        <w:ind w:left="720"/>
      </w:pPr>
      <w:r/>
      <w:hyperlink r:id="rId11">
        <w:r>
          <w:rPr>
            <w:color w:val="0000EE"/>
            <w:u w:val="single"/>
          </w:rPr>
          <w:t>https://dekkoo.blog/2026/10/01/scorch-marks-is-now-streaming-exclusively-on-dekkoo/</w:t>
        </w:r>
      </w:hyperlink>
      <w:r>
        <w:t xml:space="preserve"> - This article announces the release of 'Scorch Marks,' a queer horror film blending psychological terror, supernatural horror, and post-apocalyptic suspense. The film stars Brandon Shypkowski and Chris Salvatore and is available exclusively on Dekkoo. (</w:t>
      </w:r>
      <w:hyperlink r:id="rId16">
        <w:r>
          <w:rPr>
            <w:color w:val="0000EE"/>
            <w:u w:val="single"/>
          </w:rPr>
          <w:t>dekkoo.blog</w:t>
        </w:r>
      </w:hyperlink>
      <w:r>
        <w:t>)</w:t>
      </w:r>
      <w:r/>
    </w:p>
    <w:p>
      <w:pPr>
        <w:pStyle w:val="ListNumber"/>
        <w:spacing w:line="240" w:lineRule="auto"/>
        <w:ind w:left="720"/>
      </w:pPr>
      <w:r/>
      <w:hyperlink r:id="rId12">
        <w:r>
          <w:rPr>
            <w:color w:val="0000EE"/>
            <w:u w:val="single"/>
          </w:rPr>
          <w:t>https://www.justwatch.com/us/movie/scorch-marks</w:t>
        </w:r>
      </w:hyperlink>
      <w:r>
        <w:t xml:space="preserve"> - 'Scorch Marks' is available for streaming on Dekkoo's Amazon Channel. The film is a queer horror thriller that delves into themes of trauma and survival. It has a runtime of 1 hour and 30 minutes. (</w:t>
      </w:r>
      <w:hyperlink r:id="rId17">
        <w:r>
          <w:rPr>
            <w:color w:val="0000EE"/>
            <w:u w:val="single"/>
          </w:rPr>
          <w:t>justwatch.com</w:t>
        </w:r>
      </w:hyperlink>
      <w:r>
        <w:t>)</w:t>
      </w:r>
      <w:r/>
    </w:p>
    <w:p>
      <w:pPr>
        <w:pStyle w:val="ListNumber"/>
        <w:spacing w:line="240" w:lineRule="auto"/>
        <w:ind w:left="720"/>
      </w:pPr>
      <w:r/>
      <w:hyperlink r:id="rId13">
        <w:r>
          <w:rPr>
            <w:color w:val="0000EE"/>
            <w:u w:val="single"/>
          </w:rPr>
          <w:t>https://www.moviefone.com/movie/scorch-marks/HMPxq4YUYeae7Oqs43fX47/where-to-watch/</w:t>
        </w:r>
      </w:hyperlink>
      <w:r>
        <w:t xml:space="preserve"> - 'Scorch Marks' is available for streaming on Dekkoo's Amazon Channel. The film is included with a subscription and has a runtime of 1 hour and 30 minutes. (</w:t>
      </w:r>
      <w:hyperlink r:id="rId18">
        <w:r>
          <w:rPr>
            <w:color w:val="0000EE"/>
            <w:u w:val="single"/>
          </w:rPr>
          <w:t>moviefone.com</w:t>
        </w:r>
      </w:hyperlink>
      <w:r>
        <w:t>)</w:t>
      </w:r>
      <w:r/>
    </w:p>
    <w:p>
      <w:pPr>
        <w:pStyle w:val="ListNumber"/>
        <w:spacing w:line="240" w:lineRule="auto"/>
        <w:ind w:left="720"/>
      </w:pPr>
      <w:r/>
      <w:hyperlink r:id="rId19">
        <w:r>
          <w:rPr>
            <w:color w:val="0000EE"/>
            <w:u w:val="single"/>
          </w:rPr>
          <w:t>https://www.fangoria.com/scorch-marks-images/</w:t>
        </w:r>
      </w:hyperlink>
      <w:r>
        <w:t xml:space="preserve"> - This article celebrates the completion of 'Scorch Marks,' an LGBTQ+ survival horror film, with new images showcasing its intense and haunting atmosphere. The film is directed by Brendan Haley and produced by Dekkoo Films. (</w:t>
      </w:r>
      <w:hyperlink r:id="rId20">
        <w:r>
          <w:rPr>
            <w:color w:val="0000EE"/>
            <w:u w:val="single"/>
          </w:rPr>
          <w:t>fangoria.com</w:t>
        </w:r>
      </w:hyperlink>
      <w:r>
        <w:t>)</w:t>
      </w:r>
      <w:r/>
    </w:p>
    <w:p>
      <w:pPr>
        <w:pStyle w:val="ListNumber"/>
        <w:spacing w:line="240" w:lineRule="auto"/>
        <w:ind w:left="720"/>
      </w:pPr>
      <w:r/>
      <w:hyperlink r:id="rId14">
        <w:r>
          <w:rPr>
            <w:color w:val="0000EE"/>
            <w:u w:val="single"/>
          </w:rPr>
          <w:t>https://www.bgpics.com/10-kilos-earns-a-perfect-10-10-from-film-threat/</w:t>
        </w:r>
      </w:hyperlink>
      <w:r>
        <w:t xml:space="preserve"> - '10 Kilos' has received a perfect 10/10 rating from Film Threat. The film, directed by Doron Eran, is inspired by the true story of Sharon Yitzhaki and follows a young Israeli woman imprisoned in Bolivia's notorious Miraflores prison. (</w:t>
      </w:r>
      <w:hyperlink r:id="rId21">
        <w:r>
          <w:rPr>
            <w:color w:val="0000EE"/>
            <w:u w:val="single"/>
          </w:rPr>
          <w:t>bgpics.com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ossmagazine.net/2026/10/three-queer-films-worth-your-watchlist-this-fall/?utm_source=rss&amp;utm_medium=rss&amp;utm_campaign=three-queer-films-worth-your-watchlist-this-fall&amp;utm_source=rss&amp;utm_medium=rss&amp;utm_campaign=three-queer-films-worth-your-watchlist-this-fall" TargetMode="External"/><Relationship Id="rId10" Type="http://schemas.openxmlformats.org/officeDocument/2006/relationships/hyperlink" Target="https://dekkoo.com/scorch-marks" TargetMode="External"/><Relationship Id="rId11" Type="http://schemas.openxmlformats.org/officeDocument/2006/relationships/hyperlink" Target="https://dekkoo.blog/2026/10/01/scorch-marks-is-now-streaming-exclusively-on-dekkoo/" TargetMode="External"/><Relationship Id="rId12" Type="http://schemas.openxmlformats.org/officeDocument/2006/relationships/hyperlink" Target="https://www.justwatch.com/us/movie/scorch-marks" TargetMode="External"/><Relationship Id="rId13" Type="http://schemas.openxmlformats.org/officeDocument/2006/relationships/hyperlink" Target="https://www.moviefone.com/movie/scorch-marks/HMPxq4YUYeae7Oqs43fX47/where-to-watch/" TargetMode="External"/><Relationship Id="rId14" Type="http://schemas.openxmlformats.org/officeDocument/2006/relationships/hyperlink" Target="https://www.bgpics.com/10-kilos-earns-a-perfect-10-10-from-film-threat/" TargetMode="External"/><Relationship Id="rId15" Type="http://schemas.openxmlformats.org/officeDocument/2006/relationships/hyperlink" Target="https://dekkoo.com/scorch-marks?utm_source=openai" TargetMode="External"/><Relationship Id="rId16" Type="http://schemas.openxmlformats.org/officeDocument/2006/relationships/hyperlink" Target="https://dekkoo.blog/2026/10/01/scorch-marks-is-now-streaming-exclusively-on-dekkoo/?utm_source=openai" TargetMode="External"/><Relationship Id="rId17" Type="http://schemas.openxmlformats.org/officeDocument/2006/relationships/hyperlink" Target="https://www.justwatch.com/us/movie/scorch-marks?utm_source=openai" TargetMode="External"/><Relationship Id="rId18" Type="http://schemas.openxmlformats.org/officeDocument/2006/relationships/hyperlink" Target="https://www.moviefone.com/movie/scorch-marks/HMPxq4YUYeae7Oqs43fX47/where-to-watch/?utm_source=openai" TargetMode="External"/><Relationship Id="rId19" Type="http://schemas.openxmlformats.org/officeDocument/2006/relationships/hyperlink" Target="https://www.fangoria.com/scorch-marks-images/" TargetMode="External"/><Relationship Id="rId20" Type="http://schemas.openxmlformats.org/officeDocument/2006/relationships/hyperlink" Target="https://www.fangoria.com/scorch-marks-images/?utm_source=openai" TargetMode="External"/><Relationship Id="rId21" Type="http://schemas.openxmlformats.org/officeDocument/2006/relationships/hyperlink" Target="https://www.bgpics.com/10-kilos-earns-a-perfect-10-10-from-film-threa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