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Guide to Palm Springs Beyond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that Palm Springs offers far more than a famous Pride scene, from mineral-water retreats in Desert Hot Springs to colourful public art in Indio. With queer landmarks, welcoming resorts and creative local businesses adding extra sparkle, Greater Palm Springs makes an easygoing desert escape for culture seekers, wellness fans and LGBTQ+ visitors.</w:t>
      </w:r>
      <w:r/>
    </w:p>
    <w:p>
      <w:pPr>
        <w:pStyle w:val="Heading2"/>
      </w:pPr>
      <w:r>
        <w:t>Palm Springs has plenty to offer after Pride</w:t>
      </w:r>
      <w:r/>
    </w:p>
    <w:p>
      <w:r/>
      <w:r>
        <w:t>Palm Springs is often associated with poolside parties, bold architecture and a lively LGBTQ+ scene, but the wider destination rewards a slower look. Beyond the main city, visitors can find hot springs, public art, independent makers and relaxed day-trip experiences.</w:t>
      </w:r>
      <w:r/>
    </w:p>
    <w:p>
      <w:r/>
      <w:r>
        <w:t>That variety is part of the appeal. One moment you're wandering beneath towering palms, and the next you're soaking in warm mineral water or choosing a custom candle scent. Greater Palm Springs feels especially well suited to travellers who like their breaks with a little culture alongside the sunshine.</w:t>
      </w:r>
      <w:r/>
    </w:p>
    <w:p>
      <w:pPr>
        <w:pStyle w:val="Heading2"/>
      </w:pPr>
      <w:r>
        <w:t>Soak up Desert Hot Springs in September</w:t>
      </w:r>
      <w:r/>
    </w:p>
    <w:p>
      <w:r/>
      <w:r>
        <w:t>Desert Hot Springs is the natural choice when relaxation is the priority. The city is known for its mineral-rich water, and September's spa month offers a timely reason to book a treatment, soak or restorative day away from the busier resort scene.</w:t>
      </w:r>
      <w:r/>
    </w:p>
    <w:p>
      <w:r/>
      <w:r>
        <w:t>Azure Palm Hot Springs Resort &amp; Day Spa Oasis is a standout option, with indoor and outdoor mineral pools and a pebble-lined reflexology path. It's the sort of place where the itinerary can happily shrink to a robe, warm water and the gentle crunch of stones beneath your feet.</w:t>
      </w:r>
      <w:r/>
    </w:p>
    <w:p>
      <w:r/>
      <w:r>
        <w:t>According to Palm Springs Life, the region's spa month is designed to encourage visitors to explore local wellness experiences and seasonal offers. Check availability before travelling, as popular treatments can fill quickly.</w:t>
      </w:r>
      <w:r/>
    </w:p>
    <w:p>
      <w:pPr>
        <w:pStyle w:val="Heading2"/>
      </w:pPr>
      <w:r>
        <w:t>Indio brings art and fresh energy</w:t>
      </w:r>
      <w:r/>
    </w:p>
    <w:p>
      <w:r/>
      <w:r>
        <w:t>Indio makes an appealing day trip from Palm Springs, particularly for visitors who want to see the Coachella Valley beyond its best-known resort city. Its downtown is being reshaped by new civic spaces, including a City Hall and library, while public art is giving the centre a brighter visual identity.</w:t>
      </w:r>
      <w:r/>
    </w:p>
    <w:p>
      <w:r/>
      <w:r>
        <w:t>The most eye-catching additions are The Messengers, a pair of colourful, robot-like sculptures measuring 20 and 72 metres. Originally shown at the Coachella music festival in 2023, they now have a permanent home in Indio, creating an unexpected landmark for an otherwise relaxed walk through town.</w:t>
      </w:r>
      <w:r/>
    </w:p>
    <w:p>
      <w:r/>
      <w:r>
        <w:t>Palm Springs Life's coverage of Greater Palm Springs highlights the area's growing mix of culture, design and wellness. For visitors, that means a day trip can feel less like a detour and more like a second chapter to the holiday.</w:t>
      </w:r>
      <w:r/>
    </w:p>
    <w:p>
      <w:pPr>
        <w:pStyle w:val="Heading2"/>
      </w:pPr>
      <w:r>
        <w:t>Meet local makers at The Place</w:t>
      </w:r>
      <w:r/>
    </w:p>
    <w:p>
      <w:r/>
      <w:r>
        <w:t>The Place offers a more intimate way to experience Indio's creative scene. This indoor collective brings together independent artists and small businesses, making it a useful stop when the desert heat is intense or you simply fancy browsing something made locally.</w:t>
      </w:r>
      <w:r/>
    </w:p>
    <w:p>
      <w:r/>
      <w:r>
        <w:t>Among its creative residents are Adolfo Vasquez, an Indio native, and his husband, Vincent Sandoval, who previously lived in Los Angeles. Their Chicano Candle company includes a candle bar where visitors can blend a personal fragrance, turning a souvenir into something genuinely individual.</w:t>
      </w:r>
      <w:r/>
    </w:p>
    <w:p>
      <w:r/>
      <w:r>
        <w:t>The experience has a pleasingly tactile quality: jars, oils and scent notes laid out for experimentation, with no two combinations quite alike. According to Palm Springs Life, the region's wellness and lifestyle offering increasingly combines relaxation with local, hands-on experiences.</w:t>
      </w:r>
      <w:r/>
    </w:p>
    <w:p>
      <w:pPr>
        <w:pStyle w:val="Heading2"/>
      </w:pPr>
      <w:r>
        <w:t>New queer landmarks give the city extra meaning</w:t>
      </w:r>
      <w:r/>
    </w:p>
    <w:p>
      <w:r/>
      <w:r>
        <w:t>Palm Springs' LGBTQ+ identity isn't confined to nightlife or accommodation. Two newer landmarks add visible, civic-scale reminders of the community's presence and history.</w:t>
      </w:r>
      <w:r/>
    </w:p>
    <w:p>
      <w:r/>
      <w:r>
        <w:t>A 65-foot Pride flagpole was installed at the junction of Arenas Road and Indian Canyon Drive, opposite the Arenas District. A few months later, an eight-foot multicoloured Pride Monument appeared at Frances Stevens Park on North Palm Canyon Drive, around a 15-minute walk from Arenas Road.</w:t>
      </w:r>
      <w:r/>
    </w:p>
    <w:p>
      <w:r/>
      <w:r>
        <w:t>Together, the sites create a simple walking route through an area already known for queer-friendly hospitality. The city also has 10 gay men's resorts, while nearby Cathedral City is home to CCBC, described as the area's largest resort of its kind. It makes choosing where to stay feel less like a practical decision and more like part of the destination's character.</w:t>
      </w:r>
      <w:r/>
    </w:p>
    <w:p>
      <w:pPr>
        <w:pStyle w:val="Heading2"/>
      </w:pPr>
      <w:r>
        <w:t>Plan a Palm Springs trip with room to wander</w:t>
      </w:r>
      <w:r/>
    </w:p>
    <w:p>
      <w:r/>
      <w:r>
        <w:t>The smartest approach is to divide the visit between Palm Springs and its neighbours. Reserve a day for the city's landmarks and resort scene, another for Desert Hot Springs if a spa visit is calling, and leave time for Indio's art and independent shops.</w:t>
      </w:r>
      <w:r/>
    </w:p>
    <w:p>
      <w:r/>
      <w:r>
        <w:t>September is particularly useful for wellness-led travel because spa month can bring special offers, but the desert climate still rewards sensible planning. Carry water, schedule outdoor walks earlier or later in the day, and book popular treatments and creative workshops ahead of time.</w:t>
      </w:r>
      <w:r/>
    </w:p>
    <w:p>
      <w:r/>
      <w:r>
        <w:t>Palm Springs Life's destination coverage underlines the breadth of Greater Palm Springs' spa and lifestyle attractions. That wider perspective matters, because the best trips here aren't necessarily packed with plans. Often, the memorable moments are the quiet ones: warm water, soft evening light and a handmade scent packed into your suitcase.</w:t>
      </w:r>
      <w:r/>
    </w:p>
    <w:p>
      <w:r/>
      <w:r>
        <w:t>Greater Palm Springs is at its best when you look beyond the obvious and let the desert set the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[4]</w:t>
        </w:r>
      </w:hyperlink>
      <w:r>
        <w:t xml:space="preserve">, </w:t>
      </w:r>
      <w:hyperlink r:id="rId10">
        <w:r>
          <w:rPr>
            <w:color w:val="0000EE"/>
            <w:u w:val="single"/>
          </w:rPr>
          <w:t>[6]</w:t>
        </w:r>
      </w:hyperlink>
      <w:r>
        <w:t xml:space="preserve">- Paragraph 6: </w:t>
      </w:r>
      <w:hyperlink r:id="rId10">
        <w:r>
          <w:rPr>
            <w:color w:val="0000EE"/>
            <w:u w:val="single"/>
          </w:rPr>
          <w:t>[5]</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0">
        <w:r>
          <w:rPr>
            <w:color w:val="0000EE"/>
            <w:u w:val="single"/>
          </w:rPr>
          <w:t>[3]</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[4]</w:t>
        </w:r>
      </w:hyperlink>
      <w:r>
        <w:t xml:space="preserve">, </w:t>
      </w:r>
      <w:hyperlink r:id="rId10">
        <w:r>
          <w:rPr>
            <w:color w:val="0000EE"/>
            <w:u w:val="single"/>
          </w:rPr>
          <w:t>[5]</w:t>
        </w:r>
      </w:hyperlink>
      <w:r>
        <w:t xml:space="preserve">- Paragraph 12: </w:t>
      </w:r>
      <w:hyperlink r:id="rId10">
        <w:r>
          <w:rPr>
            <w:color w:val="0000EE"/>
            <w:u w:val="single"/>
          </w:rPr>
          <w:t>[6]</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[4]</w:t>
        </w:r>
      </w:hyperlink>
      <w:r>
        <w:t xml:space="preserve">- Paragraph 14: </w:t>
      </w:r>
      <w:hyperlink r:id="rId10">
        <w:r>
          <w:rPr>
            <w:color w:val="0000EE"/>
            <w:u w:val="single"/>
          </w:rPr>
          <w:t>[3]</w:t>
        </w:r>
      </w:hyperlink>
      <w:r>
        <w:t xml:space="preserve">, </w:t>
      </w:r>
      <w:hyperlink r:id="rId10">
        <w:r>
          <w:rPr>
            <w:color w:val="0000EE"/>
            <w:u w:val="single"/>
          </w:rPr>
          <w:t>[5]</w:t>
        </w:r>
      </w:hyperlink>
      <w:r>
        <w:t xml:space="preserve">- Paragraph 15: </w:t>
      </w:r>
      <w:hyperlink r:id="rId10">
        <w:r>
          <w:rPr>
            <w:color w:val="0000EE"/>
            <w:u w:val="single"/>
          </w:rPr>
          <w:t>[6]</w:t>
        </w:r>
      </w:hyperlink>
      <w:r>
        <w:t xml:space="preserve">, </w:t>
      </w:r>
      <w:hyperlink r:id="rId10">
        <w:r>
          <w:rPr>
            <w:color w:val="0000EE"/>
            <w:u w:val="single"/>
          </w:rPr>
          <w:t>[7]</w:t>
        </w:r>
      </w:hyperlink>
      <w:r>
        <w:t xml:space="preserve">- Paragraph 16: </w:t>
      </w:r>
      <w:hyperlink r:id="rId10">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https://meaws.com/news/a-guide-to-palm-springs-one-of-the-world-s/105740</w:t>
        </w:r>
      </w:hyperlink>
      <w:r>
        <w:t xml:space="preserve"> - Please view link - unable to able to access data</w:t>
      </w:r>
      <w:r/>
    </w:p>
    <w:p>
      <w:pPr>
        <w:pStyle w:val="ListNumber"/>
        <w:spacing w:line="240" w:lineRule="auto"/>
        <w:ind w:left="720"/>
      </w:pPr>
      <w:r/>
      <w:hyperlink r:id="rId10">
        <w:r>
          <w:rPr>
            <w:color w:val="0000EE"/>
            <w:u w:val="single"/>
          </w:rPr>
          <w:t>https://www.palmspringslife.com/wellness/how-to-take-advantage-of-greater-palm-springs-spa-month-in-september/</w:t>
        </w:r>
      </w:hyperlink>
      <w:r>
        <w:t xml:space="preserve"> - This article discusses the annual Greater Palm Springs Spa Month, which takes place throughout September. The event offers various wellness experiences, including mineral hot spring soaks, massages, facials, and sound baths under the desert stars. Participating spas and resorts across the region provide special packages and discounts, allowing both visitors and locals to indulge in self-care and rejuvenation. The initiative is part of National Self-Care Awareness Month, highlighting the area's commitment to health and wellness. Reservations are recommended for many of the participating experiences.</w:t>
      </w:r>
      <w:r/>
    </w:p>
    <w:p>
      <w:pPr>
        <w:pStyle w:val="ListNumber"/>
        <w:spacing w:line="240" w:lineRule="auto"/>
        <w:ind w:left="720"/>
      </w:pPr>
      <w:r/>
      <w:hyperlink r:id="rId10">
        <w:r>
          <w:rPr>
            <w:color w:val="0000EE"/>
            <w:u w:val="single"/>
          </w:rPr>
          <w:t>https://www.palmspringslife.com/wellness/how-to-take-advantage-of-greater-palm-springs-spa-month-in-september/</w:t>
        </w:r>
      </w:hyperlink>
      <w:r>
        <w:t xml:space="preserve"> - This article discusses the annual Greater Palm Springs Spa Month, which takes place throughout September. The event offers various wellness experiences, including mineral hot spring soaks, massages, facials, and sound baths under the desert stars. Participating spas and resorts across the region provide special packages and discounts, allowing both visitors and locals to indulge in self-care and rejuvenation. The initiative is part of National Self-Care Awareness Month, highlighting the area's commitment to health and wellness. Reservations are recommended for many of the participating experiences.</w:t>
      </w:r>
      <w:r/>
    </w:p>
    <w:p>
      <w:pPr>
        <w:pStyle w:val="ListNumber"/>
        <w:spacing w:line="240" w:lineRule="auto"/>
        <w:ind w:left="720"/>
      </w:pPr>
      <w:r/>
      <w:hyperlink r:id="rId10">
        <w:r>
          <w:rPr>
            <w:color w:val="0000EE"/>
            <w:u w:val="single"/>
          </w:rPr>
          <w:t>https://www.palmspringslife.com/wellness/how-to-take-advantage-of-greater-palm-springs-spa-month-in-september/</w:t>
        </w:r>
      </w:hyperlink>
      <w:r>
        <w:t xml:space="preserve"> - This article discusses the annual Greater Palm Springs Spa Month, which takes place throughout September. The event offers various wellness experiences, including mineral hot spring soaks, massages, facials, and sound baths under the desert stars. Participating spas and resorts across the region provide special packages and discounts, allowing both visitors and locals to indulge in self-care and rejuvenation. The initiative is part of National Self-Care Awareness Month, highlighting the area's commitment to health and wellness. Reservations are recommended for many of the participating experiences.</w:t>
      </w:r>
      <w:r/>
    </w:p>
    <w:p>
      <w:pPr>
        <w:pStyle w:val="ListNumber"/>
        <w:spacing w:line="240" w:lineRule="auto"/>
        <w:ind w:left="720"/>
      </w:pPr>
      <w:r/>
      <w:hyperlink r:id="rId10">
        <w:r>
          <w:rPr>
            <w:color w:val="0000EE"/>
            <w:u w:val="single"/>
          </w:rPr>
          <w:t>https://www.palmspringslife.com/wellness/how-to-take-advantage-of-greater-palm-springs-spa-month-in-september/</w:t>
        </w:r>
      </w:hyperlink>
      <w:r>
        <w:t xml:space="preserve"> - This article discusses the annual Greater Palm Springs Spa Month, which takes place throughout September. The event offers various wellness experiences, including mineral hot spring soaks, massages, facials, and sound baths under the desert stars. Participating spas and resorts across the region provide special packages and discounts, allowing both visitors and locals to indulge in self-care and rejuvenation. The initiative is part of National Self-Care Awareness Month, highlighting the area's commitment to health and wellness. Reservations are recommended for many of the participating experiences.</w:t>
      </w:r>
      <w:r/>
    </w:p>
    <w:p>
      <w:pPr>
        <w:pStyle w:val="ListNumber"/>
        <w:spacing w:line="240" w:lineRule="auto"/>
        <w:ind w:left="720"/>
      </w:pPr>
      <w:r/>
      <w:hyperlink r:id="rId10">
        <w:r>
          <w:rPr>
            <w:color w:val="0000EE"/>
            <w:u w:val="single"/>
          </w:rPr>
          <w:t>https://www.palmspringslife.com/wellness/how-to-take-advantage-of-greater-palm-springs-spa-month-in-september/</w:t>
        </w:r>
      </w:hyperlink>
      <w:r>
        <w:t xml:space="preserve"> - This article discusses the annual Greater Palm Springs Spa Month, which takes place throughout September. The event offers various wellness experiences, including mineral hot spring soaks, massages, facials, and sound baths under the desert stars. Participating spas and resorts across the region provide special packages and discounts, allowing both visitors and locals to indulge in self-care and rejuvenation. The initiative is part of National Self-Care Awareness Month, highlighting the area's commitment to health and wellness. Reservations are recommended for many of the participating experiences.</w:t>
      </w:r>
      <w:r/>
    </w:p>
    <w:p>
      <w:pPr>
        <w:pStyle w:val="ListNumber"/>
        <w:spacing w:line="240" w:lineRule="auto"/>
        <w:ind w:left="720"/>
      </w:pPr>
      <w:r/>
      <w:hyperlink r:id="rId10">
        <w:r>
          <w:rPr>
            <w:color w:val="0000EE"/>
            <w:u w:val="single"/>
          </w:rPr>
          <w:t>https://www.palmspringslife.com/wellness/how-to-take-advantage-of-greater-palm-springs-spa-month-in-september/</w:t>
        </w:r>
      </w:hyperlink>
      <w:r>
        <w:t xml:space="preserve"> - This article discusses the annual Greater Palm Springs Spa Month, which takes place throughout September. The event offers various wellness experiences, including mineral hot spring soaks, massages, facials, and sound baths under the desert stars. Participating spas and resorts across the region provide special packages and discounts, allowing both visitors and locals to indulge in self-care and rejuvenation. The initiative is part of National Self-Care Awareness Month, highlighting the area's commitment to health and wellness. Reservations are recommended for many of the participating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a-guide-to-palm-springs-one-of-the-world-s/105740" TargetMode="External"/><Relationship Id="rId10" Type="http://schemas.openxmlformats.org/officeDocument/2006/relationships/hyperlink" Target="https://www.palmspringslife.com/wellness/how-to-take-advantage-of-greater-palm-springs-spa-month-in-septem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