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Come Out With Pride Orlando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Orlando's Come Out With Pride returns to downtown on 17 October 2026, bringing a free day of colour, music, community and celebration to Lake Eola Park. With a major parade, live stages, market stalls and fireworks planned, visitors should also prepare for busy streets and road closures.</w:t>
      </w:r>
      <w:r/>
    </w:p>
    <w:p>
      <w:pPr>
        <w:pStyle w:val="Heading2"/>
      </w:pPr>
      <w:r>
        <w:t>Essential Takeaways</w:t>
      </w:r>
      <w:r/>
      <w:r/>
    </w:p>
    <w:p>
      <w:pPr>
        <w:pStyle w:val="ListBullet"/>
        <w:spacing w:line="240" w:lineRule="auto"/>
        <w:ind w:left="720"/>
      </w:pPr>
      <w:r/>
      <w:r>
        <w:rPr>
          <w:b/>
        </w:rPr>
        <w:t>When:</w:t>
      </w:r>
      <w:r>
        <w:t xml:space="preserve"> Come Out With Pride takes place on Saturday, 17 October 2026.</w:t>
      </w:r>
      <w:r/>
    </w:p>
    <w:p>
      <w:pPr>
        <w:pStyle w:val="ListBullet"/>
        <w:spacing w:line="240" w:lineRule="auto"/>
        <w:ind w:left="720"/>
      </w:pPr>
      <w:r/>
      <w:r>
        <w:rPr>
          <w:b/>
        </w:rPr>
        <w:t>Where:</w:t>
      </w:r>
      <w:r>
        <w:t xml:space="preserve"> The main celebration centres on downtown Orlando and Lake Eola Park.</w:t>
      </w:r>
      <w:r/>
    </w:p>
    <w:p>
      <w:pPr>
        <w:pStyle w:val="ListBullet"/>
        <w:spacing w:line="240" w:lineRule="auto"/>
        <w:ind w:left="720"/>
      </w:pPr>
      <w:r/>
      <w:r>
        <w:rPr>
          <w:b/>
        </w:rPr>
        <w:t>Cost:</w:t>
      </w:r>
      <w:r>
        <w:t xml:space="preserve"> General admission is free, while VIP options and parking may cost extra.</w:t>
      </w:r>
      <w:r/>
    </w:p>
    <w:p>
      <w:pPr>
        <w:pStyle w:val="ListBullet"/>
        <w:spacing w:line="240" w:lineRule="auto"/>
        <w:ind w:left="720"/>
      </w:pPr>
      <w:r/>
      <w:r>
        <w:rPr>
          <w:b/>
        </w:rPr>
        <w:t>What to expect:</w:t>
      </w:r>
      <w:r>
        <w:t xml:space="preserve"> There'll be a colourful parade, live performers, DJs, vendors and a fireworks finale.</w:t>
      </w:r>
      <w:r/>
    </w:p>
    <w:p>
      <w:pPr>
        <w:pStyle w:val="ListBullet"/>
        <w:spacing w:line="240" w:lineRule="auto"/>
        <w:ind w:left="720"/>
      </w:pPr>
      <w:r/>
      <w:r>
        <w:rPr>
          <w:b/>
        </w:rPr>
        <w:t>Travel tip:</w:t>
      </w:r>
      <w:r>
        <w:t xml:space="preserve"> Road closures begin before the main event, so public transport or early arrival could save time.</w:t>
      </w:r>
      <w:r/>
      <w:r/>
    </w:p>
    <w:p>
      <w:pPr>
        <w:pStyle w:val="Heading2"/>
      </w:pPr>
      <w:r>
        <w:t>Orlando's biggest Pride day is back</w:t>
      </w:r>
      <w:r/>
    </w:p>
    <w:p>
      <w:r/>
      <w:r>
        <w:t>Downtown Orlando will turn into a sea of rainbow colour on 17 October, when Come Out With Pride returns for its annual celebration. The atmosphere is expected to be lively from morning through evening, with music, dancing and plenty of people in their brightest festival outfits.</w:t>
      </w:r>
      <w:r/>
    </w:p>
    <w:p>
      <w:r/>
      <w:r>
        <w:t>According to the event's official information, the gathering is organised around National Coming Out Day and is designed to give LGBTQIA+ communities and allies a welcoming place to celebrate identity, visibility and togetherness. Pride 365 and Inclusivity also list the Orlando event as a major fixture on the city's annual Pride calendar.</w:t>
      </w:r>
      <w:r/>
    </w:p>
    <w:p>
      <w:r/>
      <w:r>
        <w:t>The scale is impressive. Organisers reported more than 230,000 visitors in 2025, underlining why this isn't just a neighbourhood gathering but one of Central Florida's standout single-day events.</w:t>
      </w:r>
      <w:r/>
    </w:p>
    <w:p>
      <w:pPr>
        <w:pStyle w:val="Heading2"/>
      </w:pPr>
      <w:r>
        <w:t>What can visitors do at Come Out With Pride?</w:t>
      </w:r>
      <w:r/>
    </w:p>
    <w:p>
      <w:r/>
      <w:r>
        <w:t>The day's programme mixes high-energy entertainment with quieter browsing and people-watching. The Most Colorful Parade is likely to be the visual centrepiece, while stages around the festival will keep the soundtrack moving well into the afternoon.</w:t>
      </w:r>
      <w:r/>
    </w:p>
    <w:p>
      <w:r/>
      <w:r>
        <w:t>The official festival site highlights the Diva Stage, where visitors can expect headline performances and entertainment, alongside Sonic Bloom Field, a dedicated space for DJs, dancing and electronic music. It sounds like the sort of event where comfortable shoes matter almost as much as a good pair of sunglasses.</w:t>
      </w:r>
      <w:r/>
    </w:p>
    <w:p>
      <w:r/>
      <w:r>
        <w:t>There'll also be a Marketplace and SponsorWalk, giving visitors a chance to browse local businesses, community organisations and distinctive festival merchandise. Listings from Downtown Orlando and Festivals in America point to a broad, open-air event rather than a ticketed concert with a single entrance.</w:t>
      </w:r>
      <w:r/>
    </w:p>
    <w:p>
      <w:pPr>
        <w:pStyle w:val="Heading2"/>
      </w:pPr>
      <w:r>
        <w:t>Free entry makes the celebration accessible</w:t>
      </w:r>
      <w:r/>
    </w:p>
    <w:p>
      <w:r/>
      <w:r>
        <w:t>General admission is free, which makes Come Out With Pride an easy addition to an Orlando weekend, whether you're attending with friends, family or visiting for the first time. The no-cost entry also helps keep the festival open to a wide cross-section of the community.</w:t>
      </w:r>
      <w:r/>
    </w:p>
    <w:p>
      <w:r/>
      <w:r>
        <w:t>For those seeking extras, organisers offer VIP options, and event listings indicate that paid upgrades may provide additional conveniences. VIP parking is listed at $25, although visitors should check the official event website for the latest details before travelling.</w:t>
      </w:r>
      <w:r/>
    </w:p>
    <w:p>
      <w:r/>
      <w:r>
        <w:t>A sensible approach is to decide what sort of day you want. If you're happy wandering between stages and stalls, standard admission should be enough. If you value easier parking or a more comfortable base, a VIP option may be worth investigating, but it isn't necessary to enjoy the main celebration.</w:t>
      </w:r>
      <w:r/>
    </w:p>
    <w:p>
      <w:pPr>
        <w:pStyle w:val="Heading2"/>
      </w:pPr>
      <w:r>
        <w:t>Plan around downtown road closures</w:t>
      </w:r>
      <w:r/>
    </w:p>
    <w:p>
      <w:r/>
      <w:r>
        <w:t>The biggest practical issue will be getting there and getting home. E. Central Boulevard is scheduled to close between North Rosalind Avenue and North Eola Drive from 7am to 10pm on Saturday, 17 October.</w:t>
      </w:r>
      <w:r/>
    </w:p>
    <w:p>
      <w:r/>
      <w:r>
        <w:t>North Eola Drive is expected to close between East Robinson Street and East Washington Street from 8pm on Thursday, 15 October, until 4am on Sunday, 18 October. That extended closure means disruption could begin well before the parade and continue after the fireworks have faded.</w:t>
      </w:r>
      <w:r/>
    </w:p>
    <w:p>
      <w:r/>
      <w:r>
        <w:t>Downtown Orlando's event guidance recommends allowing extra travel time around Lake Eola Park. Arriving early, checking parking arrangements in advance and considering public transport or a rideshare drop-off away from the busiest streets could make the day noticeably less stressful.</w:t>
      </w:r>
      <w:r/>
    </w:p>
    <w:p>
      <w:pPr>
        <w:pStyle w:val="Heading2"/>
      </w:pPr>
      <w:r>
        <w:t>Fireworks bring the festival to a bright finish</w:t>
      </w:r>
      <w:r/>
    </w:p>
    <w:p>
      <w:r/>
      <w:r>
        <w:t>After the parade, performances, dancing and market browsing, the celebration is due to end with fireworks. It's a fitting finale for an event built around visibility, colour and public joy, although visitors should expect the busiest travel period immediately afterwards.</w:t>
      </w:r>
      <w:r/>
    </w:p>
    <w:p>
      <w:r/>
      <w:r>
        <w:t>Come Out With Pride's official site and event listings encourage visitors to check final programme information closer to the date. Timings, performer announcements, access arrangements and traffic plans can change, especially for a large outdoor event.</w:t>
      </w:r>
      <w:r/>
    </w:p>
    <w:p>
      <w:r/>
      <w:r>
        <w:t>For first-timers, the simplest plan is to dress for warmth, carry water, wear shoes that can handle several hours on your feet and agree a meeting point before the crowds build. Pride is at its best when you can focus on the people and the celebration, rather than wondering where your group has disappeared to.</w:t>
      </w:r>
      <w:r/>
    </w:p>
    <w:p>
      <w:r/>
      <w:r>
        <w:t>It's a colourful, free and very Orlando way to celebrate Pride, so plan ahead and enjoy the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https://www.wesh.com/article/come-out-with-pride-orlando-2026/74091852</w:t>
        </w:r>
      </w:hyperlink>
      <w:r>
        <w:t xml:space="preserve"> - Please view link - unable to able to access data</w:t>
      </w:r>
      <w:r/>
    </w:p>
    <w:p>
      <w:pPr>
        <w:pStyle w:val="ListNumber"/>
        <w:spacing w:line="240" w:lineRule="auto"/>
        <w:ind w:left="720"/>
      </w:pPr>
      <w:r/>
      <w:hyperlink r:id="rId10">
        <w:r>
          <w:rPr>
            <w:color w:val="0000EE"/>
            <w:u w:val="single"/>
          </w:rPr>
          <w:t>https://pride365.org/event/come-out-with-pride-orlando/</w:t>
        </w:r>
      </w:hyperlink>
      <w:r>
        <w:t xml:space="preserve"> - Come Out With Pride, Inc. is the nonprofit behind Orlando’s LGBTQIA+ community celebrations. Every October, around National Coming Out Day, they create a space where people can shine as their true selves. With over 230,000 attendees in 2025, COWP has grown into one of the largest Pride celebrations in the Southeast and the biggest single-day event in Central Florida. The event features the Most Colorful Parade, live entertainment, a marketplace, and a fireworks finale. The 2026 event is scheduled for October 17 at Lake Eola Park in Orlando, Florida.</w:t>
      </w:r>
      <w:r/>
    </w:p>
    <w:p>
      <w:pPr>
        <w:pStyle w:val="ListNumber"/>
        <w:spacing w:line="240" w:lineRule="auto"/>
        <w:ind w:left="720"/>
      </w:pPr>
      <w:r/>
      <w:hyperlink r:id="rId12">
        <w:r>
          <w:rPr>
            <w:color w:val="0000EE"/>
            <w:u w:val="single"/>
          </w:rPr>
          <w:t>https://www.inclusivity.org/pride/come-out-with-pride-orlando</w:t>
        </w:r>
      </w:hyperlink>
      <w:r>
        <w:t xml:space="preserve"> - Come Out With Pride is Orlando's main Pride celebration, held each October at Lake Eola Park in downtown Orlando. The one-day event combines a festival running from noon into the evening with an afternoon parade. The organization also hosts events during the year, including gatherings for trans and nonbinary families. The Most Colorful Parade steps off in the late afternoon and features more than 250 organizations and businesses. The Marketplace fills a full block of Robinson Street with more than 150 groups and businesses. The festival happens rain or shine, and security is posted throughout the park.</w:t>
      </w:r>
      <w:r/>
    </w:p>
    <w:p>
      <w:pPr>
        <w:pStyle w:val="ListNumber"/>
        <w:spacing w:line="240" w:lineRule="auto"/>
        <w:ind w:left="720"/>
      </w:pPr>
      <w:r/>
      <w:hyperlink r:id="rId11">
        <w:r>
          <w:rPr>
            <w:color w:val="0000EE"/>
            <w:u w:val="single"/>
          </w:rPr>
          <w:t>https://comeoutwithpride.org/</w:t>
        </w:r>
      </w:hyperlink>
      <w:r>
        <w:t xml:space="preserve"> - Come Out With Pride, Inc. is the nonprofit behind Orlando’s LGBTQIA+ community celebrations. Every October, around National Coming Out Day, they create a space where people can shine as their true selves. With over 230,000 attendees in 2025, COWP has grown into one of the largest Pride celebrations in the Southeast and the biggest single-day event in Central Florida. The event features the Most Colorful Parade, live entertainment, a marketplace, and a fireworks finale. The 2026 event is scheduled for October 17 at Lake Eola Park in Orlando, Florida.</w:t>
      </w:r>
      <w:r/>
    </w:p>
    <w:p>
      <w:pPr>
        <w:pStyle w:val="ListNumber"/>
        <w:spacing w:line="240" w:lineRule="auto"/>
        <w:ind w:left="720"/>
      </w:pPr>
      <w:r/>
      <w:hyperlink r:id="rId13">
        <w:r>
          <w:rPr>
            <w:color w:val="0000EE"/>
            <w:u w:val="single"/>
          </w:rPr>
          <w:t>https://www.downtownorlando.com/Fun/Events/Come-Out-With-Pride-2026</w:t>
        </w:r>
      </w:hyperlink>
      <w:r>
        <w:t xml:space="preserve"> - Come Out With Pride, Inc. is the nonprofit behind Orlando’s LGBTQIA+ community celebrations. Every October, around National Coming Out Day, they create a space where people can shine as their true selves. With over 230,000 attendees in 2025, COWP has grown into one of the largest Pride celebrations in the Southeast and the biggest single-day event in Central Florida. The event features the Most Colorful Parade, live entertainment, a marketplace, and a fireworks finale. The 2026 event is scheduled for October 17 at Lake Eola Park in Orlando, Florida.</w:t>
      </w:r>
      <w:r/>
    </w:p>
    <w:p>
      <w:pPr>
        <w:pStyle w:val="ListNumber"/>
        <w:spacing w:line="240" w:lineRule="auto"/>
        <w:ind w:left="720"/>
      </w:pPr>
      <w:r/>
      <w:hyperlink r:id="rId14">
        <w:r>
          <w:rPr>
            <w:color w:val="0000EE"/>
            <w:u w:val="single"/>
          </w:rPr>
          <w:t>https://www.festivalsinamerica.com/festival/come-out-with-pride-orlando</w:t>
        </w:r>
      </w:hyperlink>
      <w:r>
        <w:t xml:space="preserve"> - Come Out With Pride Orlando transforms Lake Eola Park into a sea of rainbow color every October. Central Florida's largest LGBTQ+ celebration pairs a full day of live music, drag, community booths, and family fun with the marquee Pride Parade around the lake, capped by fireworks over the water. Free and open to all, it draws well over 200,000 people in a joyful, defiant celebration of love, visibility, and inclusion. The 2026 event is scheduled for October 17 at Lake Eola Park in Orlando, Florida.</w:t>
      </w:r>
      <w:r/>
    </w:p>
    <w:p>
      <w:pPr>
        <w:pStyle w:val="ListNumber"/>
        <w:spacing w:line="240" w:lineRule="auto"/>
        <w:ind w:left="720"/>
      </w:pPr>
      <w:r/>
      <w:hyperlink r:id="rId15">
        <w:r>
          <w:rPr>
            <w:color w:val="0000EE"/>
            <w:u w:val="single"/>
          </w:rPr>
          <w:t>https://www.unation.com/event/come-out-with-pride-71098278/</w:t>
        </w:r>
      </w:hyperlink>
      <w:r>
        <w:t xml:space="preserve"> - Come Out With Pride Orlando is a large one-day LGBTQIA+ celebration in downtown Orlando. Lake Eola Park fills with live entertainment, community organisations, vendors, food, family and youth activities, a trans Pride programme, sober space, the colourful Pride Parade, and an evening fireworks finale. The 2026 event is scheduled for October 17 at Lake Eola Park in Orlando, Florida.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h.com/article/come-out-with-pride-orlando-2026/74091852" TargetMode="External"/><Relationship Id="rId10" Type="http://schemas.openxmlformats.org/officeDocument/2006/relationships/hyperlink" Target="https://pride365.org/event/come-out-with-pride-orlando/" TargetMode="External"/><Relationship Id="rId11" Type="http://schemas.openxmlformats.org/officeDocument/2006/relationships/hyperlink" Target="https://comeoutwithpride.org/" TargetMode="External"/><Relationship Id="rId12" Type="http://schemas.openxmlformats.org/officeDocument/2006/relationships/hyperlink" Target="https://www.inclusivity.org/pride/come-out-with-pride-orlando" TargetMode="External"/><Relationship Id="rId13" Type="http://schemas.openxmlformats.org/officeDocument/2006/relationships/hyperlink" Target="https://www.downtownorlando.com/Fun/Events/Come-Out-With-Pride-2026" TargetMode="External"/><Relationship Id="rId14" Type="http://schemas.openxmlformats.org/officeDocument/2006/relationships/hyperlink" Target="https://www.festivalsinamerica.com/festival/come-out-with-pride-orlando" TargetMode="External"/><Relationship Id="rId15" Type="http://schemas.openxmlformats.org/officeDocument/2006/relationships/hyperlink" Target="https://www.unation.com/event/come-out-with-pride-71098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