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Dating Apps for Gay Men Seeking Less Anxiety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at Flinders University have found that gay men who use a mix of mainstream and gay dating apps may report lower anxiety than those sticking to one app type. The Australian study adds welcome nuance to a familiar swipe-heavy culture, while highlighting how platform design, appearance pressure and unwanted messages can shape the dating experience.</w:t>
      </w:r>
      <w:r/>
    </w:p>
    <w:p>
      <w:pPr>
        <w:pStyle w:val="Heading2"/>
      </w:pPr>
      <w:r>
        <w:t>Essential Takeaways</w:t>
      </w:r>
      <w:r/>
      <w:r/>
    </w:p>
    <w:p>
      <w:pPr>
        <w:pStyle w:val="ListBullet"/>
        <w:spacing w:line="240" w:lineRule="auto"/>
        <w:ind w:left="720"/>
      </w:pPr>
      <w:r/>
      <w:r>
        <w:rPr>
          <w:b/>
        </w:rPr>
        <w:t>A broader mix may help:</w:t>
      </w:r>
      <w:r>
        <w:t xml:space="preserve"> Gay men using different types of dating apps reported lower anxiety than some single-platform groups.</w:t>
      </w:r>
      <w:r/>
    </w:p>
    <w:p>
      <w:pPr>
        <w:pStyle w:val="ListBullet"/>
        <w:spacing w:line="240" w:lineRule="auto"/>
        <w:ind w:left="720"/>
      </w:pPr>
      <w:r/>
      <w:r>
        <w:rPr>
          <w:b/>
        </w:rPr>
        <w:t>Platforms feel different:</w:t>
      </w:r>
      <w:r>
        <w:t xml:space="preserve"> Mainstream apps often lean towards relationships, while gay-focused services are frequently associated with casual encounters.</w:t>
      </w:r>
      <w:r/>
    </w:p>
    <w:p>
      <w:pPr>
        <w:pStyle w:val="ListBullet"/>
        <w:spacing w:line="240" w:lineRule="auto"/>
        <w:ind w:left="720"/>
      </w:pPr>
      <w:r/>
      <w:r>
        <w:rPr>
          <w:b/>
        </w:rPr>
        <w:t>Design matters:</w:t>
      </w:r>
      <w:r>
        <w:t xml:space="preserve"> Messaging tools, image sharing and swipe mechanics can affect users' comfort and wellbeing.</w:t>
      </w:r>
      <w:r/>
    </w:p>
    <w:p>
      <w:pPr>
        <w:pStyle w:val="ListBullet"/>
        <w:spacing w:line="240" w:lineRule="auto"/>
        <w:ind w:left="720"/>
      </w:pPr>
      <w:r/>
      <w:r>
        <w:rPr>
          <w:b/>
        </w:rPr>
        <w:t>Appearance pressure is real:</w:t>
      </w:r>
      <w:r>
        <w:t xml:space="preserve"> Research links swipe-based dating with body dissatisfaction and compulsive use.</w:t>
      </w:r>
      <w:r/>
    </w:p>
    <w:p>
      <w:pPr>
        <w:pStyle w:val="ListBullet"/>
        <w:spacing w:line="240" w:lineRule="auto"/>
        <w:ind w:left="720"/>
      </w:pPr>
      <w:r/>
      <w:r>
        <w:rPr>
          <w:b/>
        </w:rPr>
        <w:t>Smarter use helps:</w:t>
      </w:r>
      <w:r>
        <w:t xml:space="preserve"> Privacy settings, clear boundaries and regular breaks can make app dating feel less consuming.</w:t>
      </w:r>
      <w:r/>
      <w:r/>
    </w:p>
    <w:p>
      <w:pPr>
        <w:pStyle w:val="Heading2"/>
      </w:pPr>
      <w:r>
        <w:t>A wider app mix could ease dating anxiety</w:t>
      </w:r>
      <w:r/>
    </w:p>
    <w:p>
      <w:r/>
      <w:r>
        <w:t>The strongest finding is also the most practical: for some gay men, using more than one kind of dating app may be linked with lower anxiety. The Flinders University study surveyed 578 Australian men aged between 18 and 69, with an average age of 34, and compared mental health outcomes across different app-use patterns.</w:t>
      </w:r>
      <w:r/>
    </w:p>
    <w:p>
      <w:r/>
      <w:r>
        <w:t>That doesn't mean downloading every app is a guaranteed wellbeing hack. Rather, researchers suggest that a broader mix could improve the chance of finding what a user actually wants, whether that's a relationship, friendship or something more casual. PsychReg has also highlighted the hidden emotional costs of online dating, including comparison and rejection fatigue.</w:t>
      </w:r>
      <w:r/>
    </w:p>
    <w:p>
      <w:r/>
      <w:r>
        <w:t>The result is a useful reminder that dating apps aren't interchangeable. A polished profile on one service may attract a completely different audience on another, and that shift can make online dating feel less like an endless audition.</w:t>
      </w:r>
      <w:r/>
    </w:p>
    <w:p>
      <w:pPr>
        <w:pStyle w:val="Heading2"/>
      </w:pPr>
      <w:r>
        <w:t>Why app design changes the experience</w:t>
      </w:r>
      <w:r/>
    </w:p>
    <w:p>
      <w:r/>
      <w:r>
        <w:t>Gay-focused apps and mainstream platforms can look similar at first glance, but the experience may be markedly different. Flinders researchers point to differences in interface design, photo sharing and the possibility of unsolicited or non-consensual messages.</w:t>
      </w:r>
      <w:r/>
    </w:p>
    <w:p>
      <w:r/>
      <w:r>
        <w:t>Grindr and Scruff are widely seen as more casual spaces where appearance is especially prominent. Tinder and Hinge, meanwhile, are more commonly linked with dating and longer-term relationships. Those reputations aren't absolute, but they influence what users expect when they open the app.</w:t>
      </w:r>
      <w:r/>
    </w:p>
    <w:p>
      <w:r/>
      <w:r>
        <w:t>That matters because expectation shapes emotional impact. If someone wants a relationship but repeatedly encounters sexually explicit messages, or if a casual user finds themselves pushed towards polished coupledom, the mismatch can quickly become tiring. Previous research has similarly connected swiping-based services with compulsive use and dissatisfaction with appearance.</w:t>
      </w:r>
      <w:r/>
    </w:p>
    <w:p>
      <w:pPr>
        <w:pStyle w:val="Heading2"/>
      </w:pPr>
      <w:r>
        <w:t>The mental-health picture is more complicated than swiping</w:t>
      </w:r>
      <w:r/>
    </w:p>
    <w:p>
      <w:r/>
      <w:r>
        <w:t>The study found that some sexual-minority men who used only one app type reported higher anxiety than several other groups. Interestingly, heterosexual men using both gay and mainstream dating apps also showed increased anxiety, suggesting that app combinations alone don't explain everything.</w:t>
      </w:r>
      <w:r/>
    </w:p>
    <w:p>
      <w:r/>
      <w:r>
        <w:t>Age differences, sexual orientation, user expectations and the way people engage with platforms all matter. A person checking messages for ten minutes a day is having a different experience from someone caught in a late-night loop of swiping, comparing and refreshing.</w:t>
      </w:r>
      <w:r/>
    </w:p>
    <w:p>
      <w:r/>
      <w:r>
        <w:t>Research published in the Journal of Medical Internet Research has also explored links between dating-app use, body image and mental wellbeing. The broader pattern is familiar: platforms built around rapid visual judgement can make people feel visible, but not necessarily understood. Your phone may be buzzing, yet the experience can still feel strangely lonely.</w:t>
      </w:r>
      <w:r/>
    </w:p>
    <w:p>
      <w:pPr>
        <w:pStyle w:val="Heading2"/>
      </w:pPr>
      <w:r>
        <w:t>How to choose and use dating apps more comfortably</w:t>
      </w:r>
      <w:r/>
    </w:p>
    <w:p>
      <w:r/>
      <w:r>
        <w:t>Start with the outcome you want. If you're looking for a relationship, choose a service whose profile prompts and matching tools support conversation rather than only rapid visual decisions. If you're seeking something casual, be clear about boundaries and expectations before meeting.</w:t>
      </w:r>
      <w:r/>
    </w:p>
    <w:p>
      <w:r/>
      <w:r>
        <w:t>Privacy settings deserve more attention than they usually get. Limit who can contact you where possible, avoid sharing identifying details too quickly and block accounts that ignore your boundaries. Unwanted messages aren't a normal price of admission, even if some platforms make them feel routine.</w:t>
      </w:r>
      <w:r/>
    </w:p>
    <w:p>
      <w:r/>
      <w:r>
        <w:t>It also helps to set a simple usage limit. Turn off non-essential notifications, take breaks after a disappointing exchange and avoid judging your appearance through the app's narrow visual lens. A profile is a small, edited window into a person, not a verdict on their attractiveness.</w:t>
      </w:r>
      <w:r/>
    </w:p>
    <w:p>
      <w:pPr>
        <w:pStyle w:val="Heading2"/>
      </w:pPr>
      <w:r>
        <w:t>What dating platforms should change next</w:t>
      </w:r>
      <w:r/>
    </w:p>
    <w:p>
      <w:r/>
      <w:r>
        <w:t>The Flinders team says app developers could reduce their emphasis on physical appearance and sexual objectification while adding stronger safeguards. That's an important challenge, particularly as dating services reach millions of people worldwide.</w:t>
      </w:r>
      <w:r/>
    </w:p>
    <w:p>
      <w:r/>
      <w:r>
        <w:t>Better reporting tools, clearer consent controls and more thoughtful profile design won't remove every difficult interaction. They could, however, make it harder for bad behaviour to dominate the experience. Research on digital wellbeing increasingly points towards the same principle: convenience shouldn't come at the expense of psychological safety.</w:t>
      </w:r>
      <w:r/>
    </w:p>
    <w:p>
      <w:r/>
      <w:r>
        <w:t>For users, variety may offer a little breathing room. For developers, the lesson is sharper: a successful match shouldn't be the only measure of a healthy platform.</w:t>
      </w:r>
      <w:r/>
    </w:p>
    <w:p>
      <w:r/>
      <w:r>
        <w:t>Small boundaries can make app dating feel more manageable, and sometimes a change of platform is the refresh your head needs.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https://www.scimex.org/newsfeed/looking-for-relief-from-dating-app-anxiety-try-a-variety-of-platforms</w:t>
        </w:r>
      </w:hyperlink>
      <w:r>
        <w:t xml:space="preserve"> - Please view link - unable to able to access data</w:t>
      </w:r>
      <w:r/>
    </w:p>
    <w:p>
      <w:pPr>
        <w:pStyle w:val="ListNumber"/>
        <w:spacing w:line="240" w:lineRule="auto"/>
        <w:ind w:left="720"/>
      </w:pPr>
      <w:r/>
      <w:hyperlink r:id="rId10">
        <w:r>
          <w:rPr>
            <w:color w:val="0000EE"/>
            <w:u w:val="single"/>
          </w:rPr>
          <w:t>https://www.psychreg.org/hidden-impact-dating-apps-mental-health/</w:t>
        </w:r>
      </w:hyperlink>
      <w:r>
        <w:t xml:space="preserve"> - This article discusses the psychological toll of dating apps, highlighting that users report anxiety disorders, depression symptoms, and body dysmorphia at rates correlating with their app usage frequency and duration. It explains how dating apps operate on intermittent reinforcement schedules, creating addictive usage patterns, and how gamification elements intensify psychological pressure. The piece also addresses the paradox of increased loneliness despite more potential connections and the impact on body image and self-worth metrics. It concludes with recommendations for healthier app usage and the role of users in shifting the culture on these platforms.</w:t>
      </w:r>
      <w:r/>
    </w:p>
    <w:p>
      <w:pPr>
        <w:pStyle w:val="ListNumber"/>
        <w:spacing w:line="240" w:lineRule="auto"/>
        <w:ind w:left="720"/>
      </w:pPr>
      <w:r/>
      <w:hyperlink r:id="rId12">
        <w:r>
          <w:rPr>
            <w:color w:val="0000EE"/>
            <w:u w:val="single"/>
          </w:rPr>
          <w:t>https://www.bhnet.org/66155/swiping-based-dating-apps-show-strongest-ties-to-compulsive-use-and-body-dissatisfaction/</w:t>
        </w:r>
      </w:hyperlink>
      <w:r>
        <w:t xml:space="preserve"> - This article presents a systematic review and meta-analysis of 27 studies involving 21,263 participants, evaluating the mental health correlates of swiping-based dating apps. The findings reveal a small-to-moderate global association between dating app use and adverse psychological outcomes, with the strongest links to compulsive use and body dissatisfaction. The review suggests that dating app engagement is most strongly associated with behavioral dysregulation and appearance-related concerns, indicating that these platforms may significantly impact users' mental health.</w:t>
      </w:r>
      <w:r/>
    </w:p>
    <w:p>
      <w:pPr>
        <w:pStyle w:val="ListNumber"/>
        <w:spacing w:line="240" w:lineRule="auto"/>
        <w:ind w:left="720"/>
      </w:pPr>
      <w:r/>
      <w:hyperlink r:id="rId11">
        <w:r>
          <w:rPr>
            <w:color w:val="0000EE"/>
            <w:u w:val="single"/>
          </w:rPr>
          <w:t>https://pubmed.ncbi.nlm.nih.gov/42393202/</w:t>
        </w:r>
      </w:hyperlink>
      <w:r>
        <w:t xml:space="preserve"> - This systematic review and meta-analysis synthesizes data from 27 studies involving 21,263 participants to assess associations between dating app use and mental health outcomes. The results indicate small-to-moderate associations between dating app use and emotional distress, appearance concerns, body image disturbance, behavioral dysregulation, and interpersonal sensitivity, with the strongest effects observed for behavioral dysregulations and body-related outcomes. The study highlights the need for future research to clarify temporal pathways and inform digital mental health interventions.</w:t>
      </w:r>
      <w:r/>
    </w:p>
    <w:p>
      <w:pPr>
        <w:pStyle w:val="ListNumber"/>
        <w:spacing w:line="240" w:lineRule="auto"/>
        <w:ind w:left="720"/>
      </w:pPr>
      <w:r/>
      <w:hyperlink r:id="rId13">
        <w:r>
          <w:rPr>
            <w:color w:val="0000EE"/>
            <w:u w:val="single"/>
          </w:rPr>
          <w:t>https://pmc.ncbi.nlm.nih.gov/articles/PMC13502903/</w:t>
        </w:r>
      </w:hyperlink>
      <w:r>
        <w:t xml:space="preserve"> - This systematic review and meta-analysis examines sex differences in digital dating app use and app-mediated sexual and health outcomes. The study indicates that dating app use is associated with a broad range of sexual, psychological, and relational outcomes, including depressive symptoms, body image concerns, and reduced well-being for some users. The findings underscore the need for a more comprehensive understanding of the impacts of dating app use on mental health and well-being.</w:t>
      </w:r>
      <w:r/>
    </w:p>
    <w:p>
      <w:pPr>
        <w:pStyle w:val="ListNumber"/>
        <w:spacing w:line="240" w:lineRule="auto"/>
        <w:ind w:left="720"/>
      </w:pPr>
      <w:r/>
      <w:hyperlink r:id="rId14">
        <w:r>
          <w:rPr>
            <w:color w:val="0000EE"/>
            <w:u w:val="single"/>
          </w:rPr>
          <w:t>https://sciety.org/articles/activity/10.21203/rs.3.rs-8414384/v1</w:t>
        </w:r>
      </w:hyperlink>
      <w:r>
        <w:t xml:space="preserve"> - This article presents a systematic review and meta-analysis of 27 studies involving 21,263 participants to assess associations between dating app use and mental health outcomes. The findings indicate small-to-moderate associations between dating app use and emotional distress, appearance concerns, body image disturbance, behavioral dysregulation, and interpersonal sensitivity, with the strongest effects observed for behavioral dysregulations and body-related outcomes. The study highlights the need for future research to clarify temporal pathways and inform digital mental health interventions.</w:t>
      </w:r>
      <w:r/>
    </w:p>
    <w:p>
      <w:pPr>
        <w:pStyle w:val="ListNumber"/>
        <w:spacing w:line="240" w:lineRule="auto"/>
        <w:ind w:left="720"/>
      </w:pPr>
      <w:r/>
      <w:hyperlink r:id="rId15">
        <w:r>
          <w:rPr>
            <w:color w:val="0000EE"/>
            <w:u w:val="single"/>
          </w:rPr>
          <w:t>https://www.sciencedirect.com/science/article/pii/S0747563225003267</w:t>
        </w:r>
      </w:hyperlink>
      <w:r>
        <w:t xml:space="preserve"> - This pre-registered study reports the results of a systematic review and quantitative meta-analysis of the clinical outcomes of dating app use. The study found that dating app users reported significantly worse psychological health and well-being, including depression, anxiety, affective dysregulation, loneliness, and psychological distress, compared to non-users. The findings underscore the need for targeted interventions to improve the outcomes of dating app users.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imex.org/newsfeed/looking-for-relief-from-dating-app-anxiety-try-a-variety-of-platforms" TargetMode="External"/><Relationship Id="rId10" Type="http://schemas.openxmlformats.org/officeDocument/2006/relationships/hyperlink" Target="https://www.psychreg.org/hidden-impact-dating-apps-mental-health/" TargetMode="External"/><Relationship Id="rId11" Type="http://schemas.openxmlformats.org/officeDocument/2006/relationships/hyperlink" Target="https://pubmed.ncbi.nlm.nih.gov/42393202/" TargetMode="External"/><Relationship Id="rId12" Type="http://schemas.openxmlformats.org/officeDocument/2006/relationships/hyperlink" Target="https://www.bhnet.org/66155/swiping-based-dating-apps-show-strongest-ties-to-compulsive-use-and-body-dissatisfaction/" TargetMode="External"/><Relationship Id="rId13" Type="http://schemas.openxmlformats.org/officeDocument/2006/relationships/hyperlink" Target="https://pmc.ncbi.nlm.nih.gov/articles/PMC13502903/" TargetMode="External"/><Relationship Id="rId14" Type="http://schemas.openxmlformats.org/officeDocument/2006/relationships/hyperlink" Target="https://sciety.org/articles/activity/10.21203/rs.3.rs-8414384/v1" TargetMode="External"/><Relationship Id="rId15" Type="http://schemas.openxmlformats.org/officeDocument/2006/relationships/hyperlink" Target="https://www.sciencedirect.com/science/article/pii/S07475632250032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