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Come Out With Pride Orlando 2026 Guide for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Orlando's Come Out With Pride 2026 is set to fill Lake Eola Park with music, drag, dancing, community and fireworks on Saturday, 17 October. The free festival combines big-stage entertainment with family, sensory-friendly, sober and trans-inclusive spaces, making it one of the city's most welcoming days out.</w:t>
      </w:r>
      <w:r/>
    </w:p>
    <w:p>
      <w:pPr>
        <w:pStyle w:val="Heading2"/>
      </w:pPr>
      <w:r>
        <w:t>Essential Takeaways</w:t>
      </w:r>
      <w:r/>
      <w:r/>
    </w:p>
    <w:p>
      <w:pPr>
        <w:pStyle w:val="ListBullet"/>
        <w:spacing w:line="240" w:lineRule="auto"/>
        <w:ind w:left="720"/>
      </w:pPr>
      <w:r/>
      <w:r>
        <w:rPr>
          <w:b/>
        </w:rPr>
        <w:t>When:</w:t>
      </w:r>
      <w:r>
        <w:t xml:space="preserve"> Saturday, 17 October 2026, from noon until 10pm.</w:t>
      </w:r>
      <w:r/>
    </w:p>
    <w:p>
      <w:pPr>
        <w:pStyle w:val="ListBullet"/>
        <w:spacing w:line="240" w:lineRule="auto"/>
        <w:ind w:left="720"/>
      </w:pPr>
      <w:r/>
      <w:r>
        <w:rPr>
          <w:b/>
        </w:rPr>
        <w:t>Where:</w:t>
      </w:r>
      <w:r>
        <w:t xml:space="preserve"> Lake Eola Park and surrounding streets in downtown Orlando.</w:t>
      </w:r>
      <w:r/>
    </w:p>
    <w:p>
      <w:pPr>
        <w:pStyle w:val="ListBullet"/>
        <w:spacing w:line="240" w:lineRule="auto"/>
        <w:ind w:left="720"/>
      </w:pPr>
      <w:r/>
      <w:r>
        <w:rPr>
          <w:b/>
        </w:rPr>
        <w:t>Main event:</w:t>
      </w:r>
      <w:r>
        <w:t xml:space="preserve"> The Most Colorful Parade begins at 4pm, with more than 200 organisations and businesses expected to take part.</w:t>
      </w:r>
      <w:r/>
    </w:p>
    <w:p>
      <w:pPr>
        <w:pStyle w:val="ListBullet"/>
        <w:spacing w:line="240" w:lineRule="auto"/>
        <w:ind w:left="720"/>
      </w:pPr>
      <w:r/>
      <w:r>
        <w:rPr>
          <w:b/>
        </w:rPr>
        <w:t>What to expect:</w:t>
      </w:r>
      <w:r>
        <w:t xml:space="preserve"> Drag, DJs, live music, food, community stalls, family activities and a fireworks finale.</w:t>
      </w:r>
      <w:r/>
    </w:p>
    <w:p>
      <w:pPr>
        <w:pStyle w:val="ListBullet"/>
        <w:spacing w:line="240" w:lineRule="auto"/>
        <w:ind w:left="720"/>
      </w:pPr>
      <w:r/>
      <w:r>
        <w:rPr>
          <w:b/>
        </w:rPr>
        <w:t>Good to know:</w:t>
      </w:r>
      <w:r>
        <w:t xml:space="preserve"> Admission is free, but the festival is cashless and visitors should expect security checks and road closures.</w:t>
      </w:r>
      <w:r/>
      <w:r/>
    </w:p>
    <w:p>
      <w:pPr>
        <w:pStyle w:val="Heading2"/>
      </w:pPr>
      <w:r>
        <w:t>Orlando Pride is bringing big energy to Lake Eola</w:t>
      </w:r>
      <w:r/>
    </w:p>
    <w:p>
      <w:r/>
      <w:r>
        <w:t>By midday, Lake Eola Park should be buzzing with bright outfits, music drifting across the grass and the unmistakable anticipation of a city ready to celebrate itself. Come Out With Pride Orlando 2026 promises a full day of LGBTQIA+ culture, performance and community, with no entry fee to get through the gates.</w:t>
      </w:r>
      <w:r/>
    </w:p>
    <w:p>
      <w:r/>
      <w:r>
        <w:t>The event runs from noon to 10pm, giving visitors plenty of time to settle in before the parade takes over downtown. According to the official Come Out With Pride website, the programme is designed for LGBTQIA+ people, families, friends and allies, so it feels less like a single show and more like a city-wide gathering.</w:t>
      </w:r>
      <w:r/>
    </w:p>
    <w:p>
      <w:r/>
      <w:r>
        <w:t>Two main performance areas will anchor the day. The Diva Stage focuses on drag and live entertainment, while Sonic Bloom Field offers DJs, dancing and a more club-like atmosphere. It is a useful split for visitors who want to switch between spectacular performances and a steady dance beat without missing the fun.</w:t>
      </w:r>
      <w:r/>
    </w:p>
    <w:p>
      <w:pPr>
        <w:pStyle w:val="Heading2"/>
      </w:pPr>
      <w:r>
        <w:t>The parade remains the emotional centrepiece</w:t>
      </w:r>
      <w:r/>
    </w:p>
    <w:p>
      <w:r/>
      <w:r>
        <w:t>The Most Colorful Parade starts at 4pm around Lake Eola Park, with more than 200 organisations and supportive businesses expected to march. It is the moment when the festival spills beyond the park, turning the surrounding streets into a moving celebration of visibility and belonging.</w:t>
      </w:r>
      <w:r/>
    </w:p>
    <w:p>
      <w:r/>
      <w:r>
        <w:t>The 2026 grand marshals include Cielo Sunsarae, Myki Meeks, Kelsi and Jo Bergmann, and Sabrina Ambra. Their roles reflect the event's focus on trans visibility, queer representation, local talent and community-building, rather than simply treating the parade as a colourful spectacle.</w:t>
      </w:r>
      <w:r/>
    </w:p>
    <w:p>
      <w:r/>
      <w:r>
        <w:t>Visitors should plan around traffic disruption. Downtown Orlando's event information notes that roads near the park and along parts of Orange Avenue, Central Boulevard, Rosalind Avenue and Robinson Street may close or experience delays. Arriving early, using public transport where practical and choosing a meeting point are all sensible moves, particularly for larger groups.</w:t>
      </w:r>
      <w:r/>
    </w:p>
    <w:p>
      <w:pPr>
        <w:pStyle w:val="Heading2"/>
      </w:pPr>
      <w:r>
        <w:t>Drag, DJs and a stage for Orlando talent</w:t>
      </w:r>
      <w:r/>
    </w:p>
    <w:p>
      <w:r/>
      <w:r>
        <w:t>The Diva Stage is set to showcase local performers alongside better-known names. Ginger Minj and Family are scheduled to open the entertainment at 1pm, while MrMs Presents The Gaga Ball is listed for the evening. For fans of Orlando's drag scene, it should be one of the day's busiest gathering points.</w:t>
      </w:r>
      <w:r/>
    </w:p>
    <w:p>
      <w:r/>
      <w:r>
        <w:t>Sonic Bloom Field takes a different route, with DJs including Crash Cuts, Nani Soul, Mr Meow Meow, Blue Star and Kim Anh. Expect dancing, bubbles, wellness activities and a sunset set that gradually shifts the atmosphere from daytime festival to full evening party.</w:t>
      </w:r>
      <w:r/>
    </w:p>
    <w:p>
      <w:r/>
      <w:r>
        <w:t>That variety is one of the event's strongest features. You can watch a polished stage performance, wander through the Marketplace, grab food, then return to the dance area when your feet inevitably start keeping time. The official programme listings suggest there is no need to choose one mood for the whole day.</w:t>
      </w:r>
      <w:r/>
    </w:p>
    <w:p>
      <w:pPr>
        <w:pStyle w:val="Heading2"/>
      </w:pPr>
      <w:r>
        <w:t>Inclusive spaces make the festival easier to navigate</w:t>
      </w:r>
      <w:r/>
    </w:p>
    <w:p>
      <w:r/>
      <w:r>
        <w:t>Come Out With Pride 2026 includes a Family Spot presented by 26Health, a Sensory Space supported by Spektrum Health and a Sober Space. There is also Trans Pride, presented by Crew Health, alongside the new Culture Club from the festival's Colors of Courage Collective.</w:t>
      </w:r>
      <w:r/>
    </w:p>
    <w:p>
      <w:r/>
      <w:r>
        <w:t>These areas matter because large festivals can be thrilling but overwhelming. A quieter sensory option, a family-friendly base or a sober place to pause gives visitors more control over the day, especially when the music, crowds and Florida heat begin to pile up.</w:t>
      </w:r>
      <w:r/>
    </w:p>
    <w:p>
      <w:r/>
      <w:r>
        <w:t>The festival guide recommends carrying water, taking regular breaks and using the cooling station. Small bags are preferred, metal-detector screening will be in place and payment is card or mobile only. In other words, pack lightly, charge your phone and don't arrive expecting to pay for lunch with loose change.</w:t>
      </w:r>
      <w:r/>
    </w:p>
    <w:p>
      <w:pPr>
        <w:pStyle w:val="Heading2"/>
      </w:pPr>
      <w:r>
        <w:t>Plan your Pride day before the fireworks</w:t>
      </w:r>
      <w:r/>
    </w:p>
    <w:p>
      <w:r/>
      <w:r>
        <w:t>With food, drinks, vendors and entertainment across the park, a little preparation will make the experience smoother. Check the official map and schedule before setting off, then agree on a meeting spot in case your group gets separated. A portable charger is also a smart addition, because a long day of photos and messages can drain a phone surprisingly fast.</w:t>
      </w:r>
      <w:r/>
    </w:p>
    <w:p>
      <w:r/>
      <w:r>
        <w:t>Families may want to start with the daytime programme before deciding whether to stay for the parade and evening performances. Dance fans, meanwhile, could arrive early for Sonic Bloom Field and remain through the sunset set. There is no single correct way to do the festival, which is rather the point.</w:t>
      </w:r>
      <w:r/>
    </w:p>
    <w:p>
      <w:r/>
      <w:r>
        <w:t>The night ends with fireworks over Lake Eola, giving the celebration a bright final note. For many visitors, though, the lasting memory may be simpler: finding friends in the crowd, hearing a favourite song from the stage or feeling completely at ease for a few hours.</w:t>
      </w:r>
      <w:r/>
    </w:p>
    <w:p>
      <w:r/>
      <w:r>
        <w:t>Come prepared, stay hydrated and make room for plenty of queer joy.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https://www.gottagoorlando.com/post/feel-the-beat-orlando-at-this-weekend-s-come-out-with-pride-2026</w:t>
        </w:r>
      </w:hyperlink>
      <w:r>
        <w:t xml:space="preserve"> - Please view link - unable to able to access data</w:t>
      </w:r>
      <w:r/>
    </w:p>
    <w:p>
      <w:pPr>
        <w:pStyle w:val="ListNumber"/>
        <w:spacing w:line="240" w:lineRule="auto"/>
        <w:ind w:left="720"/>
      </w:pPr>
      <w:r/>
      <w:hyperlink r:id="rId10">
        <w:r>
          <w:rPr>
            <w:color w:val="0000EE"/>
            <w:u w:val="single"/>
          </w:rPr>
          <w:t>https://comeoutwithpride.org/</w:t>
        </w:r>
      </w:hyperlink>
      <w:r>
        <w:t xml:space="preserve"> - Come Out With Pride Orlando is a non-profit organisation dedicated to cultivating acceptance and visibility for LGBTQIA+ individuals. Their annual event, Come Out With Pride 2026, is scheduled for Saturday, October 17, 2026, at Lake Eola Park in Orlando, Florida. The festival runs from 12 pm to 10 pm, featuring live entertainment, a parade, and a fireworks finale. Admission is free, and the event is open to all, including families, friends, allies, and the LGBTQIA+ community. For more information, visit their official website.</w:t>
      </w:r>
      <w:r/>
    </w:p>
    <w:p>
      <w:pPr>
        <w:pStyle w:val="ListNumber"/>
        <w:spacing w:line="240" w:lineRule="auto"/>
        <w:ind w:left="720"/>
      </w:pPr>
      <w:r/>
      <w:hyperlink r:id="rId11">
        <w:r>
          <w:rPr>
            <w:color w:val="0000EE"/>
            <w:u w:val="single"/>
          </w:rPr>
          <w:t>https://www.downtownorlando.com/Fun/Events/Come-Out-With-Pride-2026</w:t>
        </w:r>
      </w:hyperlink>
      <w:r>
        <w:t xml:space="preserve"> - The City of Orlando's official website provides details about the Come Out With Pride 2026 event. Scheduled for Saturday, October 17, 2026, from 12:00 PM to 10:00 PM at Lake Eola Park, the event is organised by Come Out With Pride, Inc., a non-profit dedicated to bringing people together for celebration, connection, and empowerment. The festival includes live entertainment, a parade, and a fireworks finale. For more information, visit the official website.</w:t>
      </w:r>
      <w:r/>
    </w:p>
    <w:p>
      <w:pPr>
        <w:pStyle w:val="ListNumber"/>
        <w:spacing w:line="240" w:lineRule="auto"/>
        <w:ind w:left="720"/>
      </w:pPr>
      <w:r/>
      <w:hyperlink r:id="rId12">
        <w:r>
          <w:rPr>
            <w:color w:val="0000EE"/>
            <w:u w:val="single"/>
          </w:rPr>
          <w:t>https://www.inclusivity.org/pride/come-out-with-pride-orlando</w:t>
        </w:r>
      </w:hyperlink>
      <w:r>
        <w:t xml:space="preserve"> - Inclusivity.org offers a comprehensive guide to Come Out With Pride Orlando 2026. The event is set for October 17, 2026, at Lake Eola Park in Orlando, Florida. The festival features live music, drag performances, community booths, and family-friendly activities. The Most Colorful Parade begins at 4 pm, with over 250 organisations and businesses participating. The day concludes with a fireworks finale over Lake Eola. For more details, visit the official website.</w:t>
      </w:r>
      <w:r/>
    </w:p>
    <w:p>
      <w:pPr>
        <w:pStyle w:val="ListNumber"/>
        <w:spacing w:line="240" w:lineRule="auto"/>
        <w:ind w:left="720"/>
      </w:pPr>
      <w:r/>
      <w:hyperlink r:id="rId13">
        <w:r>
          <w:rPr>
            <w:color w:val="0000EE"/>
            <w:u w:val="single"/>
          </w:rPr>
          <w:t>https://www.thefloridabuzz.com/article/orlando-come-out-with-pride-2026-schedule</w:t>
        </w:r>
      </w:hyperlink>
      <w:r>
        <w:t xml:space="preserve"> - The Florida Buzz provides a detailed schedule for Come Out With Pride Orlando 2026. The event takes place on Saturday, October 17, 2026, at Lake Eola Park. The festival runs from noon to 10 p.m., featuring performances, food and drink vendors, community organisations, and two entertainment areas: the Diva Stage and Sonic Bloom Field. The Most Colorful Parade begins at 4 p.m., followed by a fireworks finale at 9:30 p.m. For more information, visit the official website.</w:t>
      </w:r>
      <w:r/>
    </w:p>
    <w:p>
      <w:pPr>
        <w:pStyle w:val="ListNumber"/>
        <w:spacing w:line="240" w:lineRule="auto"/>
        <w:ind w:left="720"/>
      </w:pPr>
      <w:r/>
      <w:hyperlink r:id="rId14">
        <w:r>
          <w:rPr>
            <w:color w:val="0000EE"/>
            <w:u w:val="single"/>
          </w:rPr>
          <w:t>https://anthemorlando.com/come-out-with-pride-orlando-2026-guide/</w:t>
        </w:r>
      </w:hyperlink>
      <w:r>
        <w:t xml:space="preserve"> - Anthem Orlando offers a comprehensive guide to Come Out With Pride Orlando 2026. The event is scheduled for Saturday, October 17, 2026, at Lake Eola Park. The festival includes live entertainment, a parade, and a fireworks finale. Anthem Orlando, located at 100 N Orange Ave, is the official Orlando Pride parade venue and will host various events throughout the weekend. For more details, visit the official website.</w:t>
      </w:r>
      <w:r/>
    </w:p>
    <w:p>
      <w:pPr>
        <w:pStyle w:val="ListNumber"/>
        <w:spacing w:line="240" w:lineRule="auto"/>
        <w:ind w:left="720"/>
      </w:pPr>
      <w:r/>
      <w:hyperlink r:id="rId15">
        <w:r>
          <w:rPr>
            <w:color w:val="0000EE"/>
            <w:u w:val="single"/>
          </w:rPr>
          <w:t>https://www.festivalsinamerica.com/festival/come-out-with-pride-orlando</w:t>
        </w:r>
      </w:hyperlink>
      <w:r>
        <w:t xml:space="preserve"> - Festivals in America provides information about Come Out With Pride Orlando 2026. The event is set for October 17, 2026, at Lake Eola Park in Orlando, Florida. The festival features live music, drag performances, community booths, and family-friendly activities. The Most Colorful Parade begins at 4 pm, with over 250 organisations and businesses participating. The day concludes with a fireworks finale over Lake Eola. For more details, visit the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ttagoorlando.com/post/feel-the-beat-orlando-at-this-weekend-s-come-out-with-pride-2026" TargetMode="External"/><Relationship Id="rId10" Type="http://schemas.openxmlformats.org/officeDocument/2006/relationships/hyperlink" Target="https://comeoutwithpride.org/" TargetMode="External"/><Relationship Id="rId11" Type="http://schemas.openxmlformats.org/officeDocument/2006/relationships/hyperlink" Target="https://www.downtownorlando.com/Fun/Events/Come-Out-With-Pride-2026" TargetMode="External"/><Relationship Id="rId12" Type="http://schemas.openxmlformats.org/officeDocument/2006/relationships/hyperlink" Target="https://www.inclusivity.org/pride/come-out-with-pride-orlando" TargetMode="External"/><Relationship Id="rId13" Type="http://schemas.openxmlformats.org/officeDocument/2006/relationships/hyperlink" Target="https://www.thefloridabuzz.com/article/orlando-come-out-with-pride-2026-schedule" TargetMode="External"/><Relationship Id="rId14" Type="http://schemas.openxmlformats.org/officeDocument/2006/relationships/hyperlink" Target="https://anthemorlando.com/come-out-with-pride-orlando-2026-guide/" TargetMode="External"/><Relationship Id="rId15" Type="http://schemas.openxmlformats.org/officeDocument/2006/relationships/hyperlink" Target="https://www.festivalsinamerica.com/festival/come-out-with-pride-orland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