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Shane Gillis’s SNL Monologue Sparked a Wider Backlash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and performers have pushed back against Shane Gillis’s latest Saturday Night Live monologue, arguing that its jokes about gay people and women relied on tired provocation rather than sharp satire. The reaction matters because it highlights a growing debate over what “edgy” comedy means when audiences are increasingly wary of casual bigotry dressed up as a punchline.</w:t>
      </w:r>
      <w:r/>
    </w:p>
    <w:p>
      <w:pPr>
        <w:pStyle w:val="Heading2"/>
      </w:pPr>
      <w:r>
        <w:t>The monologue aimed for shock, but landed flat</w:t>
      </w:r>
      <w:r/>
    </w:p>
    <w:p>
      <w:r/>
      <w:r>
        <w:t>The most talked-about moment was Gillis’s line suggesting people are either gay or Hitler. It was designed as a quick jolt, yet critics argued that the gag offered little beyond the old formula of pairing an identity with an extreme insult. According to CNN commentator W. Kamau Bell, the problem was less about taking risks than failing to build a meaningful joke around them. (The Daily Beast)</w:t>
      </w:r>
      <w:r/>
    </w:p>
    <w:p>
      <w:r/>
      <w:r>
        <w:t>That distinction matters. Comedy can be abrasive, uncomfortable or deliberately tasteless, but provocation still needs craft. Without a clever reversal or a strong point of view, a taboo reference can feel less like rebellion and more like a shortcut.</w:t>
      </w:r>
      <w:r/>
    </w:p>
    <w:p>
      <w:pPr>
        <w:pStyle w:val="Heading2"/>
      </w:pPr>
      <w:r>
        <w:t>Why the jokes about women drew particular criticism</w:t>
      </w:r>
      <w:r/>
    </w:p>
    <w:p>
      <w:r/>
      <w:r>
        <w:t>Gillis’s references to women’s gym clothing and “whores” also became flashpoints. Paula Pell, a former SNL writer and performer, criticised the material, with coverage in The Daily Beast highlighting her unusually forceful response to the gym-related joke. (The Daily Beast)</w:t>
      </w:r>
      <w:r/>
    </w:p>
    <w:p>
      <w:r/>
      <w:r>
        <w:t>Jenna Bush Hager likewise challenged the monologue’s treatment of women, arguing that the performance crossed from irreverence into misogyny. Her criticism reflects a broader change in audience expectations: viewers may accept comedians being rude, but they’re less willing to applaud jokes that appear to punch down without adding anything fresh. (The Daily Beast)</w:t>
      </w:r>
      <w:r/>
    </w:p>
    <w:p>
      <w:r/>
      <w:r>
        <w:t>There’s a weary familiarity to this style of humour. The language may be loud, but the idea underneath it often feels decades old.</w:t>
      </w:r>
      <w:r/>
    </w:p>
    <w:p>
      <w:pPr>
        <w:pStyle w:val="Heading2"/>
      </w:pPr>
      <w:r>
        <w:t>Public criticism moved beyond professional comedy circles</w:t>
      </w:r>
      <w:r/>
    </w:p>
    <w:p>
      <w:r/>
      <w:r>
        <w:t>The backlash didn’t stay within the entertainment industry. Emily Meade publicly shamed Gillis over the material, while commentators and performers questioned why SNL gave such jokes a prominent live platform. That response suggests the monologue touched a wider cultural nerve, rather than simply triggering the usual online argument about comedy and censorship. (The Daily Beast)</w:t>
      </w:r>
      <w:r/>
    </w:p>
    <w:p>
      <w:r/>
      <w:r>
        <w:t>Dan Levy’s intervention was especially notable. The Schitt’s Creek star urged men to speak up when public figures demean women, shifting the conversation away from whether Gillis was “allowed” to make the jokes and towards who is prepared to challenge them. The Daily Beast reported on Levy’s criticism as a direct response to the monologue. (The Daily Beast)</w:t>
      </w:r>
      <w:r/>
    </w:p>
    <w:p>
      <w:r/>
      <w:r>
        <w:t>That’s a more substantial conversation than the familiar “you can’t say anything these days” complaint. It asks whether the people with the biggest platforms are willing to take responsibility for the tone they help normalise.</w:t>
      </w:r>
      <w:r/>
    </w:p>
    <w:p>
      <w:pPr>
        <w:pStyle w:val="Heading2"/>
      </w:pPr>
      <w:r>
        <w:t>SNL faces a difficult comedy problem</w:t>
      </w:r>
      <w:r/>
    </w:p>
    <w:p>
      <w:r/>
      <w:r>
        <w:t>Saturday Night Live has always depended on topical humour, but political and cultural life now often looks like a ready-made parody. When public figures behave in cartoonish ways every day, a sketch can struggle to seem more outrageous than the real news.</w:t>
      </w:r>
      <w:r/>
    </w:p>
    <w:p>
      <w:r/>
      <w:r>
        <w:t>That leaves the programme with a tricky choice. It can pursue detailed political satire, which risks feeling familiar, or reach for deliberately offensive comedy in the hope of generating a viral moment. Critics of Gillis’s appearance believe SNL chose the latter and ended up exposing a creative weakness rather than demonstrating fearless writing. The Advocate framed the booking and monologue as evidence of a show losing its comedic direction. (The Advocate)</w:t>
      </w:r>
      <w:r/>
    </w:p>
    <w:p>
      <w:r/>
      <w:r>
        <w:t>The danger is that “edgy” becomes a substitute for funny. A joke can be shocking and still be lazy, just as a polite sketch can be brilliantly subversive.</w:t>
      </w:r>
      <w:r/>
    </w:p>
    <w:p>
      <w:pPr>
        <w:pStyle w:val="Heading2"/>
      </w:pPr>
      <w:r>
        <w:t>What audiences may want from comedy now</w:t>
      </w:r>
      <w:r/>
    </w:p>
    <w:p>
      <w:r/>
      <w:r>
        <w:t>The reactions from Bell, Meade, Pell, Bush Hager and Levy point to a shared appetite for comedy with more intention. That doesn’t mean audiences want every comedian to be safe or sanitised. It means they want the risk to lead somewhere, whether that’s a smart observation, an unexpected perspective or a genuinely inventive punchline. (The Daily Beast)</w:t>
      </w:r>
      <w:r/>
    </w:p>
    <w:p>
      <w:r/>
      <w:r>
        <w:t>For SNL, the challenge is particularly visible because its stage carries such cultural weight. Booking a controversial comedian can create attention, but attention alone doesn’t guarantee relevance. If the material feels like recycled culture-war bait, viewers may remember the controversy while forgetting the jokes.</w:t>
      </w:r>
      <w:r/>
    </w:p>
    <w:p>
      <w:r/>
      <w:r>
        <w:t>The strongest criticism of Gillis’s appearance wasn’t simply that it offended people. It was that the offence seemed to be the entire point.</w:t>
      </w:r>
      <w:r/>
    </w:p>
    <w:p>
      <w:r/>
      <w:r>
        <w:t>It's a small distinction, but it may be the one comedy needs most: shock can open the door, but only a good joke keeps the audience in the room.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4">
        <w:r>
          <w:rPr>
            <w:color w:val="0000EE"/>
            <w:u w:val="single"/>
          </w:rPr>
          <w:t>[3]</w:t>
        </w:r>
      </w:hyperlink>
      <w:r>
        <w:t xml:space="preserve">, </w:t>
      </w:r>
      <w:hyperlink r:id="rId11">
        <w:r>
          <w:rPr>
            <w:color w:val="0000EE"/>
            <w:u w:val="single"/>
          </w:rPr>
          <w:t>[6]</w:t>
        </w:r>
      </w:hyperlink>
      <w:r>
        <w:t xml:space="preserve">- Paragraph 5: </w:t>
      </w:r>
      <w:hyperlink r:id="rId11">
        <w:r>
          <w:rPr>
            <w:color w:val="0000EE"/>
            <w:u w:val="single"/>
          </w:rPr>
          <w:t>[6]</w:t>
        </w:r>
      </w:hyperlink>
      <w:r>
        <w:t xml:space="preserve">, </w:t>
      </w:r>
      <w:hyperlink r:id="rId9">
        <w:r>
          <w:rPr>
            <w:color w:val="0000EE"/>
            <w:u w:val="single"/>
          </w:rPr>
          <w:t>[1]</w:t>
        </w:r>
      </w:hyperlink>
      <w:r>
        <w:t xml:space="preserve">- Paragraph 6: </w:t>
      </w:r>
      <w:hyperlink r:id="rId10">
        <w:r>
          <w:rPr>
            <w:color w:val="0000EE"/>
            <w:u w:val="single"/>
          </w:rPr>
          <w:t>[2]</w:t>
        </w:r>
      </w:hyperlink>
      <w:r>
        <w:t xml:space="preserve">, </w:t>
      </w:r>
      <w:hyperlink r:id="rId14">
        <w:r>
          <w:rPr>
            <w:color w:val="0000EE"/>
            <w:u w:val="single"/>
          </w:rPr>
          <w:t>[3]</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9">
        <w:r>
          <w:rPr>
            <w:color w:val="0000EE"/>
            <w:u w:val="single"/>
          </w:rPr>
          <w:t>[1]</w:t>
        </w:r>
      </w:hyperlink>
      <w:r>
        <w:t xml:space="preserve">, </w:t>
      </w:r>
      <w:hyperlink r:id="rId10">
        <w:r>
          <w:rPr>
            <w:color w:val="0000EE"/>
            <w:u w:val="single"/>
          </w:rPr>
          <w:t>[2]</w:t>
        </w:r>
      </w:hyperlink>
      <w:r>
        <w:t xml:space="preserve">- Paragraph 9: </w:t>
      </w:r>
      <w:hyperlink r:id="rId11">
        <w:r>
          <w:rPr>
            <w:color w:val="0000EE"/>
            <w:u w:val="single"/>
          </w:rPr>
          <w:t>[6]</w:t>
        </w:r>
      </w:hyperlink>
      <w:r>
        <w:t xml:space="preserve">, </w:t>
      </w:r>
      <w:hyperlink r:id="rId9">
        <w:r>
          <w:rPr>
            <w:color w:val="0000EE"/>
            <w:u w:val="single"/>
          </w:rPr>
          <w:t>[1]</w:t>
        </w:r>
      </w:hyperlink>
      <w:r>
        <w:t xml:space="preserve">- Paragraph 10: </w:t>
      </w:r>
      <w:hyperlink r:id="rId10">
        <w:r>
          <w:rPr>
            <w:color w:val="0000EE"/>
            <w:u w:val="single"/>
          </w:rPr>
          <w:t>[2]</w:t>
        </w:r>
      </w:hyperlink>
      <w:r>
        <w:t xml:space="preserve">, </w:t>
      </w:r>
      <w:hyperlink r:id="rId14">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9">
        <w:r>
          <w:rPr>
            <w:color w:val="0000EE"/>
            <w:u w:val="single"/>
          </w:rPr>
          <w:t>[1]</w:t>
        </w:r>
      </w:hyperlink>
      <w:r>
        <w:t xml:space="preserve">, </w:t>
      </w:r>
      <w:hyperlink r:id="rId11">
        <w:r>
          <w:rPr>
            <w:color w:val="0000EE"/>
            <w:u w:val="single"/>
          </w:rPr>
          <w:t>[6]</w:t>
        </w:r>
      </w:hyperlink>
      <w:r>
        <w:t xml:space="preserve">- Paragraph 13: </w:t>
      </w:r>
      <w:hyperlink r:id="rId10">
        <w:r>
          <w:rPr>
            <w:color w:val="0000EE"/>
            <w:u w:val="single"/>
          </w:rPr>
          <w:t>[2]</w:t>
        </w:r>
      </w:hyperlink>
      <w:r>
        <w:t xml:space="preserve">, </w:t>
      </w:r>
      <w:hyperlink r:id="rId14">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9">
        <w:r>
          <w:rPr>
            <w:color w:val="0000EE"/>
            <w:u w:val="single"/>
          </w:rPr>
          <w:t>[1]</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https://www.advocate.com/opinion/shane-gillis-snl-monologue-opinion</w:t>
        </w:r>
      </w:hyperlink>
      <w:r>
        <w:t xml:space="preserve"> - Please view link - unable to able to access data</w:t>
      </w:r>
      <w:r/>
    </w:p>
    <w:p>
      <w:pPr>
        <w:pStyle w:val="ListNumber"/>
        <w:spacing w:line="240" w:lineRule="auto"/>
        <w:ind w:left="720"/>
      </w:pPr>
      <w:r/>
      <w:hyperlink r:id="rId10">
        <w:r>
          <w:rPr>
            <w:color w:val="0000EE"/>
            <w:u w:val="single"/>
          </w:rPr>
          <w:t>https://www.thedailybeast.com/obsessed/cnn-star-w-kamau-bell-exposes-shane-gillis-biggest-snl-mistake</w:t>
        </w:r>
      </w:hyperlink>
      <w:r>
        <w:t xml:space="preserve"> - In a recent episode of his podcast 'Who's With Me?', former CNN host W. Kamau Bell criticised comedian Shane Gillis for a controversial joke made during his third Saturday Night Live (SNL) monologue. Gillis' joke targeted women's gym attire, drawing sharp criticism from SNL alums Cecily Strong, Ego Nwodim, celebrities like Maren Morris and Dan Levy, and others who also criticised SNL's producer Lorne Michaels for approving it. Bell argued that Gillis' humour appeals to the 'Rogan-sphere'—a demographic aligned with Joe Rogan’s anti-'woke' brand of comedy. Bell emphasised that Gillis seemed to perform for an online audience of his ideological peers rather than the in-studio or television audience, leading to a flat reception. Bell suggested Gillis used the SNL platform to reinforce his identity among Rogan’s followers, despite the national context, including sensitive ongoing news stories such as a gang rape case at Cornell. Bell criticised Gillis for missing the mood of the moment and delivering material that alienated a broader audience. This episode highlights ongoing tensions in comedy regarding audience, content, and political tone.</w:t>
      </w:r>
      <w:r/>
    </w:p>
    <w:p>
      <w:pPr>
        <w:pStyle w:val="ListNumber"/>
        <w:spacing w:line="240" w:lineRule="auto"/>
        <w:ind w:left="720"/>
      </w:pPr>
      <w:r/>
      <w:hyperlink r:id="rId14">
        <w:r>
          <w:rPr>
            <w:color w:val="0000EE"/>
            <w:u w:val="single"/>
          </w:rPr>
          <w:t>https://www.thedailybeast.com/obsessed/hbo-star-emily-meade-publicly-shames-maga-friendly-snl-host-shane-gillis</w:t>
        </w:r>
      </w:hyperlink>
      <w:r>
        <w:t xml:space="preserve"> - Comedian Shane Gillis, recently reinstated as a host on Saturday Night Live (SNL) despite his 2019 firing for past offensive remarks, has sparked fresh controversy with his monologue mocking women’s gym attire as overly revealing. The comment, suggesting women 'dress like wh---s,' ignited a widespread backlash from celebrities and former SNL cast members. HBO’s Emily Meade harshly criticised Gillis, equating his comments to justifying dangerous stereotypes. Emmy-winner Dan Levy labelled the remarks misogynistic, emphasising the difference between attire and character. SNL alumnae Ego Nwodim and Cecily Strong responded with sarcastic social media posts highlighting the offensive nature of Gillis’s comments. Jenna Bush Hager condemned his objectification of women, calling for a cultural shift away from commenting on female appearances. Actress Martha Plimpton criticised both Gillis and SNL chief Lorne Michaels for permitting his return. Gillis, already known for prior racist and homophobic remarks, further exacerbated tensions with an uncensored profanity during the show. The incident adds to ongoing discussions about sexism, misogyny, and accountability in comedy and media.</w:t>
      </w:r>
      <w:r/>
    </w:p>
    <w:p>
      <w:pPr>
        <w:pStyle w:val="ListNumber"/>
        <w:spacing w:line="240" w:lineRule="auto"/>
        <w:ind w:left="720"/>
      </w:pPr>
      <w:r/>
      <w:hyperlink r:id="rId12">
        <w:r>
          <w:rPr>
            <w:color w:val="0000EE"/>
            <w:u w:val="single"/>
          </w:rPr>
          <w:t>https://www.thedailybeast.com/obsessed/snl-veteran-paula-pell-goes-nuclear-on-shane-gillis-gym-joke</w:t>
        </w:r>
      </w:hyperlink>
      <w:r>
        <w:t xml:space="preserve"> - Former Saturday Night Live (SNL) writer Paula Pell condemned comedian Shane Gillis for making misogynistic jokes during his guest appearance on the show. In his monologue, Gillis made inappropriate remarks about women's gym attire, likening their clothing to sexualised bait and mocking the visibility of such apparel. Pell, who was with SNL for nearly 20 years, responded critically online, calling Gillis' gym comments fiction and offensive. Other SNL figures, including cast member Ego Nwodim and former member Cecily Strong, also pushed back with satirical social media posts calling out Gillis' misogyny. Strong additionally highlighted a serious sexual assault case at Cornell University to underline the broader implications of diminishing women’s experiences. Michael Che, SNL’s 'Weekend Update' co-anchor, sarcastically chimed in, clearly frustrated about the controversy’s effect on his new comedy special promotion. Gillis was previously fired from SNL in 2019 and, during this recent appearance, he not only used an uncensored expletive on air but also exited the stage abruptly during the show’s closing credits. The backlash reflects ongoing tension within the comedy world regarding offensive content and accountability.</w:t>
      </w:r>
      <w:r/>
    </w:p>
    <w:p>
      <w:pPr>
        <w:pStyle w:val="ListNumber"/>
        <w:spacing w:line="240" w:lineRule="auto"/>
        <w:ind w:left="720"/>
      </w:pPr>
      <w:r/>
      <w:hyperlink r:id="rId13">
        <w:r>
          <w:rPr>
            <w:color w:val="0000EE"/>
            <w:u w:val="single"/>
          </w:rPr>
          <w:t>https://www.thedailybeast.com/obsessed/jenna-bush-hager-calls-out-maga-friendly-snl-host-shane-gillis-over-misogynistic-monologue</w:t>
        </w:r>
      </w:hyperlink>
      <w:r>
        <w:t xml:space="preserve"> - Jenna Bush Hager has criticised comedian Shane Gillis for his offensive monologue during a recent episode of Saturday Night Live. Gillis made controversial remarks about women's gym attire, referring to them disparagingly and using the term 'whores,' which sparked a backlash. On 'Today with Jenna and Sheinelle,' Hager condemned his comments as misogynistic and inappropriate, emphasising the importance of not judging women based on their appearance. She remarked that such comments contribute to a culture of objectifying women and stressed the need for setting better examples for younger generations. Her co-host, Sheinelle Jones, echoed the sentiment, stating that using terms like 'whore' is derogatory and unfair, especially when men are not similarly scrutinised for their attire. Numerous other celebrities, including actor Dan Levy, musician Maren Morris, and SNL cast members Michael Che and Ego Nwodim, have also spoken out against Gillis. Levy notably pointed out that wearing short gym shorts does not justify being called derogatory names, labelling Gillis's comments as misogynistic. The incident has fuelled ongoing discussions about sexism and respect in media and entertainment.</w:t>
      </w:r>
      <w:r/>
    </w:p>
    <w:p>
      <w:pPr>
        <w:pStyle w:val="ListNumber"/>
        <w:spacing w:line="240" w:lineRule="auto"/>
        <w:ind w:left="720"/>
      </w:pPr>
      <w:r/>
      <w:hyperlink r:id="rId11">
        <w:r>
          <w:rPr>
            <w:color w:val="0000EE"/>
            <w:u w:val="single"/>
          </w:rPr>
          <w:t>https://www.thedailybeast.com/obsessed/dan-levy-calls-out-maga-friendly-snl-host-shake-gillis</w:t>
        </w:r>
      </w:hyperlink>
      <w:r>
        <w:t xml:space="preserve"> - Emmy-winning actor Dan Levy has publicly criticised Saturday Night Live host Shane Gillis for making misogynistic comments during his monologue, particularly targeting women's attire at the gym. Levy condemned Gillis’s suggestion that women who wear short shorts are 'dressing like whores,' calling the remarks sexist and inappropriate for national television. Gillis, previously fired from SNL in 2019 for using a racial slur, has since enjoyed a successful comedy career, including setting a Guinness World Record for the largest audience at a solo comedy show. However, his return to SNL and continued controversial humour — including jokes about lynchings on Netflix's The Roast of Kevin Hart — have sparked backlash, especially in light of recent news like the alleged gang rape case at Cornell University. Critics and social media commenters have called Gillis's humour tone-deaf and offensive. Levy emphasised that such objectifying language in media perpetuates harmful attitudes toward women and contributes to a culture of sexual violence. The controversy also brings attention to SNL producer Lorne Michaels’ strategy to appeal to conservative audiences, with some insiders revealing pressure from NBC led to Gillis’s initial firing, despite Michaels' support.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opinion/shane-gillis-snl-monologue-opinion" TargetMode="External"/><Relationship Id="rId10" Type="http://schemas.openxmlformats.org/officeDocument/2006/relationships/hyperlink" Target="https://www.thedailybeast.com/obsessed/cnn-star-w-kamau-bell-exposes-shane-gillis-biggest-snl-mistake" TargetMode="External"/><Relationship Id="rId11" Type="http://schemas.openxmlformats.org/officeDocument/2006/relationships/hyperlink" Target="https://www.thedailybeast.com/obsessed/dan-levy-calls-out-maga-friendly-snl-host-shake-gillis" TargetMode="External"/><Relationship Id="rId12" Type="http://schemas.openxmlformats.org/officeDocument/2006/relationships/hyperlink" Target="https://www.thedailybeast.com/obsessed/snl-veteran-paula-pell-goes-nuclear-on-shane-gillis-gym-joke" TargetMode="External"/><Relationship Id="rId13" Type="http://schemas.openxmlformats.org/officeDocument/2006/relationships/hyperlink" Target="https://www.thedailybeast.com/obsessed/jenna-bush-hager-calls-out-maga-friendly-snl-host-shane-gillis-over-misogynistic-monologue" TargetMode="External"/><Relationship Id="rId14" Type="http://schemas.openxmlformats.org/officeDocument/2006/relationships/hyperlink" Target="https://www.thedailybeast.com/obsessed/hbo-star-emily-meade-publicly-shames-maga-friendly-snl-host-shane-gilli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