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What the Girls Reboot Needs From New York's LGBTQ+ Talent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getting five more episodes of HBO's Girls, with Lena Dunham, Allison Williams, Jemima Kirke, Zosia Mamet and Andrew Rannells returning. As production is expected to begin next summer, the limited revival could reach screens as early as 2028, giving the New York comedy a chance to feel sharper, broader and more authentically queer.</w:t>
      </w:r>
      <w:r/>
    </w:p>
    <w:p>
      <w:pPr>
        <w:pStyle w:val="Heading2"/>
      </w:pPr>
      <w:r>
        <w:t>Essential Takeaways</w:t>
      </w:r>
      <w:r/>
      <w:r/>
    </w:p>
    <w:p>
      <w:pPr>
        <w:pStyle w:val="ListBullet"/>
        <w:spacing w:line="240" w:lineRule="auto"/>
        <w:ind w:left="720"/>
      </w:pPr>
      <w:r/>
      <w:r>
        <w:rPr>
          <w:b/>
        </w:rPr>
        <w:t>The original cast is returning:</w:t>
      </w:r>
      <w:r>
        <w:t xml:space="preserve"> HBO has confirmed the four central women and Andrew Rannells are attached.</w:t>
      </w:r>
      <w:r/>
    </w:p>
    <w:p>
      <w:pPr>
        <w:pStyle w:val="ListBullet"/>
        <w:spacing w:line="240" w:lineRule="auto"/>
        <w:ind w:left="720"/>
      </w:pPr>
      <w:r/>
      <w:r>
        <w:rPr>
          <w:b/>
        </w:rPr>
        <w:t>It's a five-episode revival:</w:t>
      </w:r>
      <w:r>
        <w:t xml:space="preserve"> The project is planned as a limited run rather than a full new series.</w:t>
      </w:r>
      <w:r/>
    </w:p>
    <w:p>
      <w:pPr>
        <w:pStyle w:val="ListBullet"/>
        <w:spacing w:line="240" w:lineRule="auto"/>
        <w:ind w:left="720"/>
      </w:pPr>
      <w:r/>
      <w:r>
        <w:rPr>
          <w:b/>
        </w:rPr>
        <w:t>A 2028 release is possible:</w:t>
      </w:r>
      <w:r>
        <w:t xml:space="preserve"> Production is expected to start next summer, although HBO hasn't announced a launch date.</w:t>
      </w:r>
      <w:r/>
    </w:p>
    <w:p>
      <w:pPr>
        <w:pStyle w:val="ListBullet"/>
        <w:spacing w:line="240" w:lineRule="auto"/>
        <w:ind w:left="720"/>
      </w:pPr>
      <w:r/>
      <w:r>
        <w:rPr>
          <w:b/>
        </w:rPr>
        <w:t>New York needs a bigger role:</w:t>
      </w:r>
      <w:r>
        <w:t xml:space="preserve"> The revival could address long-standing criticism that Girls offered a narrow view of the city.</w:t>
      </w:r>
      <w:r/>
    </w:p>
    <w:p>
      <w:pPr>
        <w:pStyle w:val="ListBullet"/>
        <w:spacing w:line="240" w:lineRule="auto"/>
        <w:ind w:left="720"/>
      </w:pPr>
      <w:r/>
      <w:r>
        <w:rPr>
          <w:b/>
        </w:rPr>
        <w:t>Queer casting could add texture:</w:t>
      </w:r>
      <w:r>
        <w:t xml:space="preserve"> Actors including Indya Moore, Samira Wiley and Conrad Ricamora would bring distinct New York perspectives.</w:t>
      </w:r>
      <w:r/>
      <w:r/>
    </w:p>
    <w:p>
      <w:pPr>
        <w:pStyle w:val="Heading2"/>
      </w:pPr>
      <w:r>
        <w:t>The Girls are coming back, but the city has changed</w:t>
      </w:r>
      <w:r/>
    </w:p>
    <w:p>
      <w:r/>
      <w:r>
        <w:t xml:space="preserve">The most immediate thrill is simple: Hannah, Marnie, Jessa and Shoshanna are heading back into the messy business of adulthood. According to the Los Angeles Times, the original leads are returning for five new episodes, with Andrew Rannells also back in the mix. The announcement arrives with the warm familiarity of an old group chat suddenly coming alive again. </w:t>
      </w:r>
      <w:hyperlink r:id="rId9">
        <w:r>
          <w:rPr>
            <w:color w:val="0000EE"/>
            <w:u w:val="single"/>
          </w:rPr>
          <w:t>[4]</w:t>
        </w:r>
      </w:hyperlink>
      <w:r/>
    </w:p>
    <w:p>
      <w:r/>
      <w:r>
        <w:t xml:space="preserve">There isn't yet a confirmed premiere date, but several reports say filming is expected to begin next summer. That makes 2028 a plausible window, though viewers shouldn't mark their calendars just yet. HBO's limited-run approach also suggests a concentrated return, rather than an attempt to recreate the show's original six-season rhythm. </w:t>
      </w:r>
      <w:hyperlink r:id="rId10">
        <w:r>
          <w:rPr>
            <w:color w:val="0000EE"/>
            <w:u w:val="single"/>
          </w:rPr>
          <w:t>[3]</w:t>
        </w:r>
      </w:hyperlink>
      <w:r/>
    </w:p>
    <w:p>
      <w:pPr>
        <w:pStyle w:val="Heading2"/>
      </w:pPr>
      <w:r>
        <w:t>Why representation is the real reboot question</w:t>
      </w:r>
      <w:r/>
    </w:p>
    <w:p>
      <w:r/>
      <w:r>
        <w:t xml:space="preserve">Girls was always a show about people trying to define themselves, yet its version of Brooklyn was criticised for feeling too narrow and insufficiently representative of the city around it. The Washington Post noted that the revival arrives in a television landscape where audiences expect New York stories to reflect more of the communities that make the city tick. </w:t>
      </w:r>
      <w:hyperlink r:id="rId11">
        <w:r>
          <w:rPr>
            <w:color w:val="0000EE"/>
            <w:u w:val="single"/>
          </w:rPr>
          <w:t>[5]</w:t>
        </w:r>
      </w:hyperlink>
      <w:r/>
    </w:p>
    <w:p>
      <w:r/>
      <w:r>
        <w:t xml:space="preserve">That's where LGBTQ+ casting could do more than provide a fashionable guest appearance. Queer and trans actors with strong New York connections could bring different accents, social circles, neighbourhood knowledge and ways of reading the four central characters. In other words, the city wouldn't just be a backdrop with brownstones and overpriced brunch. </w:t>
      </w:r>
      <w:hyperlink r:id="rId12">
        <w:r>
          <w:rPr>
            <w:color w:val="0000EE"/>
            <w:u w:val="single"/>
          </w:rPr>
          <w:t>[2]</w:t>
        </w:r>
      </w:hyperlink>
      <w:r/>
    </w:p>
    <w:p>
      <w:pPr>
        <w:pStyle w:val="Heading2"/>
      </w:pPr>
      <w:r>
        <w:t>Seven casting ideas that could electrify the new episodes</w:t>
      </w:r>
      <w:r/>
    </w:p>
    <w:p>
      <w:r/>
      <w:r>
        <w:t xml:space="preserve">Anania would bring an unmistakably online, quick-fire energy to the show, perhaps as a teacher or performer who punctures Hannah's self-seriousness. Elliot Page could make an intriguing bookseller or cafe owner in Bushwick, while Conrad Ricamora's stage and screen confidence would fit neatly into Marnie's music world, or even Elijah's romantic orbit. </w:t>
      </w:r>
      <w:hyperlink r:id="rId12">
        <w:r>
          <w:rPr>
            <w:color w:val="0000EE"/>
            <w:u w:val="single"/>
          </w:rPr>
          <w:t>[2]</w:t>
        </w:r>
      </w:hyperlink>
      <w:r/>
    </w:p>
    <w:p>
      <w:r/>
      <w:r>
        <w:t xml:space="preserve">Samira Wiley could play a bartender or DJ who becomes part of a late-blooming queer storyline, adding warmth without turning the plot into a lesson. Indya Moore feels especially suited to a character who can instantly spot the main cast's outsider assumptions; as a Bronx native and a star of Pose, Moore carries both local knowledge and deep experience of New York drama. </w:t>
      </w:r>
      <w:hyperlink r:id="rId12">
        <w:r>
          <w:rPr>
            <w:color w:val="0000EE"/>
            <w:u w:val="single"/>
          </w:rPr>
          <w:t>[2]</w:t>
        </w:r>
      </w:hyperlink>
      <w:r/>
    </w:p>
    <w:p>
      <w:r/>
      <w:r>
        <w:t xml:space="preserve">Then there are Rosie O'Donnell and Cynthia Nixon, two performers who come with their own powerful New York associations. O'Donnell could be a blunt, funny neighbour who refuses to indulge Hannah, while Nixon's long relationship with the city makes a mayoral or political role irresistible. It would be a knowingly metropolitan bit of casting, but Girls has never been shy about its references. </w:t>
      </w:r>
      <w:hyperlink r:id="rId12">
        <w:r>
          <w:rPr>
            <w:color w:val="0000EE"/>
            <w:u w:val="single"/>
          </w:rPr>
          <w:t>[2]</w:t>
        </w:r>
      </w:hyperlink>
      <w:r/>
    </w:p>
    <w:p>
      <w:pPr>
        <w:pStyle w:val="Heading2"/>
      </w:pPr>
      <w:r>
        <w:t>What each actor could add to the story</w:t>
      </w:r>
      <w:r/>
    </w:p>
    <w:p>
      <w:r/>
      <w:r>
        <w:t xml:space="preserve">The best additions wouldn't simply appear to make the revival look more progressive. They'd need to challenge the original quartet in ways that reveal how much the characters have, or haven't, grown. A queer neighbour, colleague, lover or creative rival could expose old habits while giving the new episodes somewhere emotionally unexpected to go. </w:t>
      </w:r>
      <w:hyperlink r:id="rId13">
        <w:r>
          <w:rPr>
            <w:color w:val="0000EE"/>
            <w:u w:val="single"/>
          </w:rPr>
          <w:t>[6]</w:t>
        </w:r>
      </w:hyperlink>
      <w:r/>
    </w:p>
    <w:p>
      <w:r/>
      <w:r>
        <w:t xml:space="preserve">There are also plenty of natural connections. A musician could collide with Marnie's ambitions, a community-minded local could question Hannah's return, and a seasoned New Yorker could puncture the girls' tendency to treat every personal crisis as a citywide emergency. That sounds like the right kind of friction: funny, uncomfortable and occasionally tender. </w:t>
      </w:r>
      <w:hyperlink r:id="rId12">
        <w:r>
          <w:rPr>
            <w:color w:val="0000EE"/>
            <w:u w:val="single"/>
          </w:rPr>
          <w:t>[2]</w:t>
        </w:r>
      </w:hyperlink>
      <w:r/>
    </w:p>
    <w:p>
      <w:pPr>
        <w:pStyle w:val="Heading2"/>
      </w:pPr>
      <w:r>
        <w:t>The revival has a chance to make New York feel lived-in</w:t>
      </w:r>
      <w:r/>
    </w:p>
    <w:p>
      <w:r/>
      <w:r>
        <w:t xml:space="preserve">The original series captured a particular era of Brooklyn life with an often brilliant ear for awkwardness, ambition and friendship. But the city has continued to change, and the television landscape has changed with it. The Guardian reported that the return is being framed as a continuation of the characters' lives, which leaves room to acknowledge both the passage of time and the world around them. </w:t>
      </w:r>
      <w:hyperlink r:id="rId13">
        <w:r>
          <w:rPr>
            <w:color w:val="0000EE"/>
            <w:u w:val="single"/>
          </w:rPr>
          <w:t>[6]</w:t>
        </w:r>
      </w:hyperlink>
      <w:r/>
    </w:p>
    <w:p>
      <w:r/>
      <w:r>
        <w:t xml:space="preserve">A successful reboot won't need to apologise for Girls' past at every turn. It will need to let new voices share the frame, rather than treating them as decoration around the original stars. If it manages that, the revival could feel less like a nostalgia exercise and more like a genuinely funny reunion with a city that has moved on. </w:t>
      </w:r>
      <w:hyperlink r:id="rId9">
        <w:r>
          <w:rPr>
            <w:color w:val="0000EE"/>
            <w:u w:val="single"/>
          </w:rPr>
          <w:t>[4]</w:t>
        </w:r>
      </w:hyperlink>
      <w:r/>
    </w:p>
    <w:p>
      <w:r/>
      <w:r>
        <w:t>It's a small revival on paper, but the right cast could make New York feel new again.</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9">
        <w:r>
          <w:rPr>
            <w:color w:val="0000EE"/>
            <w:u w:val="single"/>
          </w:rPr>
          <w:t>[4]</w:t>
        </w:r>
      </w:hyperlink>
      <w:r>
        <w:t xml:space="preserve">, </w:t>
      </w:r>
      <w:hyperlink r:id="rId11">
        <w:r>
          <w:rPr>
            <w:color w:val="0000EE"/>
            <w:u w:val="single"/>
          </w:rPr>
          <w:t>[5]</w:t>
        </w:r>
      </w:hyperlink>
      <w:r>
        <w:t xml:space="preserve">- Paragraph 2: </w:t>
      </w:r>
      <w:hyperlink r:id="rId10">
        <w:r>
          <w:rPr>
            <w:color w:val="0000EE"/>
            <w:u w:val="single"/>
          </w:rPr>
          <w:t>[3]</w:t>
        </w:r>
      </w:hyperlink>
      <w:r>
        <w:t xml:space="preserve">, </w:t>
      </w:r>
      <w:hyperlink r:id="rId14">
        <w:r>
          <w:rPr>
            <w:color w:val="0000EE"/>
            <w:u w:val="single"/>
          </w:rPr>
          <w:t>[7]</w:t>
        </w:r>
      </w:hyperlink>
      <w:r>
        <w:t xml:space="preserve">- Paragraph 3: </w:t>
      </w:r>
      <w:hyperlink r:id="rId11">
        <w:r>
          <w:rPr>
            <w:color w:val="0000EE"/>
            <w:u w:val="single"/>
          </w:rPr>
          <w:t>[5]</w:t>
        </w:r>
      </w:hyperlink>
      <w:r>
        <w:t xml:space="preserve">, </w:t>
      </w:r>
      <w:hyperlink r:id="rId13">
        <w:r>
          <w:rPr>
            <w:color w:val="0000EE"/>
            <w:u w:val="single"/>
          </w:rPr>
          <w:t>[6]</w:t>
        </w:r>
      </w:hyperlink>
      <w:r>
        <w:t xml:space="preserve">- Paragraph 4: </w:t>
      </w:r>
      <w:hyperlink r:id="rId12">
        <w:r>
          <w:rPr>
            <w:color w:val="0000EE"/>
            <w:u w:val="single"/>
          </w:rPr>
          <w:t>[2]</w:t>
        </w:r>
      </w:hyperlink>
      <w:r>
        <w:t xml:space="preserve">, </w:t>
      </w:r>
      <w:hyperlink r:id="rId13">
        <w:r>
          <w:rPr>
            <w:color w:val="0000EE"/>
            <w:u w:val="single"/>
          </w:rPr>
          <w:t>[6]</w:t>
        </w:r>
      </w:hyperlink>
      <w:r>
        <w:t xml:space="preserve">- Paragraph 5: </w:t>
      </w:r>
      <w:hyperlink r:id="rId12">
        <w:r>
          <w:rPr>
            <w:color w:val="0000EE"/>
            <w:u w:val="single"/>
          </w:rPr>
          <w:t>[2]</w:t>
        </w:r>
      </w:hyperlink>
      <w:r>
        <w:t xml:space="preserve">, </w:t>
      </w:r>
      <w:hyperlink r:id="rId10">
        <w:r>
          <w:rPr>
            <w:color w:val="0000EE"/>
            <w:u w:val="single"/>
          </w:rPr>
          <w:t>[3]</w:t>
        </w:r>
      </w:hyperlink>
      <w:r>
        <w:t xml:space="preserve">- Paragraph 6: </w:t>
      </w:r>
      <w:hyperlink r:id="rId12">
        <w:r>
          <w:rPr>
            <w:color w:val="0000EE"/>
            <w:u w:val="single"/>
          </w:rPr>
          <w:t>[2]</w:t>
        </w:r>
      </w:hyperlink>
      <w:r>
        <w:t xml:space="preserve">, </w:t>
      </w:r>
      <w:hyperlink r:id="rId14">
        <w:r>
          <w:rPr>
            <w:color w:val="0000EE"/>
            <w:u w:val="single"/>
          </w:rPr>
          <w:t>[7]</w:t>
        </w:r>
      </w:hyperlink>
      <w:r>
        <w:t xml:space="preserve">- Paragraph 7: </w:t>
      </w:r>
      <w:hyperlink r:id="rId12">
        <w:r>
          <w:rPr>
            <w:color w:val="0000EE"/>
            <w:u w:val="single"/>
          </w:rPr>
          <w:t>[2]</w:t>
        </w:r>
      </w:hyperlink>
      <w:r>
        <w:t xml:space="preserve">, </w:t>
      </w:r>
      <w:hyperlink r:id="rId13">
        <w:r>
          <w:rPr>
            <w:color w:val="0000EE"/>
            <w:u w:val="single"/>
          </w:rPr>
          <w:t>[6]</w:t>
        </w:r>
      </w:hyperlink>
      <w:r>
        <w:t xml:space="preserve">- Paragraph 8: </w:t>
      </w:r>
      <w:hyperlink r:id="rId12">
        <w:r>
          <w:rPr>
            <w:color w:val="0000EE"/>
            <w:u w:val="single"/>
          </w:rPr>
          <w:t>[2]</w:t>
        </w:r>
      </w:hyperlink>
      <w:r>
        <w:t xml:space="preserve">, </w:t>
      </w:r>
      <w:hyperlink r:id="rId11">
        <w:r>
          <w:rPr>
            <w:color w:val="0000EE"/>
            <w:u w:val="single"/>
          </w:rPr>
          <w:t>[5]</w:t>
        </w:r>
      </w:hyperlink>
      <w:r>
        <w:t xml:space="preserve">- Paragraph 9: </w:t>
      </w:r>
      <w:hyperlink r:id="rId13">
        <w:r>
          <w:rPr>
            <w:color w:val="0000EE"/>
            <w:u w:val="single"/>
          </w:rPr>
          <w:t>[6]</w:t>
        </w:r>
      </w:hyperlink>
      <w:r>
        <w:t xml:space="preserve">, </w:t>
      </w:r>
      <w:hyperlink r:id="rId9">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https://www.them.us/entertainment/tv-and-movies/girls-reboot-lgbtq-actors-cast</w:t>
        </w:r>
      </w:hyperlink>
      <w:r>
        <w:t xml:space="preserve"> - Please view link - unable to able to access data</w:t>
      </w:r>
      <w:r/>
    </w:p>
    <w:p>
      <w:pPr>
        <w:pStyle w:val="ListNumber"/>
        <w:spacing w:line="240" w:lineRule="auto"/>
        <w:ind w:left="720"/>
      </w:pPr>
      <w:r/>
      <w:hyperlink r:id="rId12">
        <w:r>
          <w:rPr>
            <w:color w:val="0000EE"/>
            <w:u w:val="single"/>
          </w:rPr>
          <w:t>https://www.them.us/entertainment/tv-and-movies/girls-reboot-lgbtq-actors-cast</w:t>
        </w:r>
      </w:hyperlink>
      <w:r>
        <w:t xml:space="preserve"> - The article discusses the upcoming revival of HBO's 'Girls,' featuring the return of original cast members Lena Dunham, Allison Williams, Jemima Kirke, Zosia Mamet, and Andrew Rannells. It highlights the show's comedic portrayal of Brooklyn life in the mid-2010s and suggests the inclusion of LGBTQ+ actors to enhance the series' authenticity. The piece proposes seven LGBTQ+ actors who could bring depth to the reboot, including Anania, Elliot Page, Conrad Ricamora, Samira Wiley, Indya Moore, and Rosie O'Donnell, emphasizing the potential for a more diverse and genuine representation of New York City in the series.</w:t>
      </w:r>
      <w:r/>
    </w:p>
    <w:p>
      <w:pPr>
        <w:pStyle w:val="ListNumber"/>
        <w:spacing w:line="240" w:lineRule="auto"/>
        <w:ind w:left="720"/>
      </w:pPr>
      <w:r/>
      <w:hyperlink r:id="rId10">
        <w:r>
          <w:rPr>
            <w:color w:val="0000EE"/>
            <w:u w:val="single"/>
          </w:rPr>
          <w:t>https://apnews.com/article/d5261c3af7194f15d619607052f8f7e8</w:t>
        </w:r>
      </w:hyperlink>
      <w:r>
        <w:t xml:space="preserve"> - Lena Dunham is set to bring back her hit HBO series 'Girls' for a limited five-episode run, ten years after its original finale. HBO announced the revival, confirming Dunham will reprise her role as Hannah alongside returning cast members Allison Williams, Jemima Kirke, Zosia Mamet, and Andrew Rannells. The series originally aired from 2012 to 2017, earning 19 Emmy nominations and winning two. Production for the new episodes is set to begin in 2027.</w:t>
      </w:r>
      <w:r/>
    </w:p>
    <w:p>
      <w:pPr>
        <w:pStyle w:val="ListNumber"/>
        <w:spacing w:line="240" w:lineRule="auto"/>
        <w:ind w:left="720"/>
      </w:pPr>
      <w:r/>
      <w:hyperlink r:id="rId9">
        <w:r>
          <w:rPr>
            <w:color w:val="0000EE"/>
            <w:u w:val="single"/>
          </w:rPr>
          <w:t>https://www.latimes.com/entertainment-arts/tv/story/2026-10-13/girls-revival-in-works-at-hbo-with-original-leads-returning</w:t>
        </w:r>
      </w:hyperlink>
      <w:r>
        <w:t xml:space="preserve"> - Lena Dunham reunites the original 'Girls' cast for a limited HBO revival. The five-episode reboot will feature Dunham as Hannah Horvath, alongside Allison Williams, Jemima Kirke, Zosia Mamet, and Andrew Rannells. The announcement was made via an HBO promo video, with production set to begin in 2027, a decade after the series finale. The revival aims to explore the characters' lives in the present day, reflecting on their growth and experiences over the years.</w:t>
      </w:r>
      <w:r/>
    </w:p>
    <w:p>
      <w:pPr>
        <w:pStyle w:val="ListNumber"/>
        <w:spacing w:line="240" w:lineRule="auto"/>
        <w:ind w:left="720"/>
      </w:pPr>
      <w:r/>
      <w:hyperlink r:id="rId11">
        <w:r>
          <w:rPr>
            <w:color w:val="0000EE"/>
            <w:u w:val="single"/>
          </w:rPr>
          <w:t>https://www.washingtonpost.com/style/2026/10/13/what-we-know-about-lena-dunhams-girls-reboot/</w:t>
        </w:r>
      </w:hyperlink>
      <w:r>
        <w:t xml:space="preserve"> - The Washington Post provides insights into Lena Dunham's 'Girls' reboot, highlighting the return of the original cast members for a five-episode limited series. Production is set to begin in 2027, a decade after the original run ended. The article discusses the show's impact on millennial culture and its relevance in the current era, noting the absence of Adam Driver from the revival and speculating on the potential direction of the new episodes.</w:t>
      </w:r>
      <w:r/>
    </w:p>
    <w:p>
      <w:pPr>
        <w:pStyle w:val="ListNumber"/>
        <w:spacing w:line="240" w:lineRule="auto"/>
        <w:ind w:left="720"/>
      </w:pPr>
      <w:r/>
      <w:hyperlink r:id="rId13">
        <w:r>
          <w:rPr>
            <w:color w:val="0000EE"/>
            <w:u w:val="single"/>
          </w:rPr>
          <w:t>https://www.theguardian.com/tv-and-radio/2026/oct/13/girls-hbo-return-lena-dunham</w:t>
        </w:r>
      </w:hyperlink>
      <w:r>
        <w:t xml:space="preserve"> - The Guardian reports on Lena Dunham's 'Girls' returning for a limited run on HBO. The five-episode revival will reunite Dunham with original cast members Allison Williams, Jemima Kirke, Zosia Mamet, and Andrew Rannells. The article discusses the show's cultural significance and the anticipation surrounding its return, noting that production is set to begin in 2027, a decade after the series finale.</w:t>
      </w:r>
      <w:r/>
    </w:p>
    <w:p>
      <w:pPr>
        <w:pStyle w:val="ListNumber"/>
        <w:spacing w:line="240" w:lineRule="auto"/>
        <w:ind w:left="720"/>
      </w:pPr>
      <w:r/>
      <w:hyperlink r:id="rId14">
        <w:r>
          <w:rPr>
            <w:color w:val="0000EE"/>
            <w:u w:val="single"/>
          </w:rPr>
          <w:t>https://www.broadwayworld.com/bwwtv/article/GIRLS-to-Return-for-Limited-Run-on-HBO-20261013</w:t>
        </w:r>
      </w:hyperlink>
      <w:r>
        <w:t xml:space="preserve"> - BroadwayWorld announces the return of 'Girls' for a limited run on HBO. The original cast, including Lena Dunham, Allison Williams, Jemima Kirke, Zosia Mamet, and Andrew Rannells, will reprise their roles in the five-episode revival. Production is set to begin in 2027, a decade after the series finale. The article highlights the show's impact on television and the excitement surrounding its return.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atimes.com/entertainment-arts/tv/story/2026-10-13/girls-revival-in-works-at-hbo-with-original-leads-returning" TargetMode="External"/><Relationship Id="rId10" Type="http://schemas.openxmlformats.org/officeDocument/2006/relationships/hyperlink" Target="https://apnews.com/article/d5261c3af7194f15d619607052f8f7e8" TargetMode="External"/><Relationship Id="rId11" Type="http://schemas.openxmlformats.org/officeDocument/2006/relationships/hyperlink" Target="https://www.washingtonpost.com/style/2026/10/13/what-we-know-about-lena-dunhams-girls-reboot/" TargetMode="External"/><Relationship Id="rId12" Type="http://schemas.openxmlformats.org/officeDocument/2006/relationships/hyperlink" Target="https://www.them.us/entertainment/tv-and-movies/girls-reboot-lgbtq-actors-cast" TargetMode="External"/><Relationship Id="rId13" Type="http://schemas.openxmlformats.org/officeDocument/2006/relationships/hyperlink" Target="https://www.theguardian.com/tv-and-radio/2026/oct/13/girls-hbo-return-lena-dunham" TargetMode="External"/><Relationship Id="rId14" Type="http://schemas.openxmlformats.org/officeDocument/2006/relationships/hyperlink" Target="https://www.broadwayworld.com/bwwtv/article/GIRLS-to-Return-for-Limited-Run-on-HBO-2026101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