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Body on Netflix: A Sapphic Teen Horror Series to Watch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Netflix viewers are getting a new teen horror series with Catholic school tension, competitive dancers and a sapphic ritual that spirals spectacularly out of control. Created by Quinn Shephard, The Body arrives next month with a suitably unsettling trailer, a young ensemble cast and reality star Gabby Windey in a recurring role.</w:t>
      </w:r>
      <w:r/>
    </w:p>
    <w:p>
      <w:pPr>
        <w:pStyle w:val="Heading2"/>
      </w:pPr>
      <w:r>
        <w:t>Essential Takeaways</w:t>
      </w:r>
      <w:r/>
      <w:r/>
    </w:p>
    <w:p>
      <w:pPr>
        <w:pStyle w:val="ListBullet"/>
        <w:spacing w:line="240" w:lineRule="auto"/>
        <w:ind w:left="720"/>
      </w:pPr>
      <w:r/>
      <w:r>
        <w:rPr>
          <w:b/>
        </w:rPr>
        <w:t>A supernatural school nightmare:</w:t>
      </w:r>
      <w:r>
        <w:t xml:space="preserve"> The story centres on young dancers whose initiation ritual takes a very dark turn.</w:t>
      </w:r>
      <w:r/>
    </w:p>
    <w:p>
      <w:pPr>
        <w:pStyle w:val="ListBullet"/>
        <w:spacing w:line="240" w:lineRule="auto"/>
        <w:ind w:left="720"/>
      </w:pPr>
      <w:r/>
      <w:r>
        <w:rPr>
          <w:b/>
        </w:rPr>
        <w:t>Queer themes matter:</w:t>
      </w:r>
      <w:r>
        <w:t xml:space="preserve"> Creator Quinn Shephard frames the series as a satire of queer repression, trauma and confusion.</w:t>
      </w:r>
      <w:r/>
    </w:p>
    <w:p>
      <w:pPr>
        <w:pStyle w:val="ListBullet"/>
        <w:spacing w:line="240" w:lineRule="auto"/>
        <w:ind w:left="720"/>
      </w:pPr>
      <w:r/>
      <w:r>
        <w:rPr>
          <w:b/>
        </w:rPr>
        <w:t>A fresh ensemble:</w:t>
      </w:r>
      <w:r>
        <w:t xml:space="preserve"> The cast is led largely by emerging performers, with Gabby Windey joining as a coach.</w:t>
      </w:r>
      <w:r/>
    </w:p>
    <w:p>
      <w:pPr>
        <w:pStyle w:val="ListBullet"/>
        <w:spacing w:line="240" w:lineRule="auto"/>
        <w:ind w:left="720"/>
      </w:pPr>
      <w:r/>
      <w:r>
        <w:rPr>
          <w:b/>
        </w:rPr>
        <w:t>Stylish, strange and tense:</w:t>
      </w:r>
      <w:r>
        <w:t xml:space="preserve"> The trailer promises an eerie blend of dance drama, teen horror and occult unease.</w:t>
      </w:r>
      <w:r/>
    </w:p>
    <w:p>
      <w:pPr>
        <w:pStyle w:val="ListBullet"/>
        <w:spacing w:line="240" w:lineRule="auto"/>
        <w:ind w:left="720"/>
      </w:pPr>
      <w:r/>
      <w:r>
        <w:rPr>
          <w:b/>
        </w:rPr>
        <w:t>Coming to Netflix soon:</w:t>
      </w:r>
      <w:r>
        <w:t xml:space="preserve"> The full series is scheduled to arrive next month.</w:t>
      </w:r>
      <w:r/>
      <w:r/>
    </w:p>
    <w:p>
      <w:pPr>
        <w:pStyle w:val="Heading2"/>
      </w:pPr>
      <w:r>
        <w:t>Catholic school, dance and a ritual gone wrong</w:t>
      </w:r>
      <w:r/>
    </w:p>
    <w:p>
      <w:r/>
      <w:r>
        <w:t>Some television pitches practically assemble their own watchlist. The Body has Catholic school, intense dance training, teenage rivalries and a supernatural ceremony that goes badly wrong, which is a pretty irresistible combination for horror fans.</w:t>
      </w:r>
      <w:r/>
    </w:p>
    <w:p>
      <w:r/>
      <w:r>
        <w:t>The trailer leans into that uneasy mix. There are polished performances, suspicious glances and the creeping sense that the students have opened a door they can't close again. According to The A.V. Club, the first footage presents the series as a stylish Netflix thriller with a distinctly sinister edge.</w:t>
      </w:r>
      <w:r/>
    </w:p>
    <w:p>
      <w:pPr>
        <w:pStyle w:val="Heading2"/>
      </w:pPr>
      <w:r>
        <w:t>The queer horror angle gives it extra bite</w:t>
      </w:r>
      <w:r/>
    </w:p>
    <w:p>
      <w:r/>
      <w:r>
        <w:t>The Body isn't simply using sapphic characters as decoration around a supernatural plot. Quinn Shephard began developing the project around the time she came out, and the series is intended to explore the fear and confusion that can surround growing up queer in a repressive environment.</w:t>
      </w:r>
      <w:r/>
    </w:p>
    <w:p>
      <w:r/>
      <w:r>
        <w:t>That gives the horror a more personal foundation. The monsters and rituals may be literal, but the story also appears interested in shame, control and the pressure to perform a version of yourself that feels acceptable. Autostraddle describes the show as a satire of queer repression and trauma, which could make its supernatural chaos land with more emotional force.</w:t>
      </w:r>
      <w:r/>
    </w:p>
    <w:p>
      <w:pPr>
        <w:pStyle w:val="Heading2"/>
      </w:pPr>
      <w:r>
        <w:t>Meet the young cast, plus a surprising coach</w:t>
      </w:r>
      <w:r/>
    </w:p>
    <w:p>
      <w:r/>
      <w:r>
        <w:t>Much of the ensemble is made up of newer faces, a smart choice for a story about a closed-off group of students. Unknown performers can make a school setting feel less familiar, so viewers aren't carrying too many assumptions into the mystery.</w:t>
      </w:r>
      <w:r/>
    </w:p>
    <w:p>
      <w:r/>
      <w:r>
        <w:t>Gabby Windey is the most recognisable addition. The former reality television star appears in a recurring coaching role, adding another layer to the dance-world setting. TV Insider has highlighted her involvement alongside the show's young cast and its initiation-gone-wrong premise.</w:t>
      </w:r>
      <w:r/>
    </w:p>
    <w:p>
      <w:pPr>
        <w:pStyle w:val="Heading2"/>
      </w:pPr>
      <w:r>
        <w:t>Why The Body could appeal to Yellowjackets fans</w:t>
      </w:r>
      <w:r/>
    </w:p>
    <w:p>
      <w:r/>
      <w:r>
        <w:t>The series seems designed for viewers who like teen drama with an ominous undercurrent. Its closest appeal may lie in the space between Yellowjackets, supernatural school stories and the heightened psychological horror associated with Mike Flanagan.</w:t>
      </w:r>
      <w:r/>
    </w:p>
    <w:p>
      <w:r/>
      <w:r>
        <w:t>The comparison isn't about copying those shows. It's more about mood: friendships under pressure, young women making dangerous choices and a secret that becomes impossible to contain. Netflix's promotional material, discussed by What's on Netflix and TVLine, points towards a tightly contained ensemble thriller rather than a broad fantasy adventure.</w:t>
      </w:r>
      <w:r/>
    </w:p>
    <w:p>
      <w:pPr>
        <w:pStyle w:val="Heading2"/>
      </w:pPr>
      <w:r>
        <w:t>How to watch The Body on Netflix</w:t>
      </w:r>
      <w:r/>
    </w:p>
    <w:p>
      <w:r/>
      <w:r>
        <w:t>The Body is due to premiere on Netflix next month, with the official trailer already available to watch. The release should appeal to viewers looking for a new horror series that combines occult suspense with a strong coming-of-age storyline.</w:t>
      </w:r>
      <w:r/>
    </w:p>
    <w:p>
      <w:r/>
      <w:r>
        <w:t>It's worth going in with as little plot knowledge as possible. The central ritual is clearly the hook, but the real interest may be watching the relationships fracture as the consequences spread. If the show can balance its campier ideas with genuine emotional stakes, it could become one of Netflix's more intriguing genre launches.</w:t>
      </w:r>
      <w:r/>
    </w:p>
    <w:p>
      <w:r/>
      <w:r>
        <w:t>The Body looks ready to make teenage supernatural mischief feel gloriously dangerous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[6]</w:t>
        </w:r>
      </w:hyperlink>
      <w:r>
        <w:t xml:space="preserve">- Paragraph 7: </w:t>
      </w:r>
      <w:hyperlink r:id="rId14">
        <w:r>
          <w:rPr>
            <w:color w:val="0000EE"/>
            <w:u w:val="single"/>
          </w:rPr>
          <w:t>[3]</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[6]</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https://www.autostraddle.com/the-body-is-a-sapphic-ritual-gone-wrong-teen-horror-show-coming-to-netflix/?utm_source=rss&amp;utm_medium=rss&amp;utm_campaign=the-body-is-a-sapphic-ritual-gone-wrong-teen-horror-show-coming-to-netflix</w:t>
        </w:r>
      </w:hyperlink>
      <w:r>
        <w:t xml:space="preserve"> - Please view link - unable to able to access data</w:t>
      </w:r>
      <w:r/>
    </w:p>
    <w:p>
      <w:pPr>
        <w:pStyle w:val="ListNumber"/>
        <w:spacing w:line="240" w:lineRule="auto"/>
        <w:ind w:left="720"/>
      </w:pPr>
      <w:r/>
      <w:hyperlink r:id="rId10">
        <w:r>
          <w:rPr>
            <w:color w:val="0000EE"/>
            <w:u w:val="single"/>
          </w:rPr>
          <w:t>https://www.whats-on-netflix.com/news/quinn-shephards-netflix-thriller-series-the-body-everything-we-know/</w:t>
        </w:r>
      </w:hyperlink>
      <w:r>
        <w:t xml:space="preserve"> - Quinn Shephard's upcoming Netflix series, 'The Body', has concluded filming in Toronto and is set for release later this year. The coming-of-age thriller features a massive ensemble cast and is currently in post-production. Shephard, known for her work on 'Under the Bridge', serves as the creator and showrunner, with Peter Chernin, Amy Israel, and Riley Keough among the executive producers. The series is anticipated to be a significant addition to Netflix's lineup, blending elements of horror and teen drama.</w:t>
      </w:r>
      <w:r/>
    </w:p>
    <w:p>
      <w:pPr>
        <w:pStyle w:val="ListNumber"/>
        <w:spacing w:line="240" w:lineRule="auto"/>
        <w:ind w:left="720"/>
      </w:pPr>
      <w:r/>
      <w:hyperlink r:id="rId14">
        <w:r>
          <w:rPr>
            <w:color w:val="0000EE"/>
            <w:u w:val="single"/>
          </w:rPr>
          <w:t>https://www.tvinsider.com/1280705/netflix-the-body-premiere-date-plot-cast-gabby-windey-role/</w:t>
        </w:r>
      </w:hyperlink>
      <w:r>
        <w:t xml:space="preserve"> - Netflix's 'The Body' is a new teen drama set in the early 2000s, where a Catholic dance-team initiation gone awry leads a group of girls to question whether they accidentally sold their teammate's soul to the Devil. Directed and written by Quinn Shephard, the series is described as a 'sapphic thriller' that satirizes the trauma of growing up queer and repressed. The show features a cast including Gabby Windey in a recurring role as a coach, with most episodes written by women.</w:t>
      </w:r>
      <w:r/>
    </w:p>
    <w:p>
      <w:pPr>
        <w:pStyle w:val="ListNumber"/>
        <w:spacing w:line="240" w:lineRule="auto"/>
        <w:ind w:left="720"/>
      </w:pPr>
      <w:r/>
      <w:hyperlink r:id="rId11">
        <w:r>
          <w:rPr>
            <w:color w:val="0000EE"/>
            <w:u w:val="single"/>
          </w:rPr>
          <w:t>https://www.avclub.com/the-body-first-trailer-netflix</w:t>
        </w:r>
      </w:hyperlink>
      <w:r>
        <w:t xml:space="preserve"> - The first trailer for Netflix's 'The Body' reveals a blend of high school hormones, Catholic guilt, and supernatural elements. Created by Quinn Shephard, the series follows a Catholic school dance team whose initiation ritual spirals into town-wide hysteria. The cast includes Kristina Bogic, Sara Boustany, Sofia Wylie, Geena Meszaros, Shirley Chen, and Gabby Windey. The show is set to premiere on November 11, 2026, and is described as a 'raunchy teen psychodrama with a dash of Catholic horror'.</w:t>
      </w:r>
      <w:r/>
    </w:p>
    <w:p>
      <w:pPr>
        <w:pStyle w:val="ListNumber"/>
        <w:spacing w:line="240" w:lineRule="auto"/>
        <w:ind w:left="720"/>
      </w:pPr>
      <w:r/>
      <w:hyperlink r:id="rId12">
        <w:r>
          <w:rPr>
            <w:color w:val="0000EE"/>
            <w:u w:val="single"/>
          </w:rPr>
          <w:t>https://blexmedia.com/netflix-horror-series-the-body-trailer/</w:t>
        </w:r>
      </w:hyperlink>
      <w:r>
        <w:t xml:space="preserve"> - Netflix's upcoming horror series 'The Body' follows a Catholic school dance team whose initiation ritual for new recruit Grace leads to town-wide hysteria. Created by Quinn Shephard, the series is described as a 'raunchy teen psychodrama layered with Catholic horror'. The cast includes Kristina Bogic, Sara Boustany, Sofia Wylie, Geena Meszaros, Shirley Chen, and Gabby Windey. The show is set to premiere on November 11, 2026, and is inspired by Shephard's own teenage experiences.</w:t>
      </w:r>
      <w:r/>
    </w:p>
    <w:p>
      <w:pPr>
        <w:pStyle w:val="ListNumber"/>
        <w:spacing w:line="240" w:lineRule="auto"/>
        <w:ind w:left="720"/>
      </w:pPr>
      <w:r/>
      <w:hyperlink r:id="rId15">
        <w:r>
          <w:rPr>
            <w:color w:val="0000EE"/>
            <w:u w:val="single"/>
          </w:rPr>
          <w:t>https://www.tvline.com/2234253/netflix-the-body-release-date-photos-horror-series/</w:t>
        </w:r>
      </w:hyperlink>
      <w:r>
        <w:t xml:space="preserve"> - Netflix's 'The Body' is a new horror series set to premiere on November 11, 2026. Created by Quinn Shephard, the series follows a group of Catholic school girls who begin having prophetic visions after a dance-team initiation goes wrong, leading to mass hysteria in their town. The show is described as a 'raunchy teen psychodrama with a dash of Catholic horror' and is inspired by films like 'Carrie' and 'Mean Girls'.</w:t>
      </w:r>
      <w:r/>
    </w:p>
    <w:p>
      <w:pPr>
        <w:pStyle w:val="ListNumber"/>
        <w:spacing w:line="240" w:lineRule="auto"/>
        <w:ind w:left="720"/>
      </w:pPr>
      <w:r/>
      <w:hyperlink r:id="rId13">
        <w:r>
          <w:rPr>
            <w:color w:val="0000EE"/>
            <w:u w:val="single"/>
          </w:rPr>
          <w:t>https://www.justjared.com/2026/10/13/the-body-trailer-dance-team-initiation-goes-wrong-in-new-netflix-horror-series-watch-now/</w:t>
        </w:r>
      </w:hyperlink>
      <w:r>
        <w:t xml:space="preserve"> - Netflix has released the trailer for 'The Body', an upcoming teen horror series created by Quinn Shephard. The eight-episode series stars Kristina Bogic, Sara Boustany, Sofia Wylie, Geena Meszaros, Shirley Chen, and Gabby Windey. Shephard describes the show as a 'gritty camp' and a 'raunchy teen psychodrama with a dash of Catholic horror'. The series is set to premiere on November 11,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the-body-is-a-sapphic-ritual-gone-wrong-teen-horror-show-coming-to-netflix/?utm_source=rss&amp;utm_medium=rss&amp;utm_campaign=the-body-is-a-sapphic-ritual-gone-wrong-teen-horror-show-coming-to-netflix" TargetMode="External"/><Relationship Id="rId10" Type="http://schemas.openxmlformats.org/officeDocument/2006/relationships/hyperlink" Target="https://www.whats-on-netflix.com/news/quinn-shephards-netflix-thriller-series-the-body-everything-we-know/" TargetMode="External"/><Relationship Id="rId11" Type="http://schemas.openxmlformats.org/officeDocument/2006/relationships/hyperlink" Target="https://www.avclub.com/the-body-first-trailer-netflix" TargetMode="External"/><Relationship Id="rId12" Type="http://schemas.openxmlformats.org/officeDocument/2006/relationships/hyperlink" Target="https://blexmedia.com/netflix-horror-series-the-body-trailer/" TargetMode="External"/><Relationship Id="rId13" Type="http://schemas.openxmlformats.org/officeDocument/2006/relationships/hyperlink" Target="https://www.justjared.com/2026/10/13/the-body-trailer-dance-team-initiation-goes-wrong-in-new-netflix-horror-series-watch-now/" TargetMode="External"/><Relationship Id="rId14" Type="http://schemas.openxmlformats.org/officeDocument/2006/relationships/hyperlink" Target="https://www.tvinsider.com/1280705/netflix-the-body-premiere-date-plot-cast-gabby-windey-role/" TargetMode="External"/><Relationship Id="rId15" Type="http://schemas.openxmlformats.org/officeDocument/2006/relationships/hyperlink" Target="https://www.tvline.com/2234253/netflix-the-body-release-date-photos-horror-ser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