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Coming Out Later in Life: Finding Support and Starting Again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More people are coming out later in life, often after decades of marriage, family responsibilities and private uncertainty. Support groups, online communities and specialist coaches are helping women navigate the fear, grief and possibility that can come with finally living openly.</w:t>
      </w:r>
      <w:r/>
    </w:p>
    <w:p>
      <w:pPr>
        <w:pStyle w:val="Heading2"/>
      </w:pPr>
      <w:r>
        <w:t>A new chapter can begin at 50</w:t>
      </w:r>
      <w:r/>
    </w:p>
    <w:p>
      <w:r/>
      <w:r>
        <w:t>Coming out later in life rarely arrives as a neat, cinematic revelation. It can look more like a quiet evening, a glowing laptop and a room full of strangers who somehow understand the fear in your stomach.</w:t>
      </w:r>
      <w:r/>
    </w:p>
    <w:p>
      <w:r/>
      <w:r>
        <w:t>For women who have spent years building careers, raising children or maintaining marriages, acknowledging their sexuality can feel both liberating and destabilising. The question isn't simply who am I attracted to? It's also what happens to the life I've already made?</w:t>
      </w:r>
      <w:r/>
    </w:p>
    <w:p>
      <w:r/>
      <w:r>
        <w:t>Specialist support providers, including Anne-Marie Zanzal, offer coaching and guidance for people working through that complicated transition. Her own experience of coming out after a long marriage gives her work an unusually personal dimension, according to her website.</w:t>
      </w:r>
      <w:r/>
    </w:p>
    <w:p>
      <w:pPr>
        <w:pStyle w:val="Heading2"/>
      </w:pPr>
      <w:r>
        <w:t>Why support groups matter so much</w:t>
      </w:r>
      <w:r/>
    </w:p>
    <w:p>
      <w:r/>
      <w:r>
        <w:t>A later-life coming-out group can provide something friends and family may struggle to offer: instant recognition. Members don't need to explain why a seemingly simple decision can affect housing, finances, children, friendships and a decades-long sense of identity.</w:t>
      </w:r>
      <w:r/>
    </w:p>
    <w:p>
      <w:r/>
      <w:r>
        <w:t>Online meetings have also made support more accessible. Virtual groups listed by Psychology Today connect women coming out later in life across locations including Washington, DC, and Fairfax, Virginia, giving participants a private way to seek help without travelling or announcing their plans locally.</w:t>
      </w:r>
      <w:r/>
    </w:p>
    <w:p>
      <w:r/>
      <w:r>
        <w:t>That shared space can be powerful. There’s comfort in hearing someone else say the sentence you’ve rehearsed silently for years.</w:t>
      </w:r>
      <w:r/>
    </w:p>
    <w:p>
      <w:pPr>
        <w:pStyle w:val="Heading2"/>
      </w:pPr>
      <w:r>
        <w:t>Marriage, family and the fear of losing everything</w:t>
      </w:r>
      <w:r/>
    </w:p>
    <w:p>
      <w:r/>
      <w:r>
        <w:t>Many women coming out later in life are still married to men. That can make the process especially painful, because honesty may bring relief while also creating real consequences for a partner, children and wider family.</w:t>
      </w:r>
      <w:r/>
    </w:p>
    <w:p>
      <w:r/>
      <w:r>
        <w:t>Support organisations such as Coming Out Support emphasise that there isn't one correct timetable or script. Some people begin with private reflection, others speak to a therapist or trusted friend, and some join a group before telling anyone close to them.</w:t>
      </w:r>
      <w:r/>
    </w:p>
    <w:p>
      <w:r/>
      <w:r>
        <w:t>The emotional landscape can include excitement, guilt, anger and grief, sometimes all before lunchtime. A useful support network won't push someone towards a particular outcome; it helps them make decisions safely and with a clearer understanding of what they need.</w:t>
      </w:r>
      <w:r/>
    </w:p>
    <w:p>
      <w:pPr>
        <w:pStyle w:val="Heading2"/>
      </w:pPr>
      <w:r>
        <w:t>Finding the right kind of help</w:t>
      </w:r>
      <w:r/>
    </w:p>
    <w:p>
      <w:r/>
      <w:r>
        <w:t>The best support depends on where someone is emotionally and practically. A moderated peer group may suit a person who wants reassurance from others with similar experiences, while one-to-one coaching can help with disclosure plans, boundaries and difficult conversations.</w:t>
      </w:r>
      <w:r/>
    </w:p>
    <w:p>
      <w:r/>
      <w:r>
        <w:t>Some programmes are designed specifically for women who identify as lesbian later in life. Qmunity's "Fashionably Late" service, for example, focuses on people exploring sexuality and identity at a later stage, according to its listing.</w:t>
      </w:r>
      <w:r/>
    </w:p>
    <w:p>
      <w:r/>
      <w:r>
        <w:t>Before joining, check who leads the group, whether confidentiality is explained clearly and whether sessions are peer-led, therapeutic or coaching-based. It's also worth asking how the group handles partners, children, safety concerns and participants who aren't ready to label themselves.</w:t>
      </w:r>
      <w:r/>
    </w:p>
    <w:p>
      <w:pPr>
        <w:pStyle w:val="Heading2"/>
      </w:pPr>
      <w:r>
        <w:t>There is no deadline for becoming yourself</w:t>
      </w:r>
      <w:r/>
    </w:p>
    <w:p>
      <w:r/>
      <w:r>
        <w:t>The phrase "too late" can feel convincing when someone is looking at the years behind them. Yet coming out later doesn't erase those years, and it doesn't make earlier choices fraudulent. For many people, it simply adds a more truthful understanding to a life that already contains love, work, family and history.</w:t>
      </w:r>
      <w:r/>
    </w:p>
    <w:p>
      <w:r/>
      <w:r>
        <w:t>Online communities and specialist groups are likely to remain important as more adults seek language for experiences they once kept private. The path may be messy, but it doesn't have to be lonely.</w:t>
      </w:r>
      <w:r/>
    </w:p>
    <w:p>
      <w:r/>
      <w:r>
        <w:t>Coming out later is not a race, and support can make the next step feel possible.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[7]</w:t>
        </w:r>
      </w:hyperlink>
      <w:r>
        <w:t xml:space="preserve">- Paragraph 4: </w:t>
      </w:r>
      <w:hyperlink r:id="rId15">
        <w:r>
          <w:rPr>
            <w:color w:val="0000EE"/>
            <w:u w:val="single"/>
          </w:rPr>
          <w:t>[3]</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https://www.nytimes.com/2026/10/14/well/family/coming-out-midlife.html</w:t>
        </w:r>
      </w:hyperlink>
      <w:r>
        <w:t xml:space="preserve"> - Please view link - unable to able to access data</w:t>
      </w:r>
      <w:r/>
    </w:p>
    <w:p>
      <w:pPr>
        <w:pStyle w:val="ListNumber"/>
        <w:spacing w:line="240" w:lineRule="auto"/>
        <w:ind w:left="720"/>
      </w:pPr>
      <w:r/>
      <w:hyperlink r:id="rId10">
        <w:r>
          <w:rPr>
            <w:color w:val="0000EE"/>
            <w:u w:val="single"/>
          </w:rPr>
          <w:t>https://annemariezanzal.com/</w:t>
        </w:r>
      </w:hyperlink>
      <w:r>
        <w:t xml:space="preserve"> - Anne-Marie Zanzal is a coach and ordained minister who has been guiding individuals through coming out and sexual identity transitions for almost a decade. She offers personalized support through coaching, courses, and community, helping people navigate questioning their sexuality or the 'messy middle' of change. Her approach focuses on providing guidance without pressure or judgment, assisting clients in gaining clarity, building self-trust, and finding a grounded way forward. Anne-Marie's services are tailored to support those exploring their sexual identity, going through divorce, or coming out later in life.</w:t>
      </w:r>
      <w:r/>
    </w:p>
    <w:p>
      <w:pPr>
        <w:pStyle w:val="ListNumber"/>
        <w:spacing w:line="240" w:lineRule="auto"/>
        <w:ind w:left="720"/>
      </w:pPr>
      <w:r/>
      <w:hyperlink r:id="rId15">
        <w:r>
          <w:rPr>
            <w:color w:val="0000EE"/>
            <w:u w:val="single"/>
          </w:rPr>
          <w:t>https://www.qmunity.ca/service-page/fashionably-late</w:t>
        </w:r>
      </w:hyperlink>
      <w:r>
        <w:t xml:space="preserve"> - Fashionably Late is a social and peer support group offered by QMUNITY, designed for adults exploring or embracing their queer and/or trans identities later in life. The group provides a welcoming space for individuals who may have already established careers, relationships, marriages, families, or other aspects of life before coming out or beginning to question their identity. Facilitated by three trans and non-binary individuals with lived experience of coming out later in life, the group meets monthly, alternating between online and in-person gatherings, starting October 13, 2026.</w:t>
      </w:r>
      <w:r/>
    </w:p>
    <w:p>
      <w:pPr>
        <w:pStyle w:val="ListNumber"/>
        <w:spacing w:line="240" w:lineRule="auto"/>
        <w:ind w:left="720"/>
      </w:pPr>
      <w:r/>
      <w:hyperlink r:id="rId11">
        <w:r>
          <w:rPr>
            <w:color w:val="0000EE"/>
            <w:u w:val="single"/>
          </w:rPr>
          <w:t>https://comingoutsupport.net/</w:t>
        </w:r>
      </w:hyperlink>
      <w:r>
        <w:t xml:space="preserve"> - Beyond the Closet Door is a support service led by Anne-Marie Zanzal and Barbara Rowlandson, both of whom came out after years of marriage and children. They offer assistance to trans, cis, and non-binary individuals coming out later in life, providing guidance through the challenges of embracing one's sexuality and navigating divorce. Their services cater to a diverse age range, from 20s to over 70s, ensuring a safe and supportive environment for those on their journey of self-discovery and authenticity.</w:t>
      </w:r>
      <w:r/>
    </w:p>
    <w:p>
      <w:pPr>
        <w:pStyle w:val="ListNumber"/>
        <w:spacing w:line="240" w:lineRule="auto"/>
        <w:ind w:left="720"/>
      </w:pPr>
      <w:r/>
      <w:hyperlink r:id="rId12">
        <w:r>
          <w:rPr>
            <w:color w:val="0000EE"/>
            <w:u w:val="single"/>
          </w:rPr>
          <w:t>https://www.psychologytoday.com/us/groups/wa-virtual-group-women-coming-out-later-in-life/290291</w:t>
        </w:r>
      </w:hyperlink>
      <w:r>
        <w:t xml:space="preserve"> - The WA Virtual Group for Women Coming Out Later in Life, hosted by Lindsey Payton, is a supportive therapy group for women exploring or embracing their identity after years in heterosexual relationships or marriage. The group focuses on navigating the grief of leaving behind familiar roles, relationships, and identities while building a life that feels authentic. Topics include separation and divorce, living independently, family changes, dating and relationships with women, rebuilding self-confidence, healthy communication, and finding community. The group meets virtually, with the first session on August 3, 2026.</w:t>
      </w:r>
      <w:r/>
    </w:p>
    <w:p>
      <w:pPr>
        <w:pStyle w:val="ListNumber"/>
        <w:spacing w:line="240" w:lineRule="auto"/>
        <w:ind w:left="720"/>
      </w:pPr>
      <w:r/>
      <w:hyperlink r:id="rId13">
        <w:r>
          <w:rPr>
            <w:color w:val="0000EE"/>
            <w:u w:val="single"/>
          </w:rPr>
          <w:t>https://www.psychologytoday.com/us/groups/coming-out-later-in-life-fairfax-va/204948</w:t>
        </w:r>
      </w:hyperlink>
      <w:r>
        <w:t xml:space="preserve"> - Hosted by Noelle Castoro, the Coming Out Later in Life group is a therapy group for women who have lived in heterosexual circles or are married with children and are questioning their sexuality. The group provides a space for individuals who are ready to come out, not ready but want to talk about it, or need a community of other women who understand this experience. The group meets online on the third Wednesday of each month from 7 P.M. to 8 P.M. in Fairfax, VA.</w:t>
      </w:r>
      <w:r/>
    </w:p>
    <w:p>
      <w:pPr>
        <w:pStyle w:val="ListNumber"/>
        <w:spacing w:line="240" w:lineRule="auto"/>
        <w:ind w:left="720"/>
      </w:pPr>
      <w:r/>
      <w:hyperlink r:id="rId14">
        <w:r>
          <w:rPr>
            <w:color w:val="0000EE"/>
            <w:u w:val="single"/>
          </w:rPr>
          <w:t>https://www.psychologytoday.com/us/groups/coming-out-later-in-life-washington-dc/269991</w:t>
        </w:r>
      </w:hyperlink>
      <w:r>
        <w:t xml:space="preserve"> - The Coming Out Later in Life group, hosted by Kate L Stewart, is a 10-week virtual support group for individuals who come out as gay, lesbian, queer, bisexual, or something other than heterosexual later than the perceived norm (e.g., 30s and later). The group offers opportunities to share experiences related to sexuality, relationships, and coming out; connect with others with similar experiences; and navigate the unique joys and challenges of coming out in adulthood. The group meets every Tuesday from 6 P.M. to 7:30 P.M. in Washington, DC.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ytimes.com/2026/10/14/well/family/coming-out-midlife.html" TargetMode="External"/><Relationship Id="rId10" Type="http://schemas.openxmlformats.org/officeDocument/2006/relationships/hyperlink" Target="https://annemariezanzal.com/" TargetMode="External"/><Relationship Id="rId11" Type="http://schemas.openxmlformats.org/officeDocument/2006/relationships/hyperlink" Target="https://comingoutsupport.net/" TargetMode="External"/><Relationship Id="rId12" Type="http://schemas.openxmlformats.org/officeDocument/2006/relationships/hyperlink" Target="https://www.psychologytoday.com/us/groups/wa-virtual-group-women-coming-out-later-in-life/290291" TargetMode="External"/><Relationship Id="rId13" Type="http://schemas.openxmlformats.org/officeDocument/2006/relationships/hyperlink" Target="https://www.psychologytoday.com/us/groups/coming-out-later-in-life-fairfax-va/204948" TargetMode="External"/><Relationship Id="rId14" Type="http://schemas.openxmlformats.org/officeDocument/2006/relationships/hyperlink" Target="https://www.psychologytoday.com/us/groups/coming-out-later-in-life-washington-dc/269991" TargetMode="External"/><Relationship Id="rId15" Type="http://schemas.openxmlformats.org/officeDocument/2006/relationships/hyperlink" Target="https://www.qmunity.ca/service-page/fashionably-l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