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Savannah Pride Festival Guide for Forsyth Park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Savannah Pride Festival is bringing music, art and community spirit to Forsyth Park on Saturday, 24 October. Now in its 27th year, the family-friendly celebration will welcome locals and visitors with food trucks, small businesses, non-profits and live entertainment, while this year's theme highlights the powerful idea of chosen family.</w:t>
      </w:r>
      <w:r/>
    </w:p>
    <w:p>
      <w:pPr>
        <w:pStyle w:val="Heading2"/>
      </w:pPr>
      <w:r>
        <w:t>Essential Takeaways</w:t>
      </w:r>
      <w:r/>
      <w:r/>
    </w:p>
    <w:p>
      <w:pPr>
        <w:pStyle w:val="ListBullet"/>
        <w:spacing w:line="240" w:lineRule="auto"/>
        <w:ind w:left="720"/>
      </w:pPr>
      <w:r/>
      <w:r>
        <w:rPr>
          <w:b/>
        </w:rPr>
        <w:t>Location:</w:t>
      </w:r>
      <w:r>
        <w:t xml:space="preserve"> The Savannah Pride Festival will take place on the lawn at Forsyth Park.</w:t>
      </w:r>
      <w:r/>
    </w:p>
    <w:p>
      <w:pPr>
        <w:pStyle w:val="ListBullet"/>
        <w:spacing w:line="240" w:lineRule="auto"/>
        <w:ind w:left="720"/>
      </w:pPr>
      <w:r/>
      <w:r>
        <w:rPr>
          <w:b/>
        </w:rPr>
        <w:t>Theme:</w:t>
      </w:r>
      <w:r>
        <w:t xml:space="preserve"> “Chosen Family: Love Beyond Fear” celebrates supportive relationships inside and outside biological families.</w:t>
      </w:r>
      <w:r/>
    </w:p>
    <w:p>
      <w:pPr>
        <w:pStyle w:val="ListBullet"/>
        <w:spacing w:line="240" w:lineRule="auto"/>
        <w:ind w:left="720"/>
      </w:pPr>
      <w:r/>
      <w:r>
        <w:rPr>
          <w:b/>
        </w:rPr>
        <w:t>What to expect:</w:t>
      </w:r>
      <w:r>
        <w:t xml:space="preserve"> Live entertainment, food trucks, local businesses, non-profit organisations and plenty of community energy.</w:t>
      </w:r>
      <w:r/>
    </w:p>
    <w:p>
      <w:pPr>
        <w:pStyle w:val="ListBullet"/>
        <w:spacing w:line="240" w:lineRule="auto"/>
        <w:ind w:left="720"/>
      </w:pPr>
      <w:r/>
      <w:r>
        <w:rPr>
          <w:b/>
        </w:rPr>
        <w:t>Premium option:</w:t>
      </w:r>
      <w:r>
        <w:t xml:space="preserve"> A $60 Patrons of Pride Pass includes an open bar or unlimited mocktails, soft drinks and water.</w:t>
      </w:r>
      <w:r/>
    </w:p>
    <w:p>
      <w:pPr>
        <w:pStyle w:val="ListBullet"/>
        <w:spacing w:line="240" w:lineRule="auto"/>
        <w:ind w:left="720"/>
      </w:pPr>
      <w:r/>
      <w:r>
        <w:rPr>
          <w:b/>
        </w:rPr>
        <w:t>Volunteers wanted:</w:t>
      </w:r>
      <w:r>
        <w:t xml:space="preserve"> The Savannah Pride Center is accepting volunteers for festival weekend, including people who can work part of a shift.</w:t>
      </w:r>
      <w:r/>
      <w:r/>
    </w:p>
    <w:p>
      <w:pPr>
        <w:pStyle w:val="Heading2"/>
      </w:pPr>
      <w:r>
        <w:t>Forsyth Park is ready for a colourful day out</w:t>
      </w:r>
      <w:r/>
    </w:p>
    <w:p>
      <w:r/>
      <w:r>
        <w:t>Savannah Pride is set to turn one of the city's best-known green spaces into a lively meeting place, with music drifting across the park, food stalls tempting passers-by and community groups sharing their work. The festival is scheduled for Saturday, 24 October, and organisers are positioning it as a welcoming event for regulars and first-time visitors.</w:t>
      </w:r>
      <w:r/>
    </w:p>
    <w:p>
      <w:r/>
      <w:r>
        <w:t>The setting matters. Forsyth Park offers room to wander, pause and meet people, which should make the day feel more like a relaxed neighbourhood gathering than a tightly packed indoor event. Event listings from Savannah tourism websites also identify the festival as a major fixture in the city's annual calendar.</w:t>
      </w:r>
      <w:r/>
    </w:p>
    <w:p>
      <w:pPr>
        <w:pStyle w:val="Heading2"/>
      </w:pPr>
      <w:r>
        <w:t>This year's message goes beyond the parade</w:t>
      </w:r>
      <w:r/>
    </w:p>
    <w:p>
      <w:r/>
      <w:r>
        <w:t>The theme, “Chosen Family: Love Beyond Fear”, puts relationships at the centre of the celebration. It recognises the friends, partners, mentors and wider support networks that often become essential parts of LGBTQ+ people's lives.</w:t>
      </w:r>
      <w:r/>
    </w:p>
    <w:p>
      <w:r/>
      <w:r>
        <w:t>That gives the festival a thoughtful thread beneath the music and marketplace atmosphere. According to listings carried by Savannah event guides, the occasion is designed not only as entertainment but also as a way for the LGBTQ+ community and its allies to connect in a welcoming public setting.</w:t>
      </w:r>
      <w:r/>
    </w:p>
    <w:p>
      <w:pPr>
        <w:pStyle w:val="Heading2"/>
      </w:pPr>
      <w:r>
        <w:t>Expect food, makers and community organisations</w:t>
      </w:r>
      <w:r/>
    </w:p>
    <w:p>
      <w:r/>
      <w:r>
        <w:t>Visitors can expect a broad mix of festival stalls rather than a single stream of performances. Food trucks will provide casual bites, while small businesses and non-profit organisations will give attendees the chance to browse, discover local projects and support community-minded causes.</w:t>
      </w:r>
      <w:r/>
    </w:p>
    <w:p>
      <w:r/>
      <w:r>
        <w:t>For newcomers, that variety can make the day easy to dip into. Grab something to eat, catch a performance, stop at a stall or simply enjoy the park atmosphere. The Savannah Pride Festival listings describe an event suited to both longtime attendees and people experiencing it for the first time.</w:t>
      </w:r>
      <w:r/>
    </w:p>
    <w:p>
      <w:pPr>
        <w:pStyle w:val="Heading2"/>
      </w:pPr>
      <w:r>
        <w:t>Is the Patrons of Pride Pass worth considering?</w:t>
      </w:r>
      <w:r/>
    </w:p>
    <w:p>
      <w:r/>
      <w:r>
        <w:t>The event page also includes a $60 Patrons of Pride Pass for guests who want added drink options during the festival. The pass provides access to an open bar or unlimited mocktails, soft drinks and water, offering a convenient upgrade for anyone planning to stay for much of the day.</w:t>
      </w:r>
      <w:r/>
    </w:p>
    <w:p>
      <w:r/>
      <w:r>
        <w:t>As with any festival add-on, its value depends on how long you're staying and whether you want the extra convenience. Visitors who prefer to keep things simple can still enjoy the main festival, while the pass may appeal to those looking for a more supported, all-day experience.</w:t>
      </w:r>
      <w:r/>
    </w:p>
    <w:p>
      <w:pPr>
        <w:pStyle w:val="Heading2"/>
      </w:pPr>
      <w:r>
        <w:t>Volunteers can help keep the weekend moving</w:t>
      </w:r>
      <w:r/>
    </w:p>
    <w:p>
      <w:r/>
      <w:r>
        <w:t>The Savannah Pride Center is still looking for volunteers across a range of festival roles. People can sign up for more than one shift, while those who can only manage half a shift are encouraged to contact the centre about possible arrangements.</w:t>
      </w:r>
      <w:r/>
    </w:p>
    <w:p>
      <w:r/>
      <w:r>
        <w:t>The stated deadline for applications is Friday, 23 October, just before the festival. It's a useful reminder that large community events rely on plenty of behind-the-scenes hands, from welcoming visitors to keeping activities running smoothly. For anyone hoping to meet people and contribute rather than simply attend, volunteering could be one of the most rewarding ways to experience the day.</w:t>
      </w:r>
      <w:r/>
    </w:p>
    <w:p>
      <w:r/>
      <w:r>
        <w:t>Pack a little patience, bring your community spirit and make room for a colourful day in the park.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2">
        <w:r>
          <w:rPr>
            <w:color w:val="0000EE"/>
            <w:u w:val="single"/>
          </w:rPr>
          <w:t>[5]</w:t>
        </w:r>
      </w:hyperlink>
      <w:r>
        <w:t xml:space="preserve">- Paragraph 3: </w:t>
      </w:r>
      <w:hyperlink r:id="rId12">
        <w:r>
          <w:rPr>
            <w:color w:val="0000EE"/>
            <w:u w:val="single"/>
          </w:rPr>
          <w:t>[6]</w:t>
        </w:r>
      </w:hyperlink>
      <w:r>
        <w:t xml:space="preserve">, </w:t>
      </w:r>
      <w:hyperlink r:id="rId12">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2">
        <w:r>
          <w:rPr>
            <w:color w:val="0000EE"/>
            <w:u w:val="single"/>
          </w:rPr>
          <w:t>[5]</w:t>
        </w:r>
      </w:hyperlink>
      <w:r>
        <w:t xml:space="preserve">- Paragraph 6: </w:t>
      </w:r>
      <w:hyperlink r:id="rId12">
        <w:r>
          <w:rPr>
            <w:color w:val="0000EE"/>
            <w:u w:val="single"/>
          </w:rPr>
          <w:t>[6]</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2">
        <w:r>
          <w:rPr>
            <w:color w:val="0000EE"/>
            <w:u w:val="single"/>
          </w:rPr>
          <w:t>[6]</w:t>
        </w:r>
      </w:hyperlink>
      <w:r>
        <w:t xml:space="preserve">- Paragraph 9: </w:t>
      </w:r>
      <w:hyperlink r:id="rId12">
        <w:r>
          <w:rPr>
            <w:color w:val="0000EE"/>
            <w:u w:val="single"/>
          </w:rPr>
          <w:t>[5]</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2">
        <w:r>
          <w:rPr>
            <w:color w:val="0000EE"/>
            <w:u w:val="single"/>
          </w:rPr>
          <w:t>[6]</w:t>
        </w:r>
      </w:hyperlink>
      <w:r>
        <w:t xml:space="preserve">- Paragraph 12: </w:t>
      </w:r>
      <w:hyperlink r:id="rId12">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https://www.wjcl.com/article/savannah-pride-festival-forsyth-park-1/74137800</w:t>
        </w:r>
      </w:hyperlink>
      <w:r>
        <w:t xml:space="preserve"> - Please view link - unable to able to access data</w:t>
      </w:r>
      <w:r/>
    </w:p>
    <w:p>
      <w:pPr>
        <w:pStyle w:val="ListNumber"/>
        <w:spacing w:line="240" w:lineRule="auto"/>
        <w:ind w:left="720"/>
      </w:pPr>
      <w:r/>
      <w:hyperlink r:id="rId10">
        <w:r>
          <w:rPr>
            <w:color w:val="0000EE"/>
            <w:u w:val="single"/>
          </w:rPr>
          <w:t>https://www.historicinnsofsavannah.com/events/savannah-pride-festival.htm</w:t>
        </w:r>
      </w:hyperlink>
      <w:r>
        <w:t xml:space="preserve"> - The 27th Annual Savannah Pride Festival is scheduled for Saturday, October 24, 2026, from 12 p.m. to 11 p.m. in Forsyth Park. This year's theme is 'Chosen Family: Love Beyond Fear.' The festival is organised by the Savannah Pride Center, a non-profit serving the region's LGBTQIA+ community. The day's schedule, including performers and times, will be posted on the Centre's official festival listing. Attendees are encouraged to plan their day accordingly, considering the festival's duration and the availability of nearby accommodations.</w:t>
      </w:r>
      <w:r/>
    </w:p>
    <w:p>
      <w:pPr>
        <w:pStyle w:val="ListNumber"/>
        <w:spacing w:line="240" w:lineRule="auto"/>
        <w:ind w:left="720"/>
      </w:pPr>
      <w:r/>
      <w:hyperlink r:id="rId11">
        <w:r>
          <w:rPr>
            <w:color w:val="0000EE"/>
            <w:u w:val="single"/>
          </w:rPr>
          <w:t>https://www.savannah.com/events/event/savannah-pride-festival-4/</w:t>
        </w:r>
      </w:hyperlink>
      <w:r>
        <w:t xml:space="preserve"> - The 2025 Savannah Pride Festival, themed 'Illuminate,' is a weekend-long series of events celebrating the LGBT community, attracting thousands of visitors. The festival features live music, food, and works by local artisans. Hosts include Blair Williams and Chi Chi Bonet Sherrington, with performers such as DJ Nebula Beatz, DJ Miss Paradise, and Club One Cabaret. A special event, the Foam and Glow Party, is also part of the festivities.</w:t>
      </w:r>
      <w:r/>
    </w:p>
    <w:p>
      <w:pPr>
        <w:pStyle w:val="ListNumber"/>
        <w:spacing w:line="240" w:lineRule="auto"/>
        <w:ind w:left="720"/>
      </w:pPr>
      <w:r/>
      <w:hyperlink r:id="rId12">
        <w:r>
          <w:rPr>
            <w:color w:val="0000EE"/>
            <w:u w:val="single"/>
          </w:rPr>
          <w:t>https://www.savannah.com/events/event/savannah-pride-festival/</w:t>
        </w:r>
      </w:hyperlink>
      <w:r>
        <w:t xml:space="preserve"> - The 2024 Savannah Pride Festival, themed 'Barbie,' is set to take place on October 26-27, 2024, in Forsyth Park. Attendees are encouraged to come in their best Barbie world attire and enjoy a movie on the lawn, themed drinks, props, and entertainment. A costume contest will be held, and the event is free. The Patrons of Pride Pass offers access to an open bar or unlimited mocktails, soda, and water, along with a Savannah Pride Swag bag.</w:t>
      </w:r>
      <w:r/>
    </w:p>
    <w:p>
      <w:pPr>
        <w:pStyle w:val="ListNumber"/>
        <w:spacing w:line="240" w:lineRule="auto"/>
        <w:ind w:left="720"/>
      </w:pPr>
      <w:r/>
      <w:hyperlink r:id="rId12">
        <w:r>
          <w:rPr>
            <w:color w:val="0000EE"/>
            <w:u w:val="single"/>
          </w:rPr>
          <w:t>https://www.savannah.com/events/event/savannah-pride-festival/</w:t>
        </w:r>
      </w:hyperlink>
      <w:r>
        <w:t xml:space="preserve"> - The 2023 Savannah Pride Festival is scheduled for October 20-21, 2023, in Ellis Square, adjacent to Savannah's historic City Market. The festival includes a parade on October 20 at 8 p.m. and features pop-up events throughout the week leading up to the main festival. The event is family-friendly until 9 p.m., with all proceeds benefiting the First City Pride Center, the only Georgia LGBT Center.</w:t>
      </w:r>
      <w:r/>
    </w:p>
    <w:p>
      <w:pPr>
        <w:pStyle w:val="ListNumber"/>
        <w:spacing w:line="240" w:lineRule="auto"/>
        <w:ind w:left="720"/>
      </w:pPr>
      <w:r/>
      <w:hyperlink r:id="rId12">
        <w:r>
          <w:rPr>
            <w:color w:val="0000EE"/>
            <w:u w:val="single"/>
          </w:rPr>
          <w:t>https://www.savannah.com/events/event/savannah-pride-festival/</w:t>
        </w:r>
      </w:hyperlink>
      <w:r>
        <w:t xml:space="preserve"> - The 2022 Savannah Pride Festival is set to take place on October 21-22, 2022, in Ellis Square, adjacent to Savannah's historic City Market. The festival includes a parade on October 21 at 8 p.m. and features pop-up events throughout the week leading up to the main festival. The event is family-friendly until 9 p.m., with all proceeds benefiting the First City Pride Center, the only Georgia LGBT Center.</w:t>
      </w:r>
      <w:r/>
    </w:p>
    <w:p>
      <w:pPr>
        <w:pStyle w:val="ListNumber"/>
        <w:spacing w:line="240" w:lineRule="auto"/>
        <w:ind w:left="720"/>
      </w:pPr>
      <w:r/>
      <w:hyperlink r:id="rId12">
        <w:r>
          <w:rPr>
            <w:color w:val="0000EE"/>
            <w:u w:val="single"/>
          </w:rPr>
          <w:t>https://www.savannah.com/events/event/savannah-pride-festival/</w:t>
        </w:r>
      </w:hyperlink>
      <w:r>
        <w:t xml:space="preserve"> - The 2021 Savannah Pride Festival is scheduled for October 15-16, 2021, in Ellis Square, adjacent to Savannah's historic City Market. The festival includes a parade on October 15 at 8 p.m. and features pop-up events throughout the week leading up to the main festival. The event is family-friendly until 9 p.m., with all proceeds benefiting the First City Pride Center, the only Georgia LGBT Center.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jcl.com/article/savannah-pride-festival-forsyth-park-1/74137800" TargetMode="External"/><Relationship Id="rId10" Type="http://schemas.openxmlformats.org/officeDocument/2006/relationships/hyperlink" Target="https://www.historicinnsofsavannah.com/events/savannah-pride-festival.htm" TargetMode="External"/><Relationship Id="rId11" Type="http://schemas.openxmlformats.org/officeDocument/2006/relationships/hyperlink" Target="https://www.savannah.com/events/event/savannah-pride-festival-4/" TargetMode="External"/><Relationship Id="rId12" Type="http://schemas.openxmlformats.org/officeDocument/2006/relationships/hyperlink" Target="https://www.savannah.com/events/event/savannah-pride-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