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TV shows on Apple TV+ for an emotional binge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searching for the best sapphic TV shows on Apple TV+ will find more than romance here. From speculative drama and literary yearning to workplace intrigue, these series put women-loving women at the centre or give them meaningful space around the main story.</w:t>
      </w:r>
      <w:r/>
    </w:p>
    <w:p>
      <w:pPr>
        <w:pStyle w:val="Heading2"/>
      </w:pPr>
      <w:r>
        <w:t>The strongest sapphic stories start with complicated women</w:t>
      </w:r>
      <w:r/>
    </w:p>
    <w:p>
      <w:r/>
      <w:r>
        <w:t xml:space="preserve">Apple TV+ has quietly built a useful home for sapphic television, particularly for viewers who want polished drama alongside queer representation. The three standout choices are </w:t>
      </w:r>
      <w:r>
        <w:rPr>
          <w:i/>
        </w:rPr>
        <w:t>Pluribus</w:t>
      </w:r>
      <w:r>
        <w:t xml:space="preserve">, </w:t>
      </w:r>
      <w:r>
        <w:rPr>
          <w:i/>
        </w:rPr>
        <w:t>Dickinson</w:t>
      </w:r>
      <w:r>
        <w:t xml:space="preserve"> and </w:t>
      </w:r>
      <w:r>
        <w:rPr>
          <w:i/>
        </w:rPr>
        <w:t>The Morning Show</w:t>
      </w:r>
      <w:r>
        <w:t>, although they offer very different flavours.</w:t>
      </w:r>
      <w:r/>
    </w:p>
    <w:p>
      <w:r/>
      <w:r>
        <w:rPr>
          <w:i/>
        </w:rPr>
        <w:t>Pluribus</w:t>
      </w:r>
      <w:r>
        <w:t xml:space="preserve"> is the most unsettling of the group. Rhea Seehorn plays Carol Sturka, a writer who remains immune after a mysterious force turns much of the world relentlessly happy. That bright, artificial mood makes the story feel even stranger, especially as Carol tries to work out whether apparent paradise is actually a trap.</w:t>
      </w:r>
      <w:r/>
    </w:p>
    <w:p>
      <w:r/>
      <w:r>
        <w:t>The appeal is Carol herself. She isn't instantly likeable, and that's precisely the point. Her anger, grief and shifting loyalties give the show emotional weight, while its speculative premise creates plenty of room for questions about identity, control and genuine happiness.</w:t>
      </w:r>
      <w:r/>
    </w:p>
    <w:p>
      <w:pPr>
        <w:pStyle w:val="Heading2"/>
      </w:pPr>
      <w:r>
        <w:t xml:space="preserve">Why </w:t>
      </w:r>
      <w:r>
        <w:rPr>
          <w:i/>
        </w:rPr>
        <w:t>Dickinson</w:t>
      </w:r>
      <w:r>
        <w:t xml:space="preserve"> still delivers the yearning</w:t>
      </w:r>
      <w:r/>
    </w:p>
    <w:p>
      <w:r/>
      <w:r>
        <w:t xml:space="preserve">For viewers who like their sapphic drama with poetry, period costumes and a pulsing modern soundtrack, </w:t>
      </w:r>
      <w:r>
        <w:rPr>
          <w:i/>
        </w:rPr>
        <w:t>Dickinson</w:t>
      </w:r>
      <w:r>
        <w:t xml:space="preserve"> remains an easy recommendation. Hailee Steinfeld's Emily is rebellious, funny and restless, trapped between social expectations and the life she wants to write for herself.</w:t>
      </w:r>
      <w:r/>
    </w:p>
    <w:p>
      <w:r/>
      <w:r>
        <w:t>The relationship at the heart of the story is full of glances, longing and emotional complications. It isn't a neat route from best friends to lovers, either, and the romantic tangle involving Emily's brother adds a particularly sharp sting.</w:t>
      </w:r>
      <w:r/>
    </w:p>
    <w:p>
      <w:r/>
      <w:r>
        <w:t xml:space="preserve">That messiness is part of the show's charm. </w:t>
      </w:r>
      <w:r>
        <w:rPr>
          <w:i/>
        </w:rPr>
        <w:t>Dickinson</w:t>
      </w:r>
      <w:r>
        <w:t xml:space="preserve"> treats historical constraint seriously, but it never feels dusty or overly reverent. Instead, it turns Emily's inner life into something vivid, youthful and surprisingly contemporary.</w:t>
      </w:r>
      <w:r/>
    </w:p>
    <w:p>
      <w:pPr>
        <w:pStyle w:val="Heading2"/>
      </w:pPr>
      <w:r>
        <w:rPr>
          <w:i/>
        </w:rPr>
        <w:t>The Morning Show</w:t>
      </w:r>
      <w:r>
        <w:t xml:space="preserve"> takes its time</w:t>
      </w:r>
      <w:r/>
    </w:p>
    <w:p>
      <w:r/>
      <w:r>
        <w:rPr>
          <w:i/>
        </w:rPr>
        <w:t>The Morning Show</w:t>
      </w:r>
      <w:r>
        <w:t xml:space="preserve"> is the slow-burn option. Its central world is a high-pressure breakfast news programme, where professional ambition, institutional power and shifting public conversations collide. The result is glossy, tense and packed with large personalities.</w:t>
      </w:r>
      <w:r/>
    </w:p>
    <w:p>
      <w:r/>
      <w:r>
        <w:t>Reese Witherspoon's character brings the sapphic element, although viewers shouldn't expect it to dominate from the opening episodes. The representation arrives later, so patience is required, particularly if you're watching mainly for that storyline.</w:t>
      </w:r>
      <w:r/>
    </w:p>
    <w:p>
      <w:r/>
      <w:r>
        <w:t>Still, the wait can pay off. The series is at its best when it allows its characters to be layered rather than reduced to a single identity or plot function. Its polished visuals help too, giving the newsroom drama a sleek, cinematic finish.</w:t>
      </w:r>
      <w:r/>
    </w:p>
    <w:p>
      <w:pPr>
        <w:pStyle w:val="Heading2"/>
      </w:pPr>
      <w:r>
        <w:t>More Apple TV+ shows with memorable sapphic characters</w:t>
      </w:r>
      <w:r/>
    </w:p>
    <w:p>
      <w:r/>
      <w:r>
        <w:t xml:space="preserve">If you want sapphic representation without making romance the whole meal, </w:t>
      </w:r>
      <w:r>
        <w:rPr>
          <w:i/>
        </w:rPr>
        <w:t>Bad Sisters</w:t>
      </w:r>
      <w:r>
        <w:t xml:space="preserve"> is a strong choice. The dark Irish family drama centres on women protecting one another, with Sarah Greene playing a lesbian character already in a relationship. That established partnership is refreshingly ordinary, even as the surrounding story becomes grim and murderous.</w:t>
      </w:r>
      <w:r/>
    </w:p>
    <w:p>
      <w:r/>
      <w:r>
        <w:rPr>
          <w:i/>
        </w:rPr>
        <w:t>Silo</w:t>
      </w:r>
      <w:r>
        <w:t xml:space="preserve"> offers a very different mood. Its underground dystopia is driven by secrecy, rebellion and the question of what lies beyond the enormous shelter, while Harriet Walker's character carries the emotional aftershock of a relationship ending. The sapphic thread is small, but it adds tenderness to an otherwise severe world.</w:t>
      </w:r>
      <w:r/>
    </w:p>
    <w:p>
      <w:r/>
      <w:r>
        <w:t xml:space="preserve">For something warmer, try </w:t>
      </w:r>
      <w:r>
        <w:rPr>
          <w:i/>
        </w:rPr>
        <w:t>Acapulco</w:t>
      </w:r>
      <w:r>
        <w:t>. The colourful comedy follows a young man's rise at a glamorous Mexican resort, while his sister has her own coming-out storyline. It's sweet, accessible viewing with enough family drama to keep things moving.</w:t>
      </w:r>
      <w:r/>
    </w:p>
    <w:p>
      <w:pPr>
        <w:pStyle w:val="Heading2"/>
      </w:pPr>
      <w:r>
        <w:t>Which sapphic Apple TV+ series should you watch first?</w:t>
      </w:r>
      <w:r/>
    </w:p>
    <w:p>
      <w:r/>
      <w:r>
        <w:t xml:space="preserve">Choose </w:t>
      </w:r>
      <w:r>
        <w:rPr>
          <w:i/>
        </w:rPr>
        <w:t>Pluribus</w:t>
      </w:r>
      <w:r>
        <w:t xml:space="preserve"> if you want high-concept science fiction with an emotionally difficult lead. Pick </w:t>
      </w:r>
      <w:r>
        <w:rPr>
          <w:i/>
        </w:rPr>
        <w:t>Dickinson</w:t>
      </w:r>
      <w:r>
        <w:t xml:space="preserve"> for romantic yearning, period drama and a mischievous soundtrack. Start </w:t>
      </w:r>
      <w:r>
        <w:rPr>
          <w:i/>
        </w:rPr>
        <w:t>The Morning Show</w:t>
      </w:r>
      <w:r>
        <w:t xml:space="preserve"> if you're in the mood for a bigger ensemble story and don't mind waiting for the queer storyline to develop.</w:t>
      </w:r>
      <w:r/>
    </w:p>
    <w:p>
      <w:r/>
      <w:r>
        <w:t xml:space="preserve">There are also lighter options. </w:t>
      </w:r>
      <w:r>
        <w:rPr>
          <w:i/>
        </w:rPr>
        <w:t>Mythic Quest</w:t>
      </w:r>
      <w:r>
        <w:t xml:space="preserve"> mixes workplace comedy and video-game chaos, with Ashly Burch and Imani Hakim bringing a friends-to-lovers thread to the ensemble. It's not the main plot, but the chemistry adds a welcome spark to the show's eccentric atmosphere.</w:t>
      </w:r>
      <w:r/>
    </w:p>
    <w:p>
      <w:r/>
      <w:r>
        <w:t>The wider pattern is encouraging. Sometimes sapphic viewers want a sweeping romance, and sometimes they simply want a lesbian character whose entire life isn't organised around coming out or heartbreak. Apple TV+ doesn't get every balance perfect, but its catalogue offers both kinds of story, which is a good reason to keep exploring.</w:t>
      </w:r>
      <w:r/>
    </w:p>
    <w:p>
      <w:r/>
      <w:r>
        <w:t>Pick the mood that fits tonight, then settle in for something beautifully complicated.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Paragraph 2: - Paragraph 3: - Paragraph 4: - Paragraph 5: - Paragraph 6: - Paragraph 7: - Paragraph 8: - Paragraph 9: - Paragraph 10: - Paragraph 11: - Paragraph 12: - Paragraph 13: - Paragraph 14: - Paragraph 15: - Paragraph 16: - Paragraph 17: - Paragraph 18: - Paragraph 19: - Paragraph 20: - Paragraph 21:</w:t>
      </w:r>
      <w:r/>
    </w:p>
    <w:p>
      <w:pPr>
        <w:pStyle w:val="Heading2"/>
      </w:pPr>
      <w:r>
        <w:t>Bibliography</w:t>
      </w:r>
      <w:r/>
    </w:p>
    <w:p>
      <w:r/>
      <w:r>
        <w:t xml:space="preserve">1. </w:t>
      </w:r>
      <w:hyperlink r:id="rId9">
        <w:r>
          <w:rPr>
            <w:color w:val="0000EE"/>
            <w:u w:val="single"/>
          </w:rPr>
          <w:t>https://www.thelesbianreview.com/3-must-watch-sapphic-tv-apple/</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lesbianreview.com/3-must-watch-sapphic-tv-app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