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Pride 2026 Events for Pool Parties and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planning Palm Springs Pride 2026 around sun-soaked pool parties, drag brunches and lively queer nightlife across the desert. With official celebrations, Cathedral City events and plenty of late-night options, the weekend offers more than one parade route. It matters because popular tickets and rooms can disappear quickly, so a little planning pays off.</w:t>
      </w:r>
      <w:r/>
    </w:p>
    <w:p>
      <w:pPr>
        <w:pStyle w:val="Heading2"/>
      </w:pPr>
      <w:r>
        <w:t>Essential Takeaways</w:t>
      </w:r>
      <w:r/>
      <w:r/>
    </w:p>
    <w:p>
      <w:pPr>
        <w:pStyle w:val="ListBullet"/>
        <w:spacing w:line="240" w:lineRule="auto"/>
        <w:ind w:left="720"/>
      </w:pPr>
      <w:r/>
      <w:r>
        <w:rPr>
          <w:b/>
        </w:rPr>
        <w:t>Pool-party variety:</w:t>
      </w:r>
      <w:r>
        <w:t xml:space="preserve"> Choose between a heated resort pool, a clothing-optional afternoon or larger Pride Massive celebrations.</w:t>
      </w:r>
      <w:r/>
    </w:p>
    <w:p>
      <w:pPr>
        <w:pStyle w:val="ListBullet"/>
        <w:spacing w:line="240" w:lineRule="auto"/>
        <w:ind w:left="720"/>
      </w:pPr>
      <w:r/>
      <w:r>
        <w:rPr>
          <w:b/>
        </w:rPr>
        <w:t>Arenas Road is the nightlife hub:</w:t>
      </w:r>
      <w:r>
        <w:t xml:space="preserve"> Palm Springs' central gay district makes bar-hopping relatively simple on foot.</w:t>
      </w:r>
      <w:r/>
    </w:p>
    <w:p>
      <w:pPr>
        <w:pStyle w:val="ListBullet"/>
        <w:spacing w:line="240" w:lineRule="auto"/>
        <w:ind w:left="720"/>
      </w:pPr>
      <w:r/>
      <w:r>
        <w:rPr>
          <w:b/>
        </w:rPr>
        <w:t>Brunch brings the sparkle:</w:t>
      </w:r>
      <w:r>
        <w:t xml:space="preserve"> One Eleven Bar's ICONIC Pride Drag Brunch combines food, comedy and local performers.</w:t>
      </w:r>
      <w:r/>
    </w:p>
    <w:p>
      <w:pPr>
        <w:pStyle w:val="ListBullet"/>
        <w:spacing w:line="240" w:lineRule="auto"/>
        <w:ind w:left="720"/>
      </w:pPr>
      <w:r/>
      <w:r>
        <w:rPr>
          <w:b/>
        </w:rPr>
        <w:t>Book ahead:</w:t>
      </w:r>
      <w:r>
        <w:t xml:space="preserve"> Event tickets, dinners and accommodation are likely to be in high demand over Pride weekend.</w:t>
      </w:r>
      <w:r/>
    </w:p>
    <w:p>
      <w:pPr>
        <w:pStyle w:val="ListBullet"/>
        <w:spacing w:line="240" w:lineRule="auto"/>
        <w:ind w:left="720"/>
      </w:pPr>
      <w:r/>
      <w:r>
        <w:rPr>
          <w:b/>
        </w:rPr>
        <w:t>Pack for the desert:</w:t>
      </w:r>
      <w:r>
        <w:t xml:space="preserve"> Sunscreen, water, comfortable shoes and a light evening layer are all sensible additions.</w:t>
      </w:r>
      <w:r/>
      <w:r/>
    </w:p>
    <w:p>
      <w:pPr>
        <w:pStyle w:val="Heading2"/>
      </w:pPr>
      <w:r>
        <w:t>Pool parties set the tone for Palm Springs Pride</w:t>
      </w:r>
      <w:r/>
    </w:p>
    <w:p>
      <w:r/>
      <w:r>
        <w:t>The easiest way to understand Palm Springs Pride 2026 is to picture a warm afternoon, bright swimwear and music drifting across the water. The official Pride Pool Party is scheduled for Friday, 6 November, at Palm Springs Surf Club, with a heated pool, lazy river, DJs and food and drink specials, according to the event listing.</w:t>
      </w:r>
      <w:r/>
    </w:p>
    <w:p>
      <w:r/>
      <w:r>
        <w:t>Saturday brings a different mood at CCBC Resort in Cathedral City. The Rainbow Splash Pool Party is planned for 7 November and offers a clothing-optional setting, poolside DJs and plenty of space to socialise, as outlined by the organisers.</w:t>
      </w:r>
      <w:r/>
    </w:p>
    <w:p>
      <w:r/>
      <w:r>
        <w:t>There are more choices, too. Pride Massive is set to add its own pool programming, giving visitors a chance to choose between a relaxed resort afternoon and something louder and more dance-focused. Just remember that clothing-optional rules apply only at designated venues, not across Palm Springs generally.</w:t>
      </w:r>
      <w:r/>
    </w:p>
    <w:p>
      <w:pPr>
        <w:pStyle w:val="Heading2"/>
      </w:pPr>
      <w:r>
        <w:t>The weekend is bigger than one parade</w:t>
      </w:r>
      <w:r/>
    </w:p>
    <w:p>
      <w:r/>
      <w:r>
        <w:t>Palm Springs Pride's appeal lies in its range. You can spend the afternoon beside a pool, then swap flip-flops for something more theatrical, with drag, comedy and queer cultural events spread across the city.</w:t>
      </w:r>
      <w:r/>
    </w:p>
    <w:p>
      <w:r/>
      <w:r>
        <w:t>The wider Pride programme includes performances and celebrations hosted in Palm Springs and nearby Cathedral City, while the official festival calendar provides the latest event information. That geographic spread is useful, but it also means visitors should check journey times rather than assuming every venue is a quick walk away.</w:t>
      </w:r>
      <w:r/>
    </w:p>
    <w:p>
      <w:r/>
      <w:r>
        <w:t>For first-timers, the smartest approach is to build around one or two must-see events. Trying to attend everything sounds glamorous until your feet, phone battery and social energy all stage a small rebellion.</w:t>
      </w:r>
      <w:r/>
    </w:p>
    <w:p>
      <w:pPr>
        <w:pStyle w:val="Heading2"/>
      </w:pPr>
      <w:r>
        <w:t>Drag brunch is an easy win</w:t>
      </w:r>
      <w:r/>
    </w:p>
    <w:p>
      <w:r/>
      <w:r>
        <w:t>For a slower start, One Eleven Bar's ICONIC Pride Drag Brunch in Cathedral City offers food, drinks and performances from Vanity Halston, local entertainers and RuPaul's Drag Race alumni, according to the venue's event page. It’s the sort of booking that can anchor a Saturday without consuming the entire day.</w:t>
      </w:r>
      <w:r/>
    </w:p>
    <w:p>
      <w:r/>
      <w:r>
        <w:t>The format also works well for groups. Brunch gives everyone a chance to catch up, eat properly and enjoy a show before deciding whether the afternoon calls for shopping, pool time or a nap.</w:t>
      </w:r>
      <w:r/>
    </w:p>
    <w:p>
      <w:r/>
      <w:r>
        <w:t>Meanwhile, Boozehounds' Queerlesque! Cult Classics is aimed at visitors who prefer their evening entertainment with a little more spectacle. The listing promises drag, burlesque, aerial performance and queer theatre, making it a strong alternative to a conventional club night.</w:t>
      </w:r>
      <w:r/>
    </w:p>
    <w:p>
      <w:pPr>
        <w:pStyle w:val="Heading2"/>
      </w:pPr>
      <w:r>
        <w:t>Arenas Road remains the natural nightlife base</w:t>
      </w:r>
      <w:r/>
    </w:p>
    <w:p>
      <w:r/>
      <w:r>
        <w:t>When the sun goes down, Arenas Road is still the obvious place to begin. Its concentration of gay bars, patios and clubs makes it easier to move between venues, meet people and change plans without committing to a long taxi ride.</w:t>
      </w:r>
      <w:r/>
    </w:p>
    <w:p>
      <w:r/>
      <w:r>
        <w:t>That flexibility is part of the fun. You might arrive with one bar in mind, hear music from somewhere else and end up following the crowd instead. During Pride, expect busier pavements, longer waits and a more animated atmosphere, so patience is a useful accessory.</w:t>
      </w:r>
      <w:r/>
    </w:p>
    <w:p>
      <w:r/>
      <w:r>
        <w:t>Official Pride information should be checked for passes, access details and any temporary changes. Rideshares can be helpful later in the evening, particularly if you're travelling between Palm Springs and Cathedral City.</w:t>
      </w:r>
      <w:r/>
    </w:p>
    <w:p>
      <w:pPr>
        <w:pStyle w:val="Heading2"/>
      </w:pPr>
      <w:r>
        <w:t>A few practical tips make the weekend smoother</w:t>
      </w:r>
      <w:r/>
    </w:p>
    <w:p>
      <w:r/>
      <w:r>
        <w:t>Book accommodation and headline events early. Palm Springs Pride attracts visitors from well beyond the Coachella Valley, and the most popular rooms, shows and parties are unlikely to remain available indefinitely.</w:t>
      </w:r>
      <w:r/>
    </w:p>
    <w:p>
      <w:r/>
      <w:r>
        <w:t>The desert weather may be pleasant in November, but sunshine, dancing and cocktails can still leave you depleted. Carry water, apply high-factor sunscreen and choose shoes you can genuinely walk in, not merely admire in a mirror.</w:t>
      </w:r>
      <w:r/>
    </w:p>
    <w:p>
      <w:r/>
      <w:r>
        <w:t>Plan dinner reservations as well. Restaurants can fill quickly during major weekends, and discovering that every nearby kitchen is booked when you're hungry is a distinctly unglamorous plot twist.</w:t>
      </w:r>
      <w:r/>
    </w:p>
    <w:p>
      <w:r/>
      <w:r>
        <w:t>Finally, leave some breathing room in the itinerary. Pride is at its best when there's space for an unexpected conversation, an impromptu drink or an afternoon doing absolutely nothing beside a pool.</w:t>
      </w:r>
      <w:r/>
    </w:p>
    <w:p>
      <w:r/>
      <w:r>
        <w:t>Palm Springs Pride 2026 is shaping up to be a bright, busy weekend where the best plan may be a flexible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Paragraph 8: </w:t>
      </w:r>
      <w:hyperlink r:id="rId11">
        <w:r>
          <w:rPr>
            <w:color w:val="0000EE"/>
            <w:u w:val="single"/>
          </w:rPr>
          <w:t>[4]</w:t>
        </w:r>
      </w:hyperlink>
      <w:r>
        <w:t xml:space="preserve">- Paragraph 9: </w:t>
      </w:r>
      <w:hyperlink r:id="rId11">
        <w:r>
          <w:rPr>
            <w:color w:val="0000EE"/>
            <w:u w:val="single"/>
          </w:rPr>
          <w:t>[4]</w:t>
        </w:r>
      </w:hyperlink>
      <w:r>
        <w:t xml:space="preserve">- Paragraph 10: </w:t>
      </w:r>
      <w:hyperlink r:id="rId11">
        <w:r>
          <w:rPr>
            <w:color w:val="0000EE"/>
            <w:u w:val="single"/>
          </w:rPr>
          <w:t>[4]</w:t>
        </w:r>
      </w:hyperlink>
      <w:r>
        <w:t xml:space="preserve">- Paragraph 11: </w:t>
      </w:r>
      <w:hyperlink r:id="rId11">
        <w:r>
          <w:rPr>
            <w:color w:val="0000EE"/>
            <w:u w:val="single"/>
          </w:rPr>
          <w:t>[4]</w:t>
        </w:r>
      </w:hyperlink>
      <w:r>
        <w:t xml:space="preserve">- Paragraph 12: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https://www.thepalmspringsguys.com/blog/your-pocket-guide-to-palm-springs-pride-2026</w:t>
        </w:r>
      </w:hyperlink>
      <w:r>
        <w:t xml:space="preserve"> - Please view link - unable to able to access data</w:t>
      </w:r>
      <w:r/>
    </w:p>
    <w:p>
      <w:pPr>
        <w:pStyle w:val="ListNumber"/>
        <w:spacing w:line="240" w:lineRule="auto"/>
        <w:ind w:left="720"/>
      </w:pPr>
      <w:r/>
      <w:hyperlink r:id="rId10">
        <w:r>
          <w:rPr>
            <w:color w:val="0000EE"/>
            <w:u w:val="single"/>
          </w:rPr>
          <w:t>https://www.pspride.org/event-details-registration/pride-pool-party-1</w:t>
        </w:r>
      </w:hyperlink>
      <w:r>
        <w:t xml:space="preserve"> - The Official Friday Pride Pool Party is scheduled for November 6, 2026, from 2:00 PM to 6:00 PM at the Palm Springs Surf Club. Attendees can enjoy a heated pool, lazy river, live DJ, and festive food and drink specials. Admission is $25 per person, with options to upgrade to a $200 daybed add-on for a dedicated poolside lounge spot. The Palm Springs Surf Club is located at 1500 S Gene Autry Trail, Palm Springs, CA 92264. Tickets are available through the official Palm Springs Pride website.</w:t>
      </w:r>
      <w:r/>
    </w:p>
    <w:p>
      <w:pPr>
        <w:pStyle w:val="ListNumber"/>
        <w:spacing w:line="240" w:lineRule="auto"/>
        <w:ind w:left="720"/>
      </w:pPr>
      <w:r/>
      <w:hyperlink r:id="rId12">
        <w:r>
          <w:rPr>
            <w:color w:val="0000EE"/>
            <w:u w:val="single"/>
          </w:rPr>
          <w:t>https://www.pspride.org/event-details-registration/ccbc-rainbow-splash-pool-party-2026</w:t>
        </w:r>
      </w:hyperlink>
      <w:r>
        <w:t xml:space="preserve"> - The CCBC Rainbow Splash Pool Party is set for November 7, 2026, from 12:00 PM to 4:00 PM at CCBC Resort in Cathedral City. This clothing-optional event features poolside DJs, dining, and drinks at Runway throughout the weekend. Tickets are priced at $45 in advance plus Eventbrite fees, with $55 passes available at the door. The CCBC Resort is located at 68-300 Gay Resort Dr, Cathedral City, CA 92234. More details and ticket information can be found on the official Palm Springs Pride website.</w:t>
      </w:r>
      <w:r/>
    </w:p>
    <w:p>
      <w:pPr>
        <w:pStyle w:val="ListNumber"/>
        <w:spacing w:line="240" w:lineRule="auto"/>
        <w:ind w:left="720"/>
      </w:pPr>
      <w:r/>
      <w:hyperlink r:id="rId11">
        <w:r>
          <w:rPr>
            <w:color w:val="0000EE"/>
            <w:u w:val="single"/>
          </w:rPr>
          <w:t>https://www.pspride.org/pride</w:t>
        </w:r>
      </w:hyperlink>
      <w:r>
        <w:t xml:space="preserve"> - Palm Springs Pride 2026 is scheduled for November 6–8, 2026, in downtown Palm Springs and the Arenas District. The weekend includes stages, community organizations, vendors, nightlife, and public gatherings under the theme 'Be Included.' The signature Pride Parade steps off at 10 a.m. on Sunday, November 8, traveling south on Palm Canyon Drive from Tachevah Drive toward downtown. The event is free to attend, with donations helping to keep Pride accessible to everyone. For more information, visit the official Palm Springs Pride website.</w:t>
      </w:r>
      <w:r/>
    </w:p>
    <w:p>
      <w:pPr>
        <w:pStyle w:val="ListNumber"/>
        <w:spacing w:line="240" w:lineRule="auto"/>
        <w:ind w:left="720"/>
      </w:pPr>
      <w:r/>
      <w:hyperlink r:id="rId13">
        <w:r>
          <w:rPr>
            <w:color w:val="0000EE"/>
            <w:u w:val="single"/>
          </w:rPr>
          <w:t>https://www.pspride.org/event-details-registration/colossal-pool-party-pride-massive</w:t>
        </w:r>
      </w:hyperlink>
      <w:r>
        <w:t xml:space="preserve"> - The Colossal Pool Party, part of Pride Massive, is scheduled for November 7, 2026, at 12:00 PM at the Ace Main Pool in Palm Springs. This event is described as the centerpiece of Pride Weekend, featuring over one thousand attendees, festival-scale sound, and wall-to-wall energy, making it the largest Pride pool party in Palm Springs. Attendees can dance in the water, soak up the sun, or upgrade to a daybed or cabana for the ultimate daytime escape. The Ace Palm Springs is located at 701 E Palm Canyon Dr, Palm Springs, CA 92264. Tickets and more information are available on the official Palm Springs Pride website.</w:t>
      </w:r>
      <w:r/>
    </w:p>
    <w:p>
      <w:pPr>
        <w:pStyle w:val="ListNumber"/>
        <w:spacing w:line="240" w:lineRule="auto"/>
        <w:ind w:left="720"/>
      </w:pPr>
      <w:r/>
      <w:hyperlink r:id="rId14">
        <w:r>
          <w:rPr>
            <w:color w:val="0000EE"/>
            <w:u w:val="single"/>
          </w:rPr>
          <w:t>https://www.pspride.org/event-details-registration/one-eleven-bar-iconic-pride-drag-brunch</w:t>
        </w:r>
      </w:hyperlink>
      <w:r>
        <w:t xml:space="preserve"> - One Eleven Bar is hosting the ICONIC Pride Drag Brunch on Saturday, November 7, 2026, in Cathedral City. The event features Vanity Halston alongside an impressive lineup of local talent and RuPaul's Drag Race performers. Attendees can enjoy great drag performances, delicious brunch, and an excuse to begin the day with a little sparkle. The One Eleven Bar is located in Cathedral City. Tickets and more information are available on the official Palm Springs Pride website.</w:t>
      </w:r>
      <w:r/>
    </w:p>
    <w:p>
      <w:pPr>
        <w:pStyle w:val="ListNumber"/>
        <w:spacing w:line="240" w:lineRule="auto"/>
        <w:ind w:left="720"/>
      </w:pPr>
      <w:r/>
      <w:hyperlink r:id="rId15">
        <w:r>
          <w:rPr>
            <w:color w:val="0000EE"/>
            <w:u w:val="single"/>
          </w:rPr>
          <w:t>https://www.pspride.org/event-details-registration/boozehounds-queerlesque-cult-classics</w:t>
        </w:r>
      </w:hyperlink>
      <w:r>
        <w:t xml:space="preserve"> - Boozehounds Palm Springs is hosting Queerlesque! Cult Classics on Saturday, November 7, 2026, from 7:00 PM to 9:30 PM. The event combines drag, burlesque, aerial performances, and queer theatricality for an evening of outrageous entertainment. Standing-room admission and VIP tables are available. Boozehounds Palm Springs is located in Palm Springs. Tickets and more information can be found on the official Palm Springs Pride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almspringsguys.com/blog/your-pocket-guide-to-palm-springs-pride-2026" TargetMode="External"/><Relationship Id="rId10" Type="http://schemas.openxmlformats.org/officeDocument/2006/relationships/hyperlink" Target="https://www.pspride.org/event-details-registration/pride-pool-party-1" TargetMode="External"/><Relationship Id="rId11" Type="http://schemas.openxmlformats.org/officeDocument/2006/relationships/hyperlink" Target="https://www.pspride.org/pride" TargetMode="External"/><Relationship Id="rId12" Type="http://schemas.openxmlformats.org/officeDocument/2006/relationships/hyperlink" Target="https://www.pspride.org/event-details-registration/ccbc-rainbow-splash-pool-party-2026" TargetMode="External"/><Relationship Id="rId13" Type="http://schemas.openxmlformats.org/officeDocument/2006/relationships/hyperlink" Target="https://www.pspride.org/event-details-registration/colossal-pool-party-pride-massive" TargetMode="External"/><Relationship Id="rId14" Type="http://schemas.openxmlformats.org/officeDocument/2006/relationships/hyperlink" Target="https://www.pspride.org/event-details-registration/one-eleven-bar-iconic-pride-drag-brunch" TargetMode="External"/><Relationship Id="rId15" Type="http://schemas.openxmlformats.org/officeDocument/2006/relationships/hyperlink" Target="https://www.pspride.org/event-details-registration/boozehounds-queerlesque-cult-class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