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Orlando Pride events for LGBTQ+ nightlife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Orlando's Anthem nightclub is marking its first anniversary with a packed Pride weekend of DJs, drag, dancing and community events, offering visitors a lively downtown base for Come Out With Pride and a glimpse of the city's evolving LGBTQ+ nightlife.</w:t>
      </w:r>
      <w:r/>
    </w:p>
    <w:p>
      <w:pPr>
        <w:pStyle w:val="Heading2"/>
      </w:pPr>
      <w:r>
        <w:t>Essential Takeaways</w:t>
      </w:r>
      <w:r/>
      <w:r/>
    </w:p>
    <w:p>
      <w:pPr>
        <w:pStyle w:val="ListBullet"/>
        <w:spacing w:line="240" w:lineRule="auto"/>
        <w:ind w:left="720"/>
      </w:pPr>
      <w:r/>
      <w:r>
        <w:rPr>
          <w:b/>
        </w:rPr>
        <w:t>A major anniversary:</w:t>
      </w:r>
      <w:r>
        <w:t xml:space="preserve"> Anthem Orlando is entering its second year after opening during last year's Come Out With Pride weekend.</w:t>
      </w:r>
      <w:r/>
    </w:p>
    <w:p>
      <w:pPr>
        <w:pStyle w:val="ListBullet"/>
        <w:spacing w:line="240" w:lineRule="auto"/>
        <w:ind w:left="720"/>
      </w:pPr>
      <w:r/>
      <w:r>
        <w:rPr>
          <w:b/>
        </w:rPr>
        <w:t>A full weekend ahead:</w:t>
      </w:r>
      <w:r>
        <w:t xml:space="preserve"> The programme includes Latin nights, international DJs, drag performances, parade events and daytime parties.</w:t>
      </w:r>
      <w:r/>
    </w:p>
    <w:p>
      <w:pPr>
        <w:pStyle w:val="ListBullet"/>
        <w:spacing w:line="240" w:lineRule="auto"/>
        <w:ind w:left="720"/>
      </w:pPr>
      <w:r/>
      <w:r>
        <w:rPr>
          <w:b/>
        </w:rPr>
        <w:t>Parade-day hub:</w:t>
      </w:r>
      <w:r>
        <w:t xml:space="preserve"> The Most Colorful Parade begins at Anthem, with free celebrations planned indoors and outdoors.</w:t>
      </w:r>
      <w:r/>
    </w:p>
    <w:p>
      <w:pPr>
        <w:pStyle w:val="ListBullet"/>
        <w:spacing w:line="240" w:lineRule="auto"/>
        <w:ind w:left="720"/>
      </w:pPr>
      <w:r/>
      <w:r>
        <w:rPr>
          <w:b/>
        </w:rPr>
        <w:t>More than a club:</w:t>
      </w:r>
      <w:r>
        <w:t xml:space="preserve"> The venue also supports local performers, advocacy events and emerging LGBTQ+ artists.</w:t>
      </w:r>
      <w:r/>
    </w:p>
    <w:p>
      <w:pPr>
        <w:pStyle w:val="ListBullet"/>
        <w:spacing w:line="240" w:lineRule="auto"/>
        <w:ind w:left="720"/>
      </w:pPr>
      <w:r/>
      <w:r>
        <w:rPr>
          <w:b/>
        </w:rPr>
        <w:t>Plan before arriving:</w:t>
      </w:r>
      <w:r>
        <w:t xml:space="preserve"> Check entry rules, ticket details and set times, as the weekend combines free and paid events.</w:t>
      </w:r>
      <w:r/>
      <w:r/>
    </w:p>
    <w:p>
      <w:pPr>
        <w:pStyle w:val="Heading2"/>
      </w:pPr>
      <w:r>
        <w:t>Anthem Orlando turns one with a bold Pride weekend</w:t>
      </w:r>
      <w:r/>
    </w:p>
    <w:p>
      <w:r/>
      <w:r>
        <w:t>There was something wonderfully chaotic about Anthem Orlando's first night. The venue opened while work was still being finished, with guests arriving before the toilets were ready and the team racing to complete the space around them.</w:t>
      </w:r>
      <w:r/>
    </w:p>
    <w:p>
      <w:r/>
      <w:r>
        <w:t xml:space="preserve">That slightly scrappy beginning now feels like part of the club's character. One year on, Anthem has become a recognisable downtown destination, with a polished programme built around Come Out With Pride and a clear sense of purpose. Orlando Weekly reported that co-owner Michael Vacirca still sees the venue's central location as an important symbol of LGBTQ+ visibility. </w:t>
      </w:r>
      <w:hyperlink r:id="rId9">
        <w:r>
          <w:rPr>
            <w:color w:val="0000EE"/>
            <w:u w:val="single"/>
          </w:rPr>
          <w:t>[2]</w:t>
        </w:r>
      </w:hyperlink>
      <w:r/>
    </w:p>
    <w:p>
      <w:r/>
      <w:r>
        <w:t>For visitors, that makes the weekend more than a run of parties. It's a chance to experience a club that wants to be both a nightlife venue and a gathering point for the wider community.</w:t>
      </w:r>
      <w:r/>
    </w:p>
    <w:p>
      <w:pPr>
        <w:pStyle w:val="Heading2"/>
      </w:pPr>
      <w:r>
        <w:t>What to expect from Orlando Pride nightlife</w:t>
      </w:r>
      <w:r/>
    </w:p>
    <w:p>
      <w:r/>
      <w:r>
        <w:t>The festivities begin with a special Latin night featuring DJ Jerry and a drag performance from the House of San Miguel. Friday brings the Arrebato party, followed by sets from Colombia's DJ Jerac and Spain's Leo Blanco, with Nani Soul opening.</w:t>
      </w:r>
      <w:r/>
    </w:p>
    <w:p>
      <w:r/>
      <w:r>
        <w:t xml:space="preserve">Saturday is the biggest draw. Anthem is hosting the start of the Most Colorful Parade, then opening from midday for a free party inside and outside the venue. A ticketed evening event follows, with DJ Dani Brasil moving between the indoor room and outdoor space, while DJ Nitro takes over inside later at night. Anthem's official Pride information also highlights the venue's extended weekend programme. </w:t>
      </w:r>
      <w:hyperlink r:id="rId10">
        <w:r>
          <w:rPr>
            <w:color w:val="0000EE"/>
            <w:u w:val="single"/>
          </w:rPr>
          <w:t>[3]</w:t>
        </w:r>
      </w:hyperlink>
      <w:r/>
    </w:p>
    <w:p>
      <w:r/>
      <w:r>
        <w:t>Sunday keeps the momentum going with Afterglow, featuring Erik Vilar, Matty Anderson and Erik Armiliato. It's the sort of schedule that rewards stamina, comfortable shoes and a willingness to let the afternoon become evening.</w:t>
      </w:r>
      <w:r/>
    </w:p>
    <w:p>
      <w:pPr>
        <w:pStyle w:val="Heading2"/>
      </w:pPr>
      <w:r>
        <w:t>Why international DJs matter to the celebration</w:t>
      </w:r>
      <w:r/>
    </w:p>
    <w:p>
      <w:r/>
      <w:r>
        <w:t>Anthem's booking strategy looks beyond familiar local names. Bringing performers from Latin America, Europe and elsewhere gives Orlando audiences a broader view of LGBTQ+ club culture, while giving visiting artists a direct connection with the city's Pride crowd.</w:t>
      </w:r>
      <w:r/>
    </w:p>
    <w:p>
      <w:r/>
      <w:r>
        <w:t xml:space="preserve">For DJ Erik Vilar, who is making his Orlando debut, the weekend carries emotional weight as well as dancefloor energy. He told Orlando Weekly that his set will focus on love, freedom and self-expression, describing music as his way of expressing the meaning of Pride. </w:t>
      </w:r>
      <w:hyperlink r:id="rId9">
        <w:r>
          <w:rPr>
            <w:color w:val="0000EE"/>
            <w:u w:val="single"/>
          </w:rPr>
          <w:t>[2]</w:t>
        </w:r>
      </w:hyperlink>
      <w:r/>
    </w:p>
    <w:p>
      <w:r/>
      <w:r>
        <w:t xml:space="preserve">That international mix also reflects a wider trend across Pride festivals. The strongest events aren't simply adding a headline act; they're creating a shared atmosphere where different scenes, accents and musical traditions meet. Anthem's 2026 guide presents the weekend as a deliberately varied programme rather than a single-night booking. </w:t>
      </w:r>
      <w:hyperlink r:id="rId11">
        <w:r>
          <w:rPr>
            <w:color w:val="0000EE"/>
            <w:u w:val="single"/>
          </w:rPr>
          <w:t>[4]</w:t>
        </w:r>
      </w:hyperlink>
      <w:r/>
    </w:p>
    <w:p>
      <w:pPr>
        <w:pStyle w:val="Heading2"/>
      </w:pPr>
      <w:r>
        <w:t>A safe space for local talent, too</w:t>
      </w:r>
      <w:r/>
    </w:p>
    <w:p>
      <w:r/>
      <w:r>
        <w:t>The club's role stretches beyond big-name DJs. Its recurring Dragged From the Grave showcase gives alternative drag and drag kings a regular platform, while Adi's Love Fest brings another distinctive local voice to the calendar.</w:t>
      </w:r>
      <w:r/>
    </w:p>
    <w:p>
      <w:r/>
      <w:r>
        <w:t xml:space="preserve">That matters because new performers need more than a one-off slot. A reliable stage can help artists develop confidence, meet collaborators and build an audience, especially in a scene where opportunities can feel uneven. Vacirca told Orlando Weekly that the venue wants to help the next generation grow while providing a safe place to connect. </w:t>
      </w:r>
      <w:hyperlink r:id="rId9">
        <w:r>
          <w:rPr>
            <w:color w:val="0000EE"/>
            <w:u w:val="single"/>
          </w:rPr>
          <w:t>[2]</w:t>
        </w:r>
      </w:hyperlink>
      <w:r/>
    </w:p>
    <w:p>
      <w:r/>
      <w:r>
        <w:t>For anyone visiting Pride, these smaller showcases may be among the most memorable parts of the weekend. Big bookings create excitement, but local talent gives a venue its personality.</w:t>
      </w:r>
      <w:r/>
    </w:p>
    <w:p>
      <w:pPr>
        <w:pStyle w:val="Heading2"/>
      </w:pPr>
      <w:r>
        <w:t>How to plan your Come Out With Pride weekend</w:t>
      </w:r>
      <w:r/>
    </w:p>
    <w:p>
      <w:r/>
      <w:r>
        <w:t xml:space="preserve">Start by checking which events are free and which require tickets. The Saturday daytime party is free, while the later evening programme is ticketed, and timings can shift as multiple rooms and outdoor areas come into play. Anthem's official event guide is the best place to confirm the latest details before setting off. </w:t>
      </w:r>
      <w:hyperlink r:id="rId11">
        <w:r>
          <w:rPr>
            <w:color w:val="0000EE"/>
            <w:u w:val="single"/>
          </w:rPr>
          <w:t>[4]</w:t>
        </w:r>
      </w:hyperlink>
      <w:r/>
    </w:p>
    <w:p>
      <w:r/>
      <w:r>
        <w:t>Arrive early if you want a good view of the parade or prefer a calmer start. Later, expect louder music, longer queues and a fuller dancefloor. Comfortable footwear is a practical must, particularly if you're planning to move between the parade, outdoor area and indoor sets.</w:t>
      </w:r>
      <w:r/>
    </w:p>
    <w:p>
      <w:r/>
      <w:r>
        <w:t xml:space="preserve">It's also worth checking age requirements, identification rules and any bag or entry policies. Pride weekends can be wonderfully spontaneous, but a few minutes of planning will make the night feel much smoother. Broader Orlando Pride listings provide useful context on the wider festival schedule and surrounding events. </w:t>
      </w:r>
      <w:hyperlink r:id="rId12">
        <w:r>
          <w:rPr>
            <w:color w:val="0000EE"/>
            <w:u w:val="single"/>
          </w:rPr>
          <w:t>[5]</w:t>
        </w:r>
      </w:hyperlink>
      <w:r/>
    </w:p>
    <w:p>
      <w:pPr>
        <w:pStyle w:val="Heading2"/>
      </w:pPr>
      <w:r>
        <w:t>A venue with a message behind the music</w:t>
      </w:r>
      <w:r/>
    </w:p>
    <w:p>
      <w:r/>
      <w:r>
        <w:t>Anthem's name is intended as a rallying cry, and the venue is leaning into that idea. Alongside parties, it has hosted political and community events, including a campaign gathering involving state representative Anna Eskamani and drag artist Darcel Stevens.</w:t>
      </w:r>
      <w:r/>
    </w:p>
    <w:p>
      <w:r/>
      <w:r>
        <w:t xml:space="preserve">That combination gives the club a more layered identity. It can be a place for a late-night dance, a local showcase, a community conversation or simply a few hours of relief from the outside world. Industry coverage of Pride events elsewhere in the United States also shows how nightlife venues increasingly sit alongside festivals as important spaces for visibility and connection. </w:t>
      </w:r>
      <w:hyperlink r:id="rId13">
        <w:r>
          <w:rPr>
            <w:color w:val="0000EE"/>
            <w:u w:val="single"/>
          </w:rPr>
          <w:t>[7]</w:t>
        </w:r>
      </w:hyperlink>
      <w:r/>
    </w:p>
    <w:p>
      <w:r/>
      <w:r>
        <w:t>The most telling part of Anthem's first year may be that people keep returning. A venue can have impressive lighting and international bookings, but it becomes meaningful when visitors feel that it belongs to them.</w:t>
      </w:r>
      <w:r/>
    </w:p>
    <w:p>
      <w:r/>
      <w:r>
        <w:t>It's a small but powerful reminder that Pride is about the party, the people and the place you make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https://www.orlandoweekly.com/arts/things-to-do/lgbtq-nightspot-anthem-orlando-begins-year-two-at-come-out-with-pride/</w:t>
        </w:r>
      </w:hyperlink>
      <w:r>
        <w:t xml:space="preserve"> - Please view link - unable to able to access data</w:t>
      </w:r>
      <w:r/>
    </w:p>
    <w:p>
      <w:pPr>
        <w:pStyle w:val="ListNumber"/>
        <w:spacing w:line="240" w:lineRule="auto"/>
        <w:ind w:left="720"/>
      </w:pPr>
      <w:r/>
      <w:hyperlink r:id="rId9">
        <w:r>
          <w:rPr>
            <w:color w:val="0000EE"/>
            <w:u w:val="single"/>
          </w:rPr>
          <w:t>https://www.orlandoweekly.com/arts/things-to-do/lgbtq-nightspot-anthem-orlando-begins-year-two-at-come-out-with-pride/</w:t>
        </w:r>
      </w:hyperlink>
      <w:r>
        <w:t xml:space="preserve"> - Anthem Orlando, an LGBTQ+ nightclub, celebrated its first anniversary during the 2026 Come Out With Pride weekend. Co-owner Michael Vacirca recalled the club's opening amidst ongoing construction, highlighting the significance of launching during Pride to establish a community connection. The venue hosted various events, including performances by international DJs, and emphasized its role as a central gathering place for Orlando's LGBTQ+ community.</w:t>
      </w:r>
      <w:r/>
    </w:p>
    <w:p>
      <w:pPr>
        <w:pStyle w:val="ListNumber"/>
        <w:spacing w:line="240" w:lineRule="auto"/>
        <w:ind w:left="720"/>
      </w:pPr>
      <w:r/>
      <w:hyperlink r:id="rId10">
        <w:r>
          <w:rPr>
            <w:color w:val="0000EE"/>
            <w:u w:val="single"/>
          </w:rPr>
          <w:t>https://anthemorlando.com/orlando-pride/</w:t>
        </w:r>
      </w:hyperlink>
      <w:r>
        <w:t xml:space="preserve"> - Anthem Orlando's official guide for Orlando Pride 2026 details the venue's events during the Pride weekend. The schedule includes DJ performances, ticket information, and venue specifics. The guide also provides essential information such as the venue's location, parking options, and age restrictions, ensuring attendees are well-prepared for the festivities.</w:t>
      </w:r>
      <w:r/>
    </w:p>
    <w:p>
      <w:pPr>
        <w:pStyle w:val="ListNumber"/>
        <w:spacing w:line="240" w:lineRule="auto"/>
        <w:ind w:left="720"/>
      </w:pPr>
      <w:r/>
      <w:hyperlink r:id="rId11">
        <w:r>
          <w:rPr>
            <w:color w:val="0000EE"/>
            <w:u w:val="single"/>
          </w:rPr>
          <w:t>https://anthemorlando.com/come-out-with-pride-orlando-2026-guide/</w:t>
        </w:r>
      </w:hyperlink>
      <w:r>
        <w:t xml:space="preserve"> - This comprehensive guide outlines the Come Out With Pride Orlando 2026 events, including the parade and festival at Lake Eola Park. It details the parade route, festival activities, and the Anthem Orlando afterparty. The guide also offers practical information on transportation, accommodations, and tips for attendees to make the most of the Pride weekend.</w:t>
      </w:r>
      <w:r/>
    </w:p>
    <w:p>
      <w:pPr>
        <w:pStyle w:val="ListNumber"/>
        <w:spacing w:line="240" w:lineRule="auto"/>
        <w:ind w:left="720"/>
      </w:pPr>
      <w:r/>
      <w:hyperlink r:id="rId12">
        <w:r>
          <w:rPr>
            <w:color w:val="0000EE"/>
            <w:u w:val="single"/>
          </w:rPr>
          <w:t>https://www.inclusivity.org/pride/come-out-with-pride-orlando</w:t>
        </w:r>
      </w:hyperlink>
      <w:r>
        <w:t xml:space="preserve"> - Inclusivity.org provides an overview of Come Out With Pride Orlando 2026, highlighting the event's significance as Orlando's main Pride celebration. The article details the festival's schedule, including the parade and festival at Lake Eola Park, and notes the event's growth, drawing over 230,000 attendees in 2025, making it one of the largest Pride events in the Southeast.</w:t>
      </w:r>
      <w:r/>
    </w:p>
    <w:p>
      <w:pPr>
        <w:pStyle w:val="ListNumber"/>
        <w:spacing w:line="240" w:lineRule="auto"/>
        <w:ind w:left="720"/>
      </w:pPr>
      <w:r/>
      <w:hyperlink r:id="rId14">
        <w:r>
          <w:rPr>
            <w:color w:val="0000EE"/>
            <w:u w:val="single"/>
          </w:rPr>
          <w:t>https://www.eventeny.com/events/bad-bunny-bowl-day-party-26561/</w:t>
        </w:r>
      </w:hyperlink>
      <w:r>
        <w:t xml:space="preserve"> - Eventeny details the 'Bad Bunny Bowl – Day Party,' a Latin-inspired event hosted by Come Out With Pride at Anthem Orlando on February 1, 2026. The event featured music by DJ Mozed and live performances by Guerilla Gay Bar, aiming to celebrate culture, confidence, and queer joy while supporting the LGBTQIA+ community.</w:t>
      </w:r>
      <w:r/>
    </w:p>
    <w:p>
      <w:pPr>
        <w:pStyle w:val="ListNumber"/>
        <w:spacing w:line="240" w:lineRule="auto"/>
        <w:ind w:left="720"/>
      </w:pPr>
      <w:r/>
      <w:hyperlink r:id="rId13">
        <w:r>
          <w:rPr>
            <w:color w:val="0000EE"/>
            <w:u w:val="single"/>
          </w:rPr>
          <w:t>https://www.axios.com/local/phoenix/2026/10/09/phoenix-pride-festival-2026-arizona-center-leaves-steele-indian-school-park</w:t>
        </w:r>
      </w:hyperlink>
      <w:r>
        <w:t xml:space="preserve"> - Axios reports on the 45th annual Phoenix Pride Festival's relocation from Steele Indian School Park to the Arizona Center in downtown Phoenix due to financial challenges. The festival, now free to attend, continues to serve as a vital symbol of inclusion and support for the LGBTQ+ community, despite organizational changes.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landoweekly.com/arts/things-to-do/lgbtq-nightspot-anthem-orlando-begins-year-two-at-come-out-with-pride/" TargetMode="External"/><Relationship Id="rId10" Type="http://schemas.openxmlformats.org/officeDocument/2006/relationships/hyperlink" Target="https://anthemorlando.com/orlando-pride/" TargetMode="External"/><Relationship Id="rId11" Type="http://schemas.openxmlformats.org/officeDocument/2006/relationships/hyperlink" Target="https://anthemorlando.com/come-out-with-pride-orlando-2026-guide/" TargetMode="External"/><Relationship Id="rId12" Type="http://schemas.openxmlformats.org/officeDocument/2006/relationships/hyperlink" Target="https://www.inclusivity.org/pride/come-out-with-pride-orlando" TargetMode="External"/><Relationship Id="rId13" Type="http://schemas.openxmlformats.org/officeDocument/2006/relationships/hyperlink" Target="https://www.axios.com/local/phoenix/2026/10/09/phoenix-pride-festival-2026-arizona-center-leaves-steele-indian-school-park" TargetMode="External"/><Relationship Id="rId14" Type="http://schemas.openxmlformats.org/officeDocument/2006/relationships/hyperlink" Target="https://www.eventeny.com/events/bad-bunny-bowl-day-party-265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