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Milwaukee travel guide for a lively city break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Milwaukee as an easy, welcoming LGBTQ+ city break, with lively queer nightlife, handsome historic buildings, generous food and drink, and major attractions packed into a walkable downtown core. For visitors from Chicago and beyond, it offers a friendly Midwestern escape that feels relaxed, characterful and refreshingly unpretentious.</w:t>
      </w:r>
      <w:r/>
    </w:p>
    <w:p>
      <w:pPr>
        <w:pStyle w:val="Heading2"/>
      </w:pPr>
      <w:r>
        <w:t>Essential Takeaways</w:t>
      </w:r>
      <w:r/>
      <w:r/>
    </w:p>
    <w:p>
      <w:pPr>
        <w:pStyle w:val="ListBullet"/>
        <w:spacing w:line="240" w:lineRule="auto"/>
        <w:ind w:left="720"/>
      </w:pPr>
      <w:r/>
      <w:r>
        <w:rPr>
          <w:b/>
        </w:rPr>
        <w:t>Easy to reach:</w:t>
      </w:r>
      <w:r>
        <w:t xml:space="preserve"> Milwaukee makes a straightforward getaway, particularly from Chicago, with many central attractions close together.</w:t>
      </w:r>
      <w:r/>
    </w:p>
    <w:p>
      <w:pPr>
        <w:pStyle w:val="ListBullet"/>
        <w:spacing w:line="240" w:lineRule="auto"/>
        <w:ind w:left="720"/>
      </w:pPr>
      <w:r/>
      <w:r>
        <w:rPr>
          <w:b/>
        </w:rPr>
        <w:t>Welcoming atmosphere:</w:t>
      </w:r>
      <w:r>
        <w:t xml:space="preserve"> Fiserv Forum promotes itself as a safe place, adding reassurance for LGBTQ+ visitors attending events.</w:t>
      </w:r>
      <w:r/>
    </w:p>
    <w:p>
      <w:pPr>
        <w:pStyle w:val="ListBullet"/>
        <w:spacing w:line="240" w:lineRule="auto"/>
        <w:ind w:left="720"/>
      </w:pPr>
      <w:r/>
      <w:r>
        <w:rPr>
          <w:b/>
        </w:rPr>
        <w:t>Strong queer scene:</w:t>
      </w:r>
      <w:r>
        <w:t xml:space="preserve"> Walker's Point is the city's nightlife hub, with bars, clubs and inclusive spaces clustered around South 2nd Street.</w:t>
      </w:r>
      <w:r/>
    </w:p>
    <w:p>
      <w:pPr>
        <w:pStyle w:val="ListBullet"/>
        <w:spacing w:line="240" w:lineRule="auto"/>
        <w:ind w:left="720"/>
      </w:pPr>
      <w:r/>
      <w:r>
        <w:rPr>
          <w:b/>
        </w:rPr>
        <w:t>Food and drink standouts:</w:t>
      </w:r>
      <w:r>
        <w:t xml:space="preserve"> Expect inventive small plates, excellent coffee, old-school cocktails and famously extravagant Bloody Marys.</w:t>
      </w:r>
      <w:r/>
    </w:p>
    <w:p>
      <w:pPr>
        <w:pStyle w:val="ListBullet"/>
        <w:spacing w:line="240" w:lineRule="auto"/>
        <w:ind w:left="720"/>
      </w:pPr>
      <w:r/>
      <w:r>
        <w:rPr>
          <w:b/>
        </w:rPr>
        <w:t>History with personality:</w:t>
      </w:r>
      <w:r>
        <w:t xml:space="preserve"> Architecture, baseball, public parks and Milwaukee's progressive civic traditions give the city plenty of depth.</w:t>
      </w:r>
      <w:r/>
      <w:r/>
    </w:p>
    <w:p>
      <w:pPr>
        <w:pStyle w:val="Heading2"/>
      </w:pPr>
      <w:r>
        <w:t>Why Milwaukee makes such an easy LGBTQ+ getaway</w:t>
      </w:r>
      <w:r/>
    </w:p>
    <w:p>
      <w:r/>
      <w:r>
        <w:t>Milwaukee's biggest travel advantage is its scale. The city feels substantial enough for a full weekend but compact enough that you won't spend your break stuck in traffic. Downtown is a practical base, putting the RiverWalk, hotels, restaurants and entertainment venues within easy reach.</w:t>
      </w:r>
      <w:r/>
    </w:p>
    <w:p>
      <w:r/>
      <w:r>
        <w:t>That convenience matters when you're squeezing a city break around work, a concert or a spontaneous weekend away. The result is less frantic sightseeing and more time for wandering, which is often when a destination starts to feel genuinely appealing.</w:t>
      </w:r>
      <w:r/>
    </w:p>
    <w:p>
      <w:r/>
      <w:r>
        <w:t>Fiserv Forum also adds a useful sense of reassurance for event-goers. The venue's Safe Place initiative reflects a commitment to welcoming visitors, while its visitor guidance covers practical details such as accessibility, entry procedures and venue policies. According to Fiserv Forum, guests should check the A-Z guide before arriving, particularly when attending a busy event.</w:t>
      </w:r>
      <w:r/>
    </w:p>
    <w:p>
      <w:pPr>
        <w:pStyle w:val="Heading2"/>
      </w:pPr>
      <w:r>
        <w:t>Historic streets, polished hotels and lake views</w:t>
      </w:r>
      <w:r/>
    </w:p>
    <w:p>
      <w:r/>
      <w:r>
        <w:t>Milwaukee's skyline is an appealing mix of Neo-Gothic towers, ornate older buildings and newer venues. Much of the central architecture dates from the late nineteenth and early twentieth centuries, giving even a short walk a satisfying sense of occasion.</w:t>
      </w:r>
      <w:r/>
    </w:p>
    <w:p>
      <w:r/>
      <w:r>
        <w:t>For a more lavish stay, the Pfister Hotel remains a classic choice, while Saint Kate Arts Hotel brings a more contemporary, creative mood. The Iron Horse Hotel in Walker's Point is another stylish option, especially for visitors who want to stay close to the city's queer nightlife.</w:t>
      </w:r>
      <w:r/>
    </w:p>
    <w:p>
      <w:r/>
      <w:r>
        <w:t>A good plan is to stay Downtown and branch out from there. Walker's Point is nearby, Bay View is an easy trip for restaurants and bars, and the lakefront offers room to slow down after a late night. Milwaukee is at its best when you mix polished attractions with the slightly rougher, more lived-in corners between them.</w:t>
      </w:r>
      <w:r/>
    </w:p>
    <w:p>
      <w:pPr>
        <w:pStyle w:val="Heading2"/>
      </w:pPr>
      <w:r>
        <w:t>Walker's Point is the heart of Milwaukee nightlife</w:t>
      </w:r>
      <w:r/>
    </w:p>
    <w:p>
      <w:r/>
      <w:r>
        <w:t>Walker's Point gives Milwaukee's LGBTQ+ scene much of its energy. The neighbourhood's old brick buildings and Victorian cottages create a backdrop that's gritty without feeling forbidding, while South 2nd Street gathers several bars within a manageable distance.</w:t>
      </w:r>
      <w:r/>
    </w:p>
    <w:p>
      <w:r/>
      <w:r>
        <w:t>Walker's Pint is a notable stop for anyone seeking a classic lesbian bar atmosphere, with a dive-bar feel and a proudly eclectic interior. D.I.X. offers a more flexible evening, combining a relaxed front bar with dancing and performances towards the back. Fluid, Kruz Bar and LeCage NiteClub add further variety, so the night needn't follow a single script.</w:t>
      </w:r>
      <w:r/>
    </w:p>
    <w:p>
      <w:r/>
      <w:r>
        <w:t>The broader appeal is the mix of people and moods. You might start with a quiet drink, move on to dancing, then finish with something improvised and slightly chaotic. That's part of Milwaukee's charm: the scene feels sociable and unbuttoned rather than overly polished.</w:t>
      </w:r>
      <w:r/>
    </w:p>
    <w:p>
      <w:pPr>
        <w:pStyle w:val="Heading2"/>
      </w:pPr>
      <w:r>
        <w:t>Come hungry for bold food and serious drinks</w:t>
      </w:r>
      <w:r/>
    </w:p>
    <w:p>
      <w:r/>
      <w:r>
        <w:t>Milwaukee is famous for beer, but reducing its food culture to pints would undersell it. The city has plenty of smart, locally minded restaurants, independent coffee shops and cocktail bars that reward a little planning.</w:t>
      </w:r>
      <w:r/>
    </w:p>
    <w:p>
      <w:r/>
      <w:r>
        <w:t>Odd Duck in Walker's Point is a strong choice for small plates, while Bay View brings a more bohemian atmosphere and a lively restaurant scene. Goodkind is well suited to a relaxed dinner, and AtRandom is a fun follow-up for frozen cocktails when the weather is kind. Colectivo, meanwhile, is a reliable name for coffee and a natural daytime stop.</w:t>
      </w:r>
      <w:r/>
    </w:p>
    <w:p>
      <w:r/>
      <w:r>
        <w:t>For a classic Milwaukee experience, order a Bloody Mary and admire the engineering. These drinks can arrive with garnishes substantial enough to qualify as a snack, often alongside a beer chaser. At Bryant's Cocktail Lounge, the mood is more intimate and old-school: there is no conventional menu, so tell the bartender what you like and let them build the drink.</w:t>
      </w:r>
      <w:r/>
    </w:p>
    <w:p>
      <w:pPr>
        <w:pStyle w:val="Heading2"/>
      </w:pPr>
      <w:r>
        <w:t>Baseball, public parks and the city's deeper character</w:t>
      </w:r>
      <w:r/>
    </w:p>
    <w:p>
      <w:r/>
      <w:r>
        <w:t>Milwaukee's appeal becomes clearer once you look beyond nightlife. Brewers pride runs through neighbourhoods such as Story Hill, where team flags and baseball memorabilia give the streets a warm, communal feel around game days.</w:t>
      </w:r>
      <w:r/>
    </w:p>
    <w:p>
      <w:r/>
      <w:r>
        <w:t>The city's history also includes its distinctive tradition of sewer socialism, a practical form of progressive politics focused on public services and shared infrastructure. That legacy helps explain why Milwaukee can feel unusually civic-minded, with an impressive park system and a strong sense of neighbourhood identity.</w:t>
      </w:r>
      <w:r/>
    </w:p>
    <w:p>
      <w:r/>
      <w:r>
        <w:t>For visitors, the lesson is simple: don't treat the city as merely a cheaper alternative to Chicago. Milwaukee has its own rhythm, combining industrial history, queer culture, sports loyalty and lakeside ease. One minute you're in a grand old hotel, the next you're sharing a drink in a slightly scruffy bar, and somehow the contrast works.</w:t>
      </w:r>
      <w:r/>
    </w:p>
    <w:p>
      <w:pPr>
        <w:pStyle w:val="Heading2"/>
      </w:pPr>
      <w:r>
        <w:t>Planning a smoother Milwaukee weekend</w:t>
      </w:r>
      <w:r/>
    </w:p>
    <w:p>
      <w:r/>
      <w:r>
        <w:t>Start with a Downtown hotel if it's your first visit, then reserve at least one evening for Walker's Point. If you're attending a concert or basketball game at Fiserv Forum, check the venue's current visitor guidance in advance, including prohibited items, entry arrangements and accessibility information.</w:t>
      </w:r>
      <w:r/>
    </w:p>
    <w:p>
      <w:r/>
      <w:r>
        <w:t>Build in breathing room rather than trying to cover every neighbourhood. A relaxed morning at the Public Market, an afternoon of architecture or lakefront wandering, and a late dinner followed by queer nightlife makes for a far more enjoyable itinerary than a packed checklist.</w:t>
      </w:r>
      <w:r/>
    </w:p>
    <w:p>
      <w:r/>
      <w:r>
        <w:t>Milwaukee's best quality may be how quickly it lets visitors settle in. It feels like a proper city, but not one demanding that you constantly keep up. That's a rare and rather lovely combination.</w:t>
      </w:r>
      <w:r/>
    </w:p>
    <w:p>
      <w:r/>
      <w:r>
        <w:t>It's an easygoing city break with enough history, nightlife and flavour to bring you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1">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1">
        <w:r>
          <w:rPr>
            <w:color w:val="0000EE"/>
            <w:u w:val="single"/>
          </w:rPr>
          <w:t>[3]</w:t>
        </w:r>
      </w:hyperlink>
      <w:r>
        <w:t xml:space="preserve">, </w:t>
      </w:r>
      <w:hyperlink r:id="rId11">
        <w:r>
          <w:rPr>
            <w:color w:val="0000EE"/>
            <w:u w:val="single"/>
          </w:rPr>
          <w:t>[6]</w:t>
        </w:r>
      </w:hyperlink>
      <w:r>
        <w:t xml:space="preserve">- Paragraph 8: </w:t>
      </w:r>
      <w:hyperlink r:id="rId11">
        <w:r>
          <w:rPr>
            <w:color w:val="0000EE"/>
            <w:u w:val="single"/>
          </w:rPr>
          <w:t>[4]</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[5]</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1">
        <w:r>
          <w:rPr>
            <w:color w:val="0000EE"/>
            <w:u w:val="single"/>
          </w:rPr>
          <w:t>[3]</w:t>
        </w:r>
      </w:hyperlink>
      <w:r>
        <w:t xml:space="preserve">, </w:t>
      </w:r>
      <w:hyperlink r:id="rId11">
        <w:r>
          <w:rPr>
            <w:color w:val="0000EE"/>
            <w:u w:val="single"/>
          </w:rPr>
          <w:t>[4]</w:t>
        </w:r>
      </w:hyperlink>
      <w:r>
        <w:t xml:space="preserve">- Paragraph 13: </w:t>
      </w:r>
      <w:hyperlink r:id="rId11">
        <w:r>
          <w:rPr>
            <w:color w:val="0000EE"/>
            <w:u w:val="single"/>
          </w:rPr>
          <w:t>[5]</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1">
        <w:r>
          <w:rPr>
            <w:color w:val="0000EE"/>
            <w:u w:val="single"/>
          </w:rPr>
          <w:t>[3]</w:t>
        </w:r>
      </w:hyperlink>
      <w:r>
        <w:t xml:space="preserve">, </w:t>
      </w:r>
      <w:hyperlink r:id="rId11">
        <w:r>
          <w:rPr>
            <w:color w:val="0000EE"/>
            <w:u w:val="single"/>
          </w:rPr>
          <w:t>[5]</w:t>
        </w:r>
      </w:hyperlink>
      <w:r>
        <w:t xml:space="preserve">- Paragraph 16: </w:t>
      </w:r>
      <w:hyperlink r:id="rId11">
        <w:r>
          <w:rPr>
            <w:color w:val="0000EE"/>
            <w:u w:val="single"/>
          </w:rPr>
          <w:t>[4]</w:t>
        </w:r>
      </w:hyperlink>
      <w:r>
        <w:t xml:space="preserve">, </w:t>
      </w:r>
      <w:hyperlink r:id="rId11">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1">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https://www.gaycities.com/articles/107696/how-a-gay-east-coaster-fell-in-love-with-milwaukee-a-lively-city-steeped-in-history/</w:t>
        </w:r>
      </w:hyperlink>
      <w:r>
        <w:t xml:space="preserve"> - Please view link - unable to able to access data</w:t>
      </w:r>
      <w:r/>
    </w:p>
    <w:p>
      <w:pPr>
        <w:pStyle w:val="ListNumber"/>
        <w:spacing w:line="240" w:lineRule="auto"/>
        <w:ind w:left="720"/>
      </w:pPr>
      <w:r/>
      <w:hyperlink r:id="rId10">
        <w:r>
          <w:rPr>
            <w:color w:val="0000EE"/>
            <w:u w:val="single"/>
          </w:rPr>
          <w:t>https://www.fiservforum.com/news/detail/the-milwaukee-bucks-announce-fiserv-forum-as-a-safe-place</w:t>
        </w:r>
      </w:hyperlink>
      <w:r>
        <w:t xml:space="preserve"> - In January 2023, Fiserv Forum in Milwaukee joined the Safe Place initiative, a national program providing underrepresented community members, including the LGBTQIA+ community and victims of human trafficking, a safe location to call 911 for assistance. The venue's service entrance displays the Safe Place decal, signifying its commitment to offering a secure environment for those in need. This initiative underscores Fiserv Forum's dedication to inclusivity and community support.</w:t>
      </w:r>
      <w:r/>
    </w:p>
    <w:p>
      <w:pPr>
        <w:pStyle w:val="ListNumber"/>
        <w:spacing w:line="240" w:lineRule="auto"/>
        <w:ind w:left="720"/>
      </w:pPr>
      <w:r/>
      <w:hyperlink r:id="rId11">
        <w:r>
          <w:rPr>
            <w:color w:val="0000EE"/>
            <w:u w:val="single"/>
          </w:rPr>
          <w:t>https://www.fiservforum.com/plan-your-visit/a-z-guide</w:t>
        </w:r>
      </w:hyperlink>
      <w:r>
        <w:t xml:space="preserve"> - Fiserv Forum's A-Z Guide outlines the venue's code of conduct, emphasizing a safe and enjoyable experience for all guests. It includes policies on respectful behavior, responsible alcohol consumption, and prohibited items. The guide also details accessibility features, such as ADA-compliant seating and assistive listening devices, ensuring an inclusive environment for all attendees. Smoking is prohibited inside the venue, with designated areas outside for smokers. The guide serves as a comprehensive resource for visitors to understand and adhere to the venue's standards.</w:t>
      </w:r>
      <w:r/>
    </w:p>
    <w:p>
      <w:pPr>
        <w:pStyle w:val="ListNumber"/>
        <w:spacing w:line="240" w:lineRule="auto"/>
        <w:ind w:left="720"/>
      </w:pPr>
      <w:r/>
      <w:hyperlink r:id="rId11">
        <w:r>
          <w:rPr>
            <w:color w:val="0000EE"/>
            <w:u w:val="single"/>
          </w:rPr>
          <w:t>https://www.fiservforum.com/plan-your-visit/a-z-guide</w:t>
        </w:r>
      </w:hyperlink>
      <w:r>
        <w:t xml:space="preserve"> - Fiserv Forum's A-Z Guide provides detailed information on the venue's policies and amenities. It includes guidelines on acceptable behavior, prohibited items, and accessibility features. The guide also outlines the venue's commitment to sustainability and community engagement, reflecting its dedication to providing a safe and enjoyable experience for all guests. Visitors are encouraged to familiarize themselves with the guide to ensure a smooth and enjoyable visit.</w:t>
      </w:r>
      <w:r/>
    </w:p>
    <w:p>
      <w:pPr>
        <w:pStyle w:val="ListNumber"/>
        <w:spacing w:line="240" w:lineRule="auto"/>
        <w:ind w:left="720"/>
      </w:pPr>
      <w:r/>
      <w:hyperlink r:id="rId11">
        <w:r>
          <w:rPr>
            <w:color w:val="0000EE"/>
            <w:u w:val="single"/>
          </w:rPr>
          <w:t>https://www.fiservforum.com/plan-your-visit/a-z-guide</w:t>
        </w:r>
      </w:hyperlink>
      <w:r>
        <w:t xml:space="preserve"> - Fiserv Forum's A-Z Guide offers comprehensive information on the venue's policies and amenities. It covers topics such as acceptable behavior, prohibited items, and accessibility features. The guide also highlights the venue's commitment to sustainability and community engagement, ensuring a safe and enjoyable experience for all guests. Visitors are encouraged to review the guide to familiarize themselves with the venue's standards and make the most of their visit.</w:t>
      </w:r>
      <w:r/>
    </w:p>
    <w:p>
      <w:pPr>
        <w:pStyle w:val="ListNumber"/>
        <w:spacing w:line="240" w:lineRule="auto"/>
        <w:ind w:left="720"/>
      </w:pPr>
      <w:r/>
      <w:hyperlink r:id="rId11">
        <w:r>
          <w:rPr>
            <w:color w:val="0000EE"/>
            <w:u w:val="single"/>
          </w:rPr>
          <w:t>https://www.fiservforum.com/plan-your-visit/a-z-guide</w:t>
        </w:r>
      </w:hyperlink>
      <w:r>
        <w:t xml:space="preserve"> - Fiserv Forum's A-Z Guide provides detailed information on the venue's policies and amenities. It includes guidelines on acceptable behavior, prohibited items, and accessibility features. The guide also outlines the venue's commitment to sustainability and community engagement, reflecting its dedication to providing a safe and enjoyable experience for all guests. Visitors are encouraged to familiarize themselves with the guide to ensure a smooth and enjoyable visit.</w:t>
      </w:r>
      <w:r/>
    </w:p>
    <w:p>
      <w:pPr>
        <w:pStyle w:val="ListNumber"/>
        <w:spacing w:line="240" w:lineRule="auto"/>
        <w:ind w:left="720"/>
      </w:pPr>
      <w:r/>
      <w:hyperlink r:id="rId11">
        <w:r>
          <w:rPr>
            <w:color w:val="0000EE"/>
            <w:u w:val="single"/>
          </w:rPr>
          <w:t>https://www.fiservforum.com/plan-your-visit/a-z-guide</w:t>
        </w:r>
      </w:hyperlink>
      <w:r>
        <w:t xml:space="preserve"> - Fiserv Forum's A-Z Guide offers comprehensive information on the venue's policies and amenities. It covers topics such as acceptable behavior, prohibited items, and accessibility features. The guide also highlights the venue's commitment to sustainability and community engagement, ensuring a safe and enjoyable experience for all guests. Visitors are encouraged to review the guide to familiarize themselves with the venue's standards and make the most of their visit.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696/how-a-gay-east-coaster-fell-in-love-with-milwaukee-a-lively-city-steeped-in-history/" TargetMode="External"/><Relationship Id="rId10" Type="http://schemas.openxmlformats.org/officeDocument/2006/relationships/hyperlink" Target="https://www.fiservforum.com/news/detail/the-milwaukee-bucks-announce-fiserv-forum-as-a-safe-place" TargetMode="External"/><Relationship Id="rId11" Type="http://schemas.openxmlformats.org/officeDocument/2006/relationships/hyperlink" Target="https://www.fiservforum.com/plan-your-visit/a-z-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