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Montreal's Massimadi Afro-Queer Film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Montreal's Massimadi Film Festival returns from 15 October to 8 November with nearly 40 Afro-queer and Indigenous films, live performances, talks and an exhibition, creating a lively, welcoming space for stories too often pushed to the margins.</w:t>
      </w:r>
      <w:r/>
    </w:p>
    <w:p>
      <w:pPr>
        <w:pStyle w:val="Heading2"/>
      </w:pPr>
      <w:r>
        <w:t>Essential Takeaways</w:t>
      </w:r>
      <w:r/>
      <w:r/>
    </w:p>
    <w:p>
      <w:pPr>
        <w:pStyle w:val="ListBullet"/>
        <w:spacing w:line="240" w:lineRule="auto"/>
        <w:ind w:left="720"/>
      </w:pPr>
      <w:r/>
      <w:r>
        <w:rPr>
          <w:b/>
        </w:rPr>
        <w:t>A landmark return:</w:t>
      </w:r>
      <w:r>
        <w:t xml:space="preserve"> The 18th edition runs across Montreal from 15 October to 8 November.</w:t>
      </w:r>
      <w:r/>
    </w:p>
    <w:p>
      <w:pPr>
        <w:pStyle w:val="ListBullet"/>
        <w:spacing w:line="240" w:lineRule="auto"/>
        <w:ind w:left="720"/>
      </w:pPr>
      <w:r/>
      <w:r>
        <w:rPr>
          <w:b/>
        </w:rPr>
        <w:t>A broad programme:</w:t>
      </w:r>
      <w:r>
        <w:t xml:space="preserve"> Expect films, panels, workshops, live acts, drag and visual art.</w:t>
      </w:r>
      <w:r/>
    </w:p>
    <w:p>
      <w:pPr>
        <w:pStyle w:val="ListBullet"/>
        <w:spacing w:line="240" w:lineRule="auto"/>
        <w:ind w:left="720"/>
      </w:pPr>
      <w:r/>
      <w:r>
        <w:rPr>
          <w:b/>
        </w:rPr>
        <w:t>Opening-night energy:</w:t>
      </w:r>
      <w:r>
        <w:t xml:space="preserve"> The festival begins at Théâtre Plaza with a screening, performances and a reception.</w:t>
      </w:r>
      <w:r/>
    </w:p>
    <w:p>
      <w:pPr>
        <w:pStyle w:val="ListBullet"/>
        <w:spacing w:line="240" w:lineRule="auto"/>
        <w:ind w:left="720"/>
      </w:pPr>
      <w:r/>
      <w:r>
        <w:rPr>
          <w:b/>
        </w:rPr>
        <w:t>Flexible viewing:</w:t>
      </w:r>
      <w:r>
        <w:t xml:space="preserve"> An online programme extends access to audiences in Canada and several other countries.</w:t>
      </w:r>
      <w:r/>
    </w:p>
    <w:p>
      <w:pPr>
        <w:pStyle w:val="ListBullet"/>
        <w:spacing w:line="240" w:lineRule="auto"/>
        <w:ind w:left="720"/>
      </w:pPr>
      <w:r/>
      <w:r>
        <w:rPr>
          <w:b/>
        </w:rPr>
        <w:t>More than cinema:</w:t>
      </w:r>
      <w:r>
        <w:t xml:space="preserve"> The programme includes an exhibition focused on Black femme refuge and community.</w:t>
      </w:r>
      <w:r/>
      <w:r/>
    </w:p>
    <w:p>
      <w:pPr>
        <w:pStyle w:val="Heading2"/>
      </w:pPr>
      <w:r>
        <w:t>Montreal's Afro-Queer Film Festival Is Bigger Than Ever</w:t>
      </w:r>
      <w:r/>
    </w:p>
    <w:p>
      <w:r/>
      <w:r>
        <w:t>There’s a particular warmth to a festival that feels less like a formal cultural appointment and more like a gathering. Massimadi returns to Montreal for its 18th edition with a programme built around Afro-queer and Indigenous storytelling, bringing films, artists and audiences together in venues across the city. The festival’s official programme confirms a packed schedule running from 15 October to 8 November. (Massimadi)</w:t>
      </w:r>
      <w:r/>
    </w:p>
    <w:p>
      <w:r/>
      <w:r>
        <w:t>Its theme, “Living Memories”, gives the event an emotional centre. These aren’t simply films placed on a schedule; they’re stories about identity, inheritance, survival and the freedom to be seen. That combination of celebration and reflection is precisely what makes Massimadi feel so distinctive. (Massimadi)</w:t>
      </w:r>
      <w:r/>
    </w:p>
    <w:p>
      <w:pPr>
        <w:pStyle w:val="Heading2"/>
      </w:pPr>
      <w:r>
        <w:t>Opening Night Brings Film, Music and Drag Energy</w:t>
      </w:r>
      <w:r/>
    </w:p>
    <w:p>
      <w:r/>
      <w:r>
        <w:t>The festival opens on 15 October at Théâtre Plaza, where Terry Blade’s My Gender Is Black will set the tone with its focus on gender, identity and liberation. The evening also includes six live acts, a reception and plenty of reasons to arrive early rather than treating the screening as a quick in-and-out cultural stop. (Massimadi)</w:t>
      </w:r>
      <w:r/>
    </w:p>
    <w:p>
      <w:r/>
      <w:r>
        <w:t>Dee Joyce, DJ Tokyo Mamii, Ohemaa, Big Sissy, RèN Darah and Athena Lucie are all scheduled to perform. The opening event is free, although visitors need to reserve tickets online, so leaving it until the last minute could be a risky move. (Montreal Rocks)</w:t>
      </w:r>
      <w:r/>
    </w:p>
    <w:p>
      <w:pPr>
        <w:pStyle w:val="Heading2"/>
      </w:pPr>
      <w:r>
        <w:t>Films That Put Identity and Resilience Centre Stage</w:t>
      </w:r>
      <w:r/>
    </w:p>
    <w:p>
      <w:r/>
      <w:r>
        <w:t>The programme moves between short-film collections and feature presentations, with themes spanning family, Black and queer histories, and Afro-queer communities in the Antilles and Guianas. Two Wapikoni short-film blocks add Indigenous and Two-Spirit perspectives, widening the festival’s conversation without losing its focus. (Massimadi)</w:t>
      </w:r>
      <w:r/>
    </w:p>
    <w:p>
      <w:r/>
      <w:r>
        <w:t>Feature highlights include What Will I Become?, Black Burns Fast and Guyane, amours taboues. Together, they explore transgender youth, queer coming-of-age and the risks of living openly in a society where homosexuality remains taboo. The subjects are serious, but the programme’s strength lies in giving those experiences room to breathe rather than reducing them to headlines. (Bonjour Quebec)</w:t>
      </w:r>
      <w:r/>
    </w:p>
    <w:p>
      <w:r/>
      <w:r>
        <w:t>For viewers choosing what to see, the short-film blocks may be the best place to start. They offer a brisk way into several perspectives, while the feature films provide more time with individual characters and their complicated, often moving journeys.</w:t>
      </w:r>
      <w:r/>
    </w:p>
    <w:p>
      <w:pPr>
        <w:pStyle w:val="Heading2"/>
      </w:pPr>
      <w:r>
        <w:t>Where to Watch Massimadi in Montreal</w:t>
      </w:r>
      <w:r/>
    </w:p>
    <w:p>
      <w:r/>
      <w:r>
        <w:t>In-person screenings are spread between Cinéma Public, the National Film Board venue on Bleury, Théâtre Plaza and the McCord Stewart Museum. That variety gives the festival a city-wide feel, although it’s worth checking the venue carefully before setting off, particularly if you’re planning to see several events in one day. (La Vitrine)</w:t>
      </w:r>
      <w:r/>
    </w:p>
    <w:p>
      <w:r/>
      <w:r>
        <w:t>Massimadi also offers an online programme from 26 October to 8 November. It extends the festival to remote parts of Quebec and Canada, as well as viewers in Haiti, Côte d’Ivoire, France, Belgium and the United States. For anyone who can’t make a Montreal screening, that access is more than a convenience; it keeps the festival’s community reach genuinely international. (Massimadi)</w:t>
      </w:r>
      <w:r/>
    </w:p>
    <w:p>
      <w:pPr>
        <w:pStyle w:val="Heading2"/>
      </w:pPr>
      <w:r>
        <w:t>An Exhibition Adds Another Layer to the Festival</w:t>
      </w:r>
      <w:r/>
    </w:p>
    <w:p>
      <w:r/>
      <w:r>
        <w:t>Cinema is only part of the story this year. Le/The Sanctum opens at the Maison de la culture de Côte-des-Neiges on 22 October, presenting a living archive shaped as an intimate refuge by and for Black femmes. The exhibition is free and open to anyone interested in understanding the space and the experiences behind it. (Massimadi)</w:t>
      </w:r>
      <w:r/>
    </w:p>
    <w:p>
      <w:r/>
      <w:r>
        <w:t>The wider programme also includes panels and workshops with creatives, making Massimadi feel closer to a cultural forum than a conventional screening series. That matters because audiences don’t just consume these stories; they can meet the people making them, question assumptions and leave with a richer sense of the communities represented. (Massimadi)</w:t>
      </w:r>
      <w:r/>
    </w:p>
    <w:p>
      <w:pPr>
        <w:pStyle w:val="Heading2"/>
      </w:pPr>
      <w:r>
        <w:t>Expect a Joyful Finish, Not a Quiet Fade-Out</w:t>
      </w:r>
      <w:r/>
    </w:p>
    <w:p>
      <w:r/>
      <w:r>
        <w:t>The closing programme, Celebrating Our Voices, brings together drag, dance, comedy and poetry before a drag party at Club DD’s. Scheduled for 25 October, the event offers a suitably exuberant counterpoint to the more contemplative films and discussions elsewhere in the programme. (Massimadi)</w:t>
      </w:r>
      <w:r/>
    </w:p>
    <w:p>
      <w:r/>
      <w:r>
        <w:t>That balance is one of Massimadi’s strongest qualities. It can hold difficult histories and joyful performance in the same frame, reminding audiences that pride isn’t only about endurance. Sometimes it’s loud, glittery and dancing until late.</w:t>
      </w:r>
      <w:r/>
    </w:p>
    <w:p>
      <w:r/>
      <w:r>
        <w:t>For schedules, venue details and tickets, visitors should check the official Massimadi listings before attending, as individual events may have different booking requirements. (Massimadi)</w:t>
      </w:r>
      <w:r/>
    </w:p>
    <w:p>
      <w:r/>
      <w:r>
        <w:t>It's a vivid Montreal celebration of film, memory and Afro-queer pride, with plenty to discover on screen and off.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2">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5">
        <w:r>
          <w:rPr>
            <w:color w:val="0000EE"/>
            <w:u w:val="single"/>
          </w:rPr>
          <w:t>[6]</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https://cultmtl.com/2026/10/montreal-massimadi-film-festival-celebrates-afro-queer-pride-oct-15-to-nov-8/</w:t>
        </w:r>
      </w:hyperlink>
      <w:r>
        <w:t xml:space="preserve"> - Please view link - unable to able to access data</w:t>
      </w:r>
      <w:r/>
    </w:p>
    <w:p>
      <w:pPr>
        <w:pStyle w:val="ListNumber"/>
        <w:spacing w:line="240" w:lineRule="auto"/>
        <w:ind w:left="720"/>
      </w:pPr>
      <w:r/>
      <w:hyperlink r:id="rId10">
        <w:r>
          <w:rPr>
            <w:color w:val="0000EE"/>
            <w:u w:val="single"/>
          </w:rPr>
          <w:t>https://www.massimadi.ca/en/festival</w:t>
        </w:r>
      </w:hyperlink>
      <w:r>
        <w:t xml:space="preserve"> - The Massimadi Foundation has been promoting and supporting artistic projects from Afro LGBTQ+ communities through its annual arts and film festival for over 15 years. The 18th edition of the festival is scheduled to take place from October 15 to November 8, 2026. The festival aims to create an inclusive space for diverse artistic cultures by showcasing emerging and established talent, fostering connections between communities, and promoting queer Afro artists in Montreal. The festival's activities include debates, meetings, and workshops that engage the community around issues of inclusion, recognition, and empowerment.</w:t>
      </w:r>
      <w:r/>
    </w:p>
    <w:p>
      <w:pPr>
        <w:pStyle w:val="ListNumber"/>
        <w:spacing w:line="240" w:lineRule="auto"/>
        <w:ind w:left="720"/>
      </w:pPr>
      <w:r/>
      <w:hyperlink r:id="rId12">
        <w:r>
          <w:rPr>
            <w:color w:val="0000EE"/>
            <w:u w:val="single"/>
          </w:rPr>
          <w:t>https://montrealrocks.ca/massimadi-festival-opens-18th-edition-at-theatre-plaza/</w:t>
        </w:r>
      </w:hyperlink>
      <w:r>
        <w:t xml:space="preserve"> - The Massimadi Festival is set to open its 18th edition on Thursday, October 15, with a free event at Theatre Plaza on St-Hubert. The evening will feature a screening of an excerpt from 'My Gender Is Black,' a film by Terry Blade that explores gender identity, race, and emancipation. The event will also include six live performances by Dee Joyce, DJ Tokyo Mamii, Ohemaa, Big Sissy, RèN Darah, and Athena Lucie Assamba. The festival continues until November 8 at various venues across Montreal, with the theme 'Living Memories.'</w:t>
      </w:r>
      <w:r/>
    </w:p>
    <w:p>
      <w:pPr>
        <w:pStyle w:val="ListNumber"/>
        <w:spacing w:line="240" w:lineRule="auto"/>
        <w:ind w:left="720"/>
      </w:pPr>
      <w:r/>
      <w:hyperlink r:id="rId13">
        <w:r>
          <w:rPr>
            <w:color w:val="0000EE"/>
            <w:u w:val="single"/>
          </w:rPr>
          <w:t>https://www.massimadi.ca/en/d%C3%A9tails-soir%C3%A9e-d-ouverture</w:t>
        </w:r>
      </w:hyperlink>
      <w:r>
        <w:t xml:space="preserve"> - The opening night of the Massimadi Festival is scheduled for Thursday, October 15, from 6 to 10 p.m. at Théâtre Plaza. The event will feature a screening of an excerpt from 'My Gender Is Black,' a film that explores the intersections between gender identity, race, and emancipation. The evening will also include performances by Dee Joyce, DJ Tokyo Mamii, Ohemaa, Big Sissy, RèN Darah, and Athena Lucie Assamba. The event is free with online reservation required.</w:t>
      </w:r>
      <w:r/>
    </w:p>
    <w:p>
      <w:pPr>
        <w:pStyle w:val="ListNumber"/>
        <w:spacing w:line="240" w:lineRule="auto"/>
        <w:ind w:left="720"/>
      </w:pPr>
      <w:r/>
      <w:hyperlink r:id="rId11">
        <w:r>
          <w:rPr>
            <w:color w:val="0000EE"/>
            <w:u w:val="single"/>
          </w:rPr>
          <w:t>https://www.massimadi.ca/en</w:t>
        </w:r>
      </w:hyperlink>
      <w:r>
        <w:t xml:space="preserve"> - The Massimadi Foundation is dedicated to promoting the culture and arts of Afro LGBTQ+ communities. The 18th edition of the Massimadi Festival is scheduled to take place from October 15 to November 8, 2026. The festival will showcase nearly 40 Afro-queer and Indigenous films, feature performances by various artists, and include a groundbreaking exhibition, panels, workshops, and an Afro-drag evening. The festival aims to create an inclusive space for diverse artistic cultures and foster connections between communities.</w:t>
      </w:r>
      <w:r/>
    </w:p>
    <w:p>
      <w:pPr>
        <w:pStyle w:val="ListNumber"/>
        <w:spacing w:line="240" w:lineRule="auto"/>
        <w:ind w:left="720"/>
      </w:pPr>
      <w:r/>
      <w:hyperlink r:id="rId15">
        <w:r>
          <w:rPr>
            <w:color w:val="0000EE"/>
            <w:u w:val="single"/>
          </w:rPr>
          <w:t>https://www.lavitrine.com/en/event-series/festival-massimadi/2251</w:t>
        </w:r>
      </w:hyperlink>
      <w:r>
        <w:t xml:space="preserve"> - The Massimadi Festival is returning for its 18th edition from October 15 to November 8, 2026, under the theme 'Living Memories.' The festival will feature more than 40 films across seven thematic blocks, including sections on chosen family, Indigenous and Two-Spirit resilience, Black and Queer histories, and Afro-Queer communities in the Antilles and the Guianas. The festival offers a vibrant showcase of queer, Black, and Indigenous voices from around the world.</w:t>
      </w:r>
      <w:r/>
    </w:p>
    <w:p>
      <w:pPr>
        <w:pStyle w:val="ListNumber"/>
        <w:spacing w:line="240" w:lineRule="auto"/>
        <w:ind w:left="720"/>
      </w:pPr>
      <w:r/>
      <w:hyperlink r:id="rId14">
        <w:r>
          <w:rPr>
            <w:color w:val="0000EE"/>
            <w:u w:val="single"/>
          </w:rPr>
          <w:t>https://www.bonjourquebec.com/en/listing/events/festival-massimadi/3bp1</w:t>
        </w:r>
      </w:hyperlink>
      <w:r>
        <w:t xml:space="preserve"> - The Massimadi Festival is an annual arts and film event that celebrates the creativity of Afro LGBTQ+ communities. The 18th edition of the festival is scheduled to take place from October 15 to November 8, 2026, in Montreal, Quebec. The festival highlights emerging and established artists while fostering cultural connections, inclusion, and visibility in Montreal’s artistic landscape. The festival includes exhibitions, film screenings, and other cultural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ultmtl.com/2026/10/montreal-massimadi-film-festival-celebrates-afro-queer-pride-oct-15-to-nov-8/" TargetMode="External"/><Relationship Id="rId10" Type="http://schemas.openxmlformats.org/officeDocument/2006/relationships/hyperlink" Target="https://www.massimadi.ca/en/festival" TargetMode="External"/><Relationship Id="rId11" Type="http://schemas.openxmlformats.org/officeDocument/2006/relationships/hyperlink" Target="https://www.massimadi.ca/en" TargetMode="External"/><Relationship Id="rId12" Type="http://schemas.openxmlformats.org/officeDocument/2006/relationships/hyperlink" Target="https://montrealrocks.ca/massimadi-festival-opens-18th-edition-at-theatre-plaza/" TargetMode="External"/><Relationship Id="rId13" Type="http://schemas.openxmlformats.org/officeDocument/2006/relationships/hyperlink" Target="https://www.massimadi.ca/en/d%C3%A9tails-soir%C3%A9e-d-ouverture" TargetMode="External"/><Relationship Id="rId14" Type="http://schemas.openxmlformats.org/officeDocument/2006/relationships/hyperlink" Target="https://www.bonjourquebec.com/en/listing/events/festival-massimadi/3bp1" TargetMode="External"/><Relationship Id="rId15" Type="http://schemas.openxmlformats.org/officeDocument/2006/relationships/hyperlink" Target="https://www.lavitrine.com/en/event-series/festival-massimadi/22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