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CU Pride Fest 2026 Events, Parade and Fair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Champaign-Urbana's CU Pride Fest is bringing a full week of LGBTQ+ events to the area, from creative workshops and queer history talks to a colourful Downtown Urbana parade, fair and late-night drag show. Here's what to know before choosing your highlights.</w:t>
      </w:r>
      <w:r/>
    </w:p>
    <w:p>
      <w:pPr>
        <w:pStyle w:val="Heading2"/>
      </w:pPr>
      <w:r>
        <w:t>Essential Takeaways</w:t>
      </w:r>
      <w:r/>
      <w:r/>
    </w:p>
    <w:p>
      <w:pPr>
        <w:pStyle w:val="ListBullet"/>
        <w:spacing w:line="240" w:lineRule="auto"/>
        <w:ind w:left="720"/>
      </w:pPr>
      <w:r/>
      <w:r>
        <w:rPr>
          <w:b/>
        </w:rPr>
        <w:t>Week-long celebration:</w:t>
      </w:r>
      <w:r>
        <w:t xml:space="preserve"> Events run through Saturday, building towards the main parade and fair.</w:t>
      </w:r>
      <w:r/>
    </w:p>
    <w:p>
      <w:pPr>
        <w:pStyle w:val="ListBullet"/>
        <w:spacing w:line="240" w:lineRule="auto"/>
        <w:ind w:left="720"/>
      </w:pPr>
      <w:r/>
      <w:r>
        <w:rPr>
          <w:b/>
        </w:rPr>
        <w:t>Creative and reflective moments:</w:t>
      </w:r>
      <w:r>
        <w:t xml:space="preserve"> Art-making, oral history and LGBTQ+ heritage feature prominently.</w:t>
      </w:r>
      <w:r/>
    </w:p>
    <w:p>
      <w:pPr>
        <w:pStyle w:val="ListBullet"/>
        <w:spacing w:line="240" w:lineRule="auto"/>
        <w:ind w:left="720"/>
      </w:pPr>
      <w:r/>
      <w:r>
        <w:rPr>
          <w:b/>
        </w:rPr>
        <w:t>Family-friendly options:</w:t>
      </w:r>
      <w:r>
        <w:t xml:space="preserve"> Friday's Youth &amp; Family Party includes crafts, games, food and a teen hangout zone.</w:t>
      </w:r>
      <w:r/>
    </w:p>
    <w:p>
      <w:pPr>
        <w:pStyle w:val="ListBullet"/>
        <w:spacing w:line="240" w:lineRule="auto"/>
        <w:ind w:left="720"/>
      </w:pPr>
      <w:r/>
      <w:r>
        <w:rPr>
          <w:b/>
        </w:rPr>
        <w:t>Main event on Saturday:</w:t>
      </w:r>
      <w:r>
        <w:t xml:space="preserve"> The parade and fair run from 1pm to 5pm in Downtown Urbana.</w:t>
      </w:r>
      <w:r/>
    </w:p>
    <w:p>
      <w:pPr>
        <w:pStyle w:val="ListBullet"/>
        <w:spacing w:line="240" w:lineRule="auto"/>
        <w:ind w:left="720"/>
      </w:pPr>
      <w:r/>
      <w:r>
        <w:rPr>
          <w:b/>
        </w:rPr>
        <w:t>Late-night finale:</w:t>
      </w:r>
      <w:r>
        <w:t xml:space="preserve"> A ticketed drag show follows at Champaign's City Center, with general admission priced at $25.</w:t>
      </w:r>
      <w:r/>
      <w:r/>
    </w:p>
    <w:p>
      <w:pPr>
        <w:pStyle w:val="Heading2"/>
      </w:pPr>
      <w:r>
        <w:t>A full week of Pride, not just one parade</w:t>
      </w:r>
      <w:r/>
    </w:p>
    <w:p>
      <w:r/>
      <w:r>
        <w:t xml:space="preserve">CU Pride Fest has grown into a multi-day programme designed to make room for celebration, education and conversation. Organised by Uniting Pride, the 16th annual festival brings community events across Champaign-Urbana before the big Saturday gathering. According to Uniting Pride, the aim is to help LGBTQ+ people and allies connect across generations and identities. </w:t>
      </w:r>
      <w:hyperlink r:id="rId9">
        <w:r>
          <w:rPr>
            <w:color w:val="0000EE"/>
            <w:u w:val="single"/>
          </w:rPr>
          <w:t>[3]</w:t>
        </w:r>
      </w:hyperlink>
      <w:r/>
    </w:p>
    <w:p>
      <w:r/>
      <w:r>
        <w:t xml:space="preserve">That variety is part of the appeal. There are relaxed daytime activities, family programming and history-led discussions alongside the louder, glitterier moments. In other words, you don't have to enjoy crowds or nightlife to find a comfortable way into the week. </w:t>
      </w:r>
      <w:hyperlink r:id="rId10">
        <w:r>
          <w:rPr>
            <w:color w:val="0000EE"/>
            <w:u w:val="single"/>
          </w:rPr>
          <w:t>[5]</w:t>
        </w:r>
      </w:hyperlink>
      <w:r/>
    </w:p>
    <w:p>
      <w:pPr>
        <w:pStyle w:val="Heading2"/>
      </w:pPr>
      <w:r>
        <w:t>Wednesday and Thursday offer quieter ways to connect</w:t>
      </w:r>
      <w:r/>
    </w:p>
    <w:p>
      <w:r/>
      <w:r>
        <w:t xml:space="preserve">Wednesday's Art of Joy workshop at the Royer House invites participants to create a small image inspired by something that brings them happiness. Supplies are provided and no artistic experience is expected, although places are limited, so advance registration matters. The individual pieces will eventually become one shared artwork, which is a lovely metaphor for the festival itself. </w:t>
      </w:r>
      <w:hyperlink r:id="rId11">
        <w:r>
          <w:rPr>
            <w:color w:val="0000EE"/>
            <w:u w:val="single"/>
          </w:rPr>
          <w:t>[2]</w:t>
        </w:r>
      </w:hyperlink>
      <w:r/>
    </w:p>
    <w:p>
      <w:r/>
      <w:r>
        <w:t xml:space="preserve">On Thursday, the Urbana Free Library will host Living History with Queer Elders. Visitors can move between stations, ask questions and hear personal stories, creating a rare opportunity for younger and older members of the community to meet through lived experience. The event's intergenerational focus gives the week a thoughtful pause before the weekend's spectacle. </w:t>
      </w:r>
      <w:hyperlink r:id="rId12">
        <w:r>
          <w:rPr>
            <w:color w:val="0000EE"/>
            <w:u w:val="single"/>
          </w:rPr>
          <w:t>[4]</w:t>
        </w:r>
      </w:hyperlink>
      <w:r/>
    </w:p>
    <w:p>
      <w:pPr>
        <w:pStyle w:val="Heading2"/>
      </w:pPr>
      <w:r>
        <w:t>Friday mixes local history with family fun</w:t>
      </w:r>
      <w:r/>
    </w:p>
    <w:p>
      <w:r/>
      <w:r>
        <w:t xml:space="preserve">Friday begins with a lunchtime online session exploring more than five decades of LGBTQ+ history at the University of Illinois and in the surrounding community. Speakers include university academics and community voices, making the webinar a useful option for anyone who wants context without travelling across town. Registration is required. </w:t>
      </w:r>
      <w:hyperlink r:id="rId11">
        <w:r>
          <w:rPr>
            <w:color w:val="0000EE"/>
            <w:u w:val="single"/>
          </w:rPr>
          <w:t>[2]</w:t>
        </w:r>
      </w:hyperlink>
      <w:r/>
    </w:p>
    <w:p>
      <w:r/>
      <w:r>
        <w:t xml:space="preserve">Later, the Youth &amp; Family Party at the Phillips Recreation Center shifts the mood towards games, crafts, food and easygoing social time. A Pride-themed Teen Hangout Zone is also planned, giving younger attendees their own space rather than treating family programming as an afterthought. Events like this can make a festival feel more welcoming for first-time visitors. </w:t>
      </w:r>
      <w:hyperlink r:id="rId13">
        <w:r>
          <w:rPr>
            <w:color w:val="0000EE"/>
            <w:u w:val="single"/>
          </w:rPr>
          <w:t>[6]</w:t>
        </w:r>
      </w:hyperlink>
      <w:r/>
    </w:p>
    <w:p>
      <w:pPr>
        <w:pStyle w:val="Heading2"/>
      </w:pPr>
      <w:r>
        <w:t>Saturday is the big Downtown Urbana moment</w:t>
      </w:r>
      <w:r/>
    </w:p>
    <w:p>
      <w:r/>
      <w:r>
        <w:t xml:space="preserve">Saturday starts gently with a guided Pride Nature Hike at Busey Woods. The Urbana Park District-led walk will explore local plants, animals and fungi, including the ways nature expresses difference and identity. No registration is needed, so it could be a spontaneous addition before the main festivities. </w:t>
      </w:r>
      <w:hyperlink r:id="rId14">
        <w:r>
          <w:rPr>
            <w:color w:val="0000EE"/>
            <w:u w:val="single"/>
          </w:rPr>
          <w:t>[7]</w:t>
        </w:r>
      </w:hyperlink>
      <w:r/>
    </w:p>
    <w:p>
      <w:r/>
      <w:r>
        <w:t xml:space="preserve">The parade begins at 1pm on Illinois Street and travels through Downtown Urbana before finishing near Water and Walnut streets. Hope Elam-Huett, a Champaign native, former professional basketball player and founder of Camp Hope, will serve as grand marshal. Her community work gives the parade a locally rooted figurehead rather than a purely celebrity-led one. </w:t>
      </w:r>
      <w:hyperlink r:id="rId11">
        <w:r>
          <w:rPr>
            <w:color w:val="0000EE"/>
            <w:u w:val="single"/>
          </w:rPr>
          <w:t>[2]</w:t>
        </w:r>
      </w:hyperlink>
      <w:r/>
    </w:p>
    <w:p>
      <w:r/>
      <w:r>
        <w:t xml:space="preserve">After the parade, the fair continues until 5pm with local businesses, artists, food, games and crafts. Visitors should expect a lively, walkable afternoon, and arriving early may make it easier to see more stalls before the streets become busiest. </w:t>
      </w:r>
      <w:hyperlink r:id="rId10">
        <w:r>
          <w:rPr>
            <w:color w:val="0000EE"/>
            <w:u w:val="single"/>
          </w:rPr>
          <w:t>[5]</w:t>
        </w:r>
      </w:hyperlink>
      <w:r/>
    </w:p>
    <w:p>
      <w:pPr>
        <w:pStyle w:val="Heading2"/>
      </w:pPr>
      <w:r>
        <w:t>Jorgeous headlines the late-night finale</w:t>
      </w:r>
      <w:r/>
    </w:p>
    <w:p>
      <w:r/>
      <w:r>
        <w:t xml:space="preserve">The festival's final flourish is the Drag Extravaganza at Champaign's City Center. RuPaul's Drag Race season 14 performer Jorgeous will appear alongside local queens including Spank Knightly, Ceduxion Carrington, DaéShaun Carrington and Herra Winn. Doors open at 9pm, with the show scheduled for 9.30pm. </w:t>
      </w:r>
      <w:hyperlink r:id="rId11">
        <w:r>
          <w:rPr>
            <w:color w:val="0000EE"/>
            <w:u w:val="single"/>
          </w:rPr>
          <w:t>[2]</w:t>
        </w:r>
      </w:hyperlink>
      <w:r/>
    </w:p>
    <w:p>
      <w:r/>
      <w:r>
        <w:t xml:space="preserve">General admission tickets cost $25, so this is the one event that needs a little more planning than the free daytime activities. If you're building a full Saturday, leave time between the fair and the evening show to eat, recharge and decide whether your outfit still has enough sparkle left in it. </w:t>
      </w:r>
      <w:hyperlink r:id="rId13">
        <w:r>
          <w:rPr>
            <w:color w:val="0000EE"/>
            <w:u w:val="single"/>
          </w:rPr>
          <w:t>[6]</w:t>
        </w:r>
      </w:hyperlink>
      <w:r/>
    </w:p>
    <w:p>
      <w:r/>
      <w:r>
        <w:t xml:space="preserve">CU Pride Fest's strength is its range: history for the curious, creative space for the reflective, family activities for younger visitors and a proper party for those ready to stay out late. Check the organiser's latest listings before travelling, particularly for registration requirements and event updates. </w:t>
      </w:r>
      <w:hyperlink r:id="rId9">
        <w:r>
          <w:rPr>
            <w:color w:val="0000EE"/>
            <w:u w:val="single"/>
          </w:rPr>
          <w:t>[3]</w:t>
        </w:r>
      </w:hyperlink>
      <w:r/>
    </w:p>
    <w:p>
      <w:r/>
      <w:r>
        <w:t>It's a week of community, colour and connection, with plenty of ways to join in.</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0">
        <w:r>
          <w:rPr>
            <w:color w:val="0000EE"/>
            <w:u w:val="single"/>
          </w:rPr>
          <w:t>[5]</w:t>
        </w:r>
      </w:hyperlink>
      <w:r>
        <w:t xml:space="preserve">- Paragraph 3: </w:t>
      </w:r>
      <w:hyperlink r:id="rId11">
        <w:r>
          <w:rPr>
            <w:color w:val="0000EE"/>
            <w:u w:val="single"/>
          </w:rPr>
          <w:t>[2]</w:t>
        </w:r>
      </w:hyperlink>
      <w:r>
        <w:t xml:space="preserve">- Paragraph 4: </w:t>
      </w:r>
      <w:hyperlink r:id="rId12">
        <w:r>
          <w:rPr>
            <w:color w:val="0000EE"/>
            <w:u w:val="single"/>
          </w:rPr>
          <w:t>[4]</w:t>
        </w:r>
      </w:hyperlink>
      <w:r>
        <w:t xml:space="preserve">- Paragraph 5: </w:t>
      </w:r>
      <w:hyperlink r:id="rId11">
        <w:r>
          <w:rPr>
            <w:color w:val="0000EE"/>
            <w:u w:val="single"/>
          </w:rPr>
          <w:t>[2]</w:t>
        </w:r>
      </w:hyperlink>
      <w:r>
        <w:t xml:space="preserve">- Paragraph 6: </w:t>
      </w:r>
      <w:hyperlink r:id="rId13">
        <w:r>
          <w:rPr>
            <w:color w:val="0000EE"/>
            <w:u w:val="single"/>
          </w:rPr>
          <w:t>[6]</w:t>
        </w:r>
      </w:hyperlink>
      <w:r>
        <w:t xml:space="preserve">- Paragraph 7: </w:t>
      </w:r>
      <w:hyperlink r:id="rId14">
        <w:r>
          <w:rPr>
            <w:color w:val="0000EE"/>
            <w:u w:val="single"/>
          </w:rPr>
          <w:t>[7]</w:t>
        </w:r>
      </w:hyperlink>
      <w:r>
        <w:t xml:space="preserve">- Paragraph 8: </w:t>
      </w:r>
      <w:hyperlink r:id="rId11">
        <w:r>
          <w:rPr>
            <w:color w:val="0000EE"/>
            <w:u w:val="single"/>
          </w:rPr>
          <w:t>[2]</w:t>
        </w:r>
      </w:hyperlink>
      <w:r>
        <w:t xml:space="preserve">- Paragraph 9: </w:t>
      </w:r>
      <w:hyperlink r:id="rId10">
        <w:r>
          <w:rPr>
            <w:color w:val="0000EE"/>
            <w:u w:val="single"/>
          </w:rPr>
          <w:t>[5]</w:t>
        </w:r>
      </w:hyperlink>
      <w:r>
        <w:t xml:space="preserve">- Paragraph 10: </w:t>
      </w:r>
      <w:hyperlink r:id="rId11">
        <w:r>
          <w:rPr>
            <w:color w:val="0000EE"/>
            <w:u w:val="single"/>
          </w:rPr>
          <w:t>[2]</w:t>
        </w:r>
      </w:hyperlink>
      <w:r>
        <w:t xml:space="preserve">- Paragraph 11: </w:t>
      </w:r>
      <w:hyperlink r:id="rId13">
        <w:r>
          <w:rPr>
            <w:color w:val="0000EE"/>
            <w:u w:val="single"/>
          </w:rPr>
          <w:t>[6]</w:t>
        </w:r>
      </w:hyperlink>
      <w:r>
        <w:t xml:space="preserve">- Paragraph 12: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https://dailyillini.com/news-stories/champaign-urbana/2026/10/14/a-guide-to-cu-pride-fest/</w:t>
        </w:r>
      </w:hyperlink>
      <w:r>
        <w:t xml:space="preserve"> - Please view link - unable to able to access data</w:t>
      </w:r>
      <w:r/>
    </w:p>
    <w:p>
      <w:pPr>
        <w:pStyle w:val="ListNumber"/>
        <w:spacing w:line="240" w:lineRule="auto"/>
        <w:ind w:left="720"/>
      </w:pPr>
      <w:r/>
      <w:hyperlink r:id="rId11">
        <w:r>
          <w:rPr>
            <w:color w:val="0000EE"/>
            <w:u w:val="single"/>
          </w:rPr>
          <w:t>https://dailyillini.com/news-stories/champaign-urbana/2026/10/14/a-guide-to-cu-pride-fest/</w:t>
        </w:r>
      </w:hyperlink>
      <w:r>
        <w:t xml:space="preserve"> - The Daily Illini provides a comprehensive guide to the 16th Annual CU Pride Fest, detailing events from October 14 to October 17, 2026, in Downtown Urbana. The festival, organised by Uniting Pride, aims to celebrate and support the LGBTQ+ community through various activities, including art sessions, webinars, youth parties, nature hikes, and a parade featuring local businesses and artists. The grand finale is a Drag Extravaganza at Champaign’s City Center, featuring performances by renowned drag artists. The article offers insights into each event, registration details, and the festival's mission to foster inclusivity and joy.</w:t>
      </w:r>
      <w:r/>
    </w:p>
    <w:p>
      <w:pPr>
        <w:pStyle w:val="ListNumber"/>
        <w:spacing w:line="240" w:lineRule="auto"/>
        <w:ind w:left="720"/>
      </w:pPr>
      <w:r/>
      <w:hyperlink r:id="rId9">
        <w:r>
          <w:rPr>
            <w:color w:val="0000EE"/>
            <w:u w:val="single"/>
          </w:rPr>
          <w:t>https://unitingpride.org/</w:t>
        </w:r>
      </w:hyperlink>
      <w:r>
        <w:t xml:space="preserve"> - Uniting Pride is the only LGBTQ+ resource centre in East Central Illinois, dedicated to creating a community where individuals of all gender and sexual identities can live fulfilling and vibrant lives. The organisation offers social and support groups, events, education, and resource referrals. They also host the annual Champaign-Urbana Pride Fest each fall, aiming to provide a space for the LGBTQ+ community to connect, learn, and celebrate their identities.</w:t>
      </w:r>
      <w:r/>
    </w:p>
    <w:p>
      <w:pPr>
        <w:pStyle w:val="ListNumber"/>
        <w:spacing w:line="240" w:lineRule="auto"/>
        <w:ind w:left="720"/>
      </w:pPr>
      <w:r/>
      <w:hyperlink r:id="rId12">
        <w:r>
          <w:rPr>
            <w:color w:val="0000EE"/>
            <w:u w:val="single"/>
          </w:rPr>
          <w:t>https://www.spurlock.illinois.edu/events/event.php?ID=2796</w:t>
        </w:r>
      </w:hyperlink>
      <w:r>
        <w:t xml:space="preserve"> - The Spurlock Museum at the University of Illinois is hosting a CU Pride Crafting Session on Wednesday, October 14, 2026, from 4:00 pm to 6:30 pm CDT. This free, hands-on event invites attendees to create rainbow Pride-filled signs and crafts in preparation for the CU Pride Parade and Fest on Saturday, October 17. All supplies are provided, and the session is open to everyone, regardless of participation in the parade.</w:t>
      </w:r>
      <w:r/>
    </w:p>
    <w:p>
      <w:pPr>
        <w:pStyle w:val="ListNumber"/>
        <w:spacing w:line="240" w:lineRule="auto"/>
        <w:ind w:left="720"/>
      </w:pPr>
      <w:r/>
      <w:hyperlink r:id="rId10">
        <w:r>
          <w:rPr>
            <w:color w:val="0000EE"/>
            <w:u w:val="single"/>
          </w:rPr>
          <w:t>https://www.smilepolitely.com/splog/cu-pride-fest-is-this-week/</w:t>
        </w:r>
      </w:hyperlink>
      <w:r>
        <w:t xml:space="preserve"> - Smile Politely, Champaign-Urbana's culture magazine, highlights the CU Pride Fest as a weeklong celebration of LGBTQ+ individuals in East Central Illinois. The article emphasises the inclusive and celebratory spirit of the event, encouraging both the LGBTQ+ community and allies to participate. It underscores the importance of community involvement and support during Pride week, reflecting the festival's mission to create a space where all identities are valid and voices are vital.</w:t>
      </w:r>
      <w:r/>
    </w:p>
    <w:p>
      <w:pPr>
        <w:pStyle w:val="ListNumber"/>
        <w:spacing w:line="240" w:lineRule="auto"/>
        <w:ind w:left="720"/>
      </w:pPr>
      <w:r/>
      <w:hyperlink r:id="rId13">
        <w:r>
          <w:rPr>
            <w:color w:val="0000EE"/>
            <w:u w:val="single"/>
          </w:rPr>
          <w:t>https://www.festivalsinamerica.com/festival/cu-pride-fest-urbana</w:t>
        </w:r>
      </w:hyperlink>
      <w:r>
        <w:t xml:space="preserve"> - Festivals in America provides an overview of the CU Pride Fest, detailing its history and significance as one of the largest Pride events in Illinois. Organised by Uniting Pride, the festival features a parade, street fair with vendors and community organisations, live entertainment, and drag performances. The article highlights the event's role in fostering community and inclusivity, serving as a cornerstone of the Champaign-Urbana calendar.</w:t>
      </w:r>
      <w:r/>
    </w:p>
    <w:p>
      <w:pPr>
        <w:pStyle w:val="ListNumber"/>
        <w:spacing w:line="240" w:lineRule="auto"/>
        <w:ind w:left="720"/>
      </w:pPr>
      <w:r/>
      <w:hyperlink r:id="rId14">
        <w:r>
          <w:rPr>
            <w:color w:val="0000EE"/>
            <w:u w:val="single"/>
          </w:rPr>
          <w:t>https://marketingmedia.tv/events/cu-pride-fest-2026/</w:t>
        </w:r>
      </w:hyperlink>
      <w:r>
        <w:t xml:space="preserve"> - Marketing Media TV announces the CU Pride Fest 2026, scheduled for Saturday, October 17, 2026, in Champaign–Urbana, IL. The event is free to attend, with specific times and locations to be announced by the organiser, Uniting Pride of Champaign County. The article provides preliminary details about the festival, including the date and organiser, and encourages attendees to check the official website for updates on the schedule and venue.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nitingpride.org/" TargetMode="External"/><Relationship Id="rId10" Type="http://schemas.openxmlformats.org/officeDocument/2006/relationships/hyperlink" Target="https://www.smilepolitely.com/splog/cu-pride-fest-is-this-week/" TargetMode="External"/><Relationship Id="rId11" Type="http://schemas.openxmlformats.org/officeDocument/2006/relationships/hyperlink" Target="https://dailyillini.com/news-stories/champaign-urbana/2026/10/14/a-guide-to-cu-pride-fest/" TargetMode="External"/><Relationship Id="rId12" Type="http://schemas.openxmlformats.org/officeDocument/2006/relationships/hyperlink" Target="https://www.spurlock.illinois.edu/events/event.php?ID=2796" TargetMode="External"/><Relationship Id="rId13" Type="http://schemas.openxmlformats.org/officeDocument/2006/relationships/hyperlink" Target="https://www.festivalsinamerica.com/festival/cu-pride-fest-urbana" TargetMode="External"/><Relationship Id="rId14" Type="http://schemas.openxmlformats.org/officeDocument/2006/relationships/hyperlink" Target="https://marketingmedia.tv/events/cu-pride-fes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