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Come Out With Pride Orlando 2026 Highlights and Performances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Orlando's Come Out With Pride returns to Lake Eola Park with a glittering drag line-up, live music, the colourful downtown parade and fireworks, while hometown favourite Roxxxy Andrews takes on her first solo headline slot.</w:t>
      </w:r>
      <w:r/>
    </w:p>
    <w:p>
      <w:pPr>
        <w:pStyle w:val="Heading2"/>
      </w:pPr>
      <w:r>
        <w:t>Essential Takeaways</w:t>
      </w:r>
      <w:r/>
      <w:r/>
    </w:p>
    <w:p>
      <w:pPr>
        <w:pStyle w:val="ListBullet"/>
        <w:spacing w:line="240" w:lineRule="auto"/>
        <w:ind w:left="720"/>
      </w:pPr>
      <w:r/>
      <w:r>
        <w:rPr>
          <w:b/>
        </w:rPr>
        <w:t>Headline moment:</w:t>
      </w:r>
      <w:r>
        <w:t xml:space="preserve"> Roxxxy Andrews is set to lead the Divas Stage with her first solo headline performance at the festival.</w:t>
      </w:r>
      <w:r/>
    </w:p>
    <w:p>
      <w:pPr>
        <w:pStyle w:val="ListBullet"/>
        <w:spacing w:line="240" w:lineRule="auto"/>
        <w:ind w:left="720"/>
      </w:pPr>
      <w:r/>
      <w:r>
        <w:rPr>
          <w:b/>
        </w:rPr>
        <w:t>Starry line-up:</w:t>
      </w:r>
      <w:r>
        <w:t xml:space="preserve"> Ginger Minj, Detox, Sasha Colby and Myki Meeks are also scheduled to appear.</w:t>
      </w:r>
      <w:r/>
    </w:p>
    <w:p>
      <w:pPr>
        <w:pStyle w:val="ListBullet"/>
        <w:spacing w:line="240" w:lineRule="auto"/>
        <w:ind w:left="720"/>
      </w:pPr>
      <w:r/>
      <w:r>
        <w:rPr>
          <w:b/>
        </w:rPr>
        <w:t>Big-city celebration:</w:t>
      </w:r>
      <w:r>
        <w:t xml:space="preserve"> The event draws hundreds of thousands of visitors for performances, music, a parade and fireworks.</w:t>
      </w:r>
      <w:r/>
    </w:p>
    <w:p>
      <w:pPr>
        <w:pStyle w:val="ListBullet"/>
        <w:spacing w:line="240" w:lineRule="auto"/>
        <w:ind w:left="720"/>
      </w:pPr>
      <w:r/>
      <w:r>
        <w:rPr>
          <w:b/>
        </w:rPr>
        <w:t>Local meaning:</w:t>
      </w:r>
      <w:r>
        <w:t xml:space="preserve"> Andrews says Orlando's drag community feels more connected than it once did.</w:t>
      </w:r>
      <w:r/>
    </w:p>
    <w:p>
      <w:pPr>
        <w:pStyle w:val="ListBullet"/>
        <w:spacing w:line="240" w:lineRule="auto"/>
        <w:ind w:left="720"/>
      </w:pPr>
      <w:r/>
      <w:r>
        <w:rPr>
          <w:b/>
        </w:rPr>
        <w:t>Plan ahead:</w:t>
      </w:r>
      <w:r>
        <w:t xml:space="preserve"> Check the official event details before travelling, particularly for performance times and access information.</w:t>
      </w:r>
      <w:r/>
      <w:r/>
    </w:p>
    <w:p>
      <w:pPr>
        <w:pStyle w:val="Heading2"/>
      </w:pPr>
      <w:r>
        <w:t>Roxxxy Andrews gets her hometown spotlight</w:t>
      </w:r>
      <w:r/>
    </w:p>
    <w:p>
      <w:r/>
      <w:r>
        <w:t>The strongest reason to watch the 2026 Come Out With Pride Orlando programme is its very personal headline act. Roxxxy Andrews, a familiar face from RuPaul's Drag Race and a long-standing figure in Orlando nightlife, is preparing to headline the Divas Stage at Lake Eola Park.</w:t>
      </w:r>
      <w:r/>
    </w:p>
    <w:p>
      <w:r/>
      <w:r>
        <w:t xml:space="preserve">Her scheduled performance comes at 7.55pm on Saturday, 17 October, giving the evening a proper hometown crescendo. After years of appearing at Pride while working on floats or club stages, Andrews will finally have a moment that belongs entirely to her. Orlando Weekly reported that she described the opportunity as her first headline spot at the festival. </w:t>
      </w:r>
      <w:hyperlink r:id="rId9">
        <w:r>
          <w:rPr>
            <w:color w:val="0000EE"/>
            <w:u w:val="single"/>
          </w:rPr>
          <w:t>[2]</w:t>
        </w:r>
      </w:hyperlink>
      <w:r/>
    </w:p>
    <w:p>
      <w:r/>
      <w:r>
        <w:t xml:space="preserve">It's a neat bit of local history wrapped in sequins. Andrews has spent more than a decade performing at Southern Nights, following an equally long chapter at Pulse, so this isn't simply another booking. It's a homecoming in front of the city that helped shape her career. Pride365 lists the festival among Orlando's major annual LGBTQ+ events. </w:t>
      </w:r>
      <w:hyperlink r:id="rId10">
        <w:r>
          <w:rPr>
            <w:color w:val="0000EE"/>
            <w:u w:val="single"/>
          </w:rPr>
          <w:t>[3]</w:t>
        </w:r>
      </w:hyperlink>
      <w:r/>
    </w:p>
    <w:p>
      <w:pPr>
        <w:pStyle w:val="Heading2"/>
      </w:pPr>
      <w:r>
        <w:t>A packed Divas Stage brings drag royalty</w:t>
      </w:r>
      <w:r/>
    </w:p>
    <w:p>
      <w:r/>
      <w:r>
        <w:t xml:space="preserve">Andrews won't be carrying the stage alone. The line-up also includes fellow Drag Race names Ginger Minj, Detox, Sasha Colby and Myki Meeks, creating a bill that spans established stars, fan favourites and Orlando's newer generation of performers. </w:t>
      </w:r>
      <w:hyperlink r:id="rId9">
        <w:r>
          <w:rPr>
            <w:color w:val="0000EE"/>
            <w:u w:val="single"/>
          </w:rPr>
          <w:t>[2]</w:t>
        </w:r>
      </w:hyperlink>
      <w:r/>
    </w:p>
    <w:p>
      <w:r/>
      <w:r>
        <w:t>Myki Meeks adds an especially satisfying local thread. The season 18 winner has previously credited Andrews as a mentor at Southern Nights, so their shared appearance feels less like a random celebrity pairing and more like a passing of the baton.</w:t>
      </w:r>
      <w:r/>
    </w:p>
    <w:p>
      <w:r/>
      <w:r>
        <w:t xml:space="preserve">For visitors, that makes the Divas Stage one of the festival's most appealing stops. Expect big costumes, sharp comedy, polished choreography and the kind of atmosphere where the audience seems to know every entrance before it happens. The event listings from Inclusivity and Downtown Orlando both position the celebration as a central part of the city's Pride calendar. </w:t>
      </w:r>
      <w:hyperlink r:id="rId11">
        <w:r>
          <w:rPr>
            <w:color w:val="0000EE"/>
            <w:u w:val="single"/>
          </w:rPr>
          <w:t>[4]</w:t>
        </w:r>
      </w:hyperlink>
      <w:r>
        <w:t xml:space="preserve"> </w:t>
      </w:r>
      <w:hyperlink r:id="rId12">
        <w:r>
          <w:rPr>
            <w:color w:val="0000EE"/>
            <w:u w:val="single"/>
          </w:rPr>
          <w:t>[5]</w:t>
        </w:r>
      </w:hyperlink>
      <w:r/>
    </w:p>
    <w:p>
      <w:pPr>
        <w:pStyle w:val="Heading2"/>
      </w:pPr>
      <w:r>
        <w:t>Why this Orlando Pride celebration matters</w:t>
      </w:r>
      <w:r/>
    </w:p>
    <w:p>
      <w:r/>
      <w:r>
        <w:t xml:space="preserve">Come Out With Pride takes place around National Coming Out Day and has grown into one of the Southeast's biggest LGBTQ+ gatherings. Last year's event attracted more than 230,000 people, according to Orlando Weekly, and the 2026 festival is set to fill Lake Eola Park with performances, music, the downtown parade and fireworks. </w:t>
      </w:r>
      <w:hyperlink r:id="rId9">
        <w:r>
          <w:rPr>
            <w:color w:val="0000EE"/>
            <w:u w:val="single"/>
          </w:rPr>
          <w:t>[2]</w:t>
        </w:r>
      </w:hyperlink>
      <w:r/>
    </w:p>
    <w:p>
      <w:r/>
      <w:r>
        <w:t xml:space="preserve">This year's theme, "Feel the Beat", suits the setting. The park's lakefront backdrop, a busy performance schedule and the evening fireworks should give the day a festival-like rhythm rather than a single parade-led focus. PrideLio and Anthem Orlando also highlight the event's broad mix of entertainment and community programming. </w:t>
      </w:r>
      <w:hyperlink r:id="rId13">
        <w:r>
          <w:rPr>
            <w:color w:val="0000EE"/>
            <w:u w:val="single"/>
          </w:rPr>
          <w:t>[6]</w:t>
        </w:r>
      </w:hyperlink>
      <w:r>
        <w:t xml:space="preserve"> </w:t>
      </w:r>
      <w:hyperlink r:id="rId14">
        <w:r>
          <w:rPr>
            <w:color w:val="0000EE"/>
            <w:u w:val="single"/>
          </w:rPr>
          <w:t>[7]</w:t>
        </w:r>
      </w:hyperlink>
      <w:r/>
    </w:p>
    <w:p>
      <w:r/>
      <w:r>
        <w:t xml:space="preserve">That scale matters, but so does the local character. Andrews remembers a time when Orlando's performers were spread between venues including Parliament House, Pulse and Southern Nights. She believes the smaller nightlife scene has encouraged queens to see more of one another and build a tighter community. </w:t>
      </w:r>
      <w:hyperlink r:id="rId9">
        <w:r>
          <w:rPr>
            <w:color w:val="0000EE"/>
            <w:u w:val="single"/>
          </w:rPr>
          <w:t>[2]</w:t>
        </w:r>
      </w:hyperlink>
      <w:r/>
    </w:p>
    <w:p>
      <w:pPr>
        <w:pStyle w:val="Heading2"/>
      </w:pPr>
      <w:r>
        <w:t>From handmade glamour to high-fashion drag</w:t>
      </w:r>
      <w:r/>
    </w:p>
    <w:p>
      <w:r/>
      <w:r>
        <w:t>Andrews has also watched the visual language of Orlando drag change dramatically. Earlier performers often made their own costumes with fabric-store supplies, sewing machines and plenty of improvisation. Today, many queens commission looks from professional designers, bringing a more finished, fashion-led polish to the stage.</w:t>
      </w:r>
      <w:r/>
    </w:p>
    <w:p>
      <w:r/>
      <w:r>
        <w:t>The result is undeniably striking. It can also be expensive, and Andrews worries that some of the inventive do-it-yourself spirit that once defined local drag is fading. That tension will be visible across the festival: immaculate silhouettes and elaborate styling on one side, handmade wit and personality on the other.</w:t>
      </w:r>
      <w:r/>
    </w:p>
    <w:p>
      <w:r/>
      <w:r>
        <w:t xml:space="preserve">For audiences, it's a useful reminder that drag isn't only about the final photograph. Every costume carries a story about labour, money, mentorship and access. The 2026 programme's mix of established performers and emerging talent should make that evolution particularly easy to spot. Pride365 and Inclusivity both describe the event as a celebration built around performance, community and visibility. </w:t>
      </w:r>
      <w:hyperlink r:id="rId10">
        <w:r>
          <w:rPr>
            <w:color w:val="0000EE"/>
            <w:u w:val="single"/>
          </w:rPr>
          <w:t>[3]</w:t>
        </w:r>
      </w:hyperlink>
      <w:r>
        <w:t xml:space="preserve"> </w:t>
      </w:r>
      <w:hyperlink r:id="rId11">
        <w:r>
          <w:rPr>
            <w:color w:val="0000EE"/>
            <w:u w:val="single"/>
          </w:rPr>
          <w:t>[4]</w:t>
        </w:r>
      </w:hyperlink>
      <w:r/>
    </w:p>
    <w:p>
      <w:pPr>
        <w:pStyle w:val="Heading2"/>
      </w:pPr>
      <w:r>
        <w:t>How to make the most of Come Out With Pride Orlando</w:t>
      </w:r>
      <w:r/>
    </w:p>
    <w:p>
      <w:r/>
      <w:r>
        <w:t xml:space="preserve">If you're planning to attend, start with the Divas Stage schedule but leave room to wander. Lake Eola Park will be busy, and the parade, live music and other performances will offer plenty of reasons to move around rather than camp in one spot all afternoon. Downtown Orlando's event information is the best place to check current timings and practical updates. </w:t>
      </w:r>
      <w:hyperlink r:id="rId12">
        <w:r>
          <w:rPr>
            <w:color w:val="0000EE"/>
            <w:u w:val="single"/>
          </w:rPr>
          <w:t>[5]</w:t>
        </w:r>
      </w:hyperlink>
      <w:r/>
    </w:p>
    <w:p>
      <w:r/>
      <w:r>
        <w:t xml:space="preserve">Comfortable shoes, water and a simple meeting point are sensible additions to any Pride-day plan. Crowds can become particularly dense around headline appearances and fireworks, so arriving early is worthwhile if Roxxxy Andrews is your must-see act. Anthem Orlando's guide also recommends checking the latest event information before setting out. </w:t>
      </w:r>
      <w:hyperlink r:id="rId13">
        <w:r>
          <w:rPr>
            <w:color w:val="0000EE"/>
            <w:u w:val="single"/>
          </w:rPr>
          <w:t>[6]</w:t>
        </w:r>
      </w:hyperlink>
      <w:r/>
    </w:p>
    <w:p>
      <w:r/>
      <w:r>
        <w:t xml:space="preserve">Most importantly, treat the day as more than a photo opportunity. Support the performers, explore the wider programme and make space for the community atmosphere that gives the celebration its meaning. As Andrews put it to Orlando Weekly, being able to celebrate Pride at home is something she doesn't get to do often. </w:t>
      </w:r>
      <w:hyperlink r:id="rId9">
        <w:r>
          <w:rPr>
            <w:color w:val="0000EE"/>
            <w:u w:val="single"/>
          </w:rPr>
          <w:t>[2]</w:t>
        </w:r>
      </w:hyperlink>
      <w:r/>
    </w:p>
    <w:p>
      <w:r/>
      <w:r>
        <w:t>Come for the glitter, stay for the hometown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2">
        <w:r>
          <w:rPr>
            <w:color w:val="0000EE"/>
            <w:u w:val="single"/>
          </w:rPr>
          <w:t>[5]</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3">
        <w:r>
          <w:rPr>
            <w:color w:val="0000EE"/>
            <w:u w:val="single"/>
          </w:rPr>
          <w:t>[6]</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https://www.orlandoweekly.com/arts/arts-stories-and-interviews/roxxxy-andrews-is-ready-to-headline-come-out-with-pride-orlando/</w:t>
        </w:r>
      </w:hyperlink>
      <w:r>
        <w:t xml:space="preserve"> - Please view link - unable to able to access data</w:t>
      </w:r>
      <w:r/>
    </w:p>
    <w:p>
      <w:pPr>
        <w:pStyle w:val="ListNumber"/>
        <w:spacing w:line="240" w:lineRule="auto"/>
        <w:ind w:left="720"/>
      </w:pPr>
      <w:r/>
      <w:hyperlink r:id="rId9">
        <w:r>
          <w:rPr>
            <w:color w:val="0000EE"/>
            <w:u w:val="single"/>
          </w:rPr>
          <w:t>https://www.orlandoweekly.com/arts/arts-stories-and-interviews/roxxxy-andrews-is-ready-to-headline-come-out-with-pride-orlando/</w:t>
        </w:r>
      </w:hyperlink>
      <w:r>
        <w:t xml:space="preserve"> - Roxxxy Andrews, a prominent figure in Orlando's drag scene and a 'RuPaul's Drag Race' breakout star, is set to headline her first solo performance at Come Out With Pride Orlando on October 17, 2026, at 7:55 p.m. on the Divas Stage in Lake Eola Park. She joins a lineup that includes fellow Drag Race alumni Ginger Minj, Detox, Sasha Colby, and Season 18 winner Myki Meeks. Andrews reflects on the evolution of Orlando's LGBTQ+ community and drag culture, noting a shift towards a more close-knit community and the increasing professionalism in drag performances. Despite her extensive career, she cherishes the opportunity to celebrate Pride in her hometown.</w:t>
      </w:r>
      <w:r/>
    </w:p>
    <w:p>
      <w:pPr>
        <w:pStyle w:val="ListNumber"/>
        <w:spacing w:line="240" w:lineRule="auto"/>
        <w:ind w:left="720"/>
      </w:pPr>
      <w:r/>
      <w:hyperlink r:id="rId10">
        <w:r>
          <w:rPr>
            <w:color w:val="0000EE"/>
            <w:u w:val="single"/>
          </w:rPr>
          <w:t>https://pride365.org/event/come-out-with-pride-orlando/</w:t>
        </w:r>
      </w:hyperlink>
      <w:r>
        <w:t xml:space="preserve"> - Come Out With Pride Orlando is scheduled for October 17, 2026, at Lake Eola Park in Orlando, Florida. Organised by Come Out With Pride, Inc., the event aims to bring together the LGBTQIA+ community for celebration, connection, and empowerment. The festival features the Most Colorful Parade, a vibrant display of community and pride with over 250 participating organisations and businesses. Attendees can also explore the Marketplace and SponsorWalk areas, enjoy live performances from local and national artists, and conclude the day with fireworks over the lake. The event is free and open to all, with festivities running from noon to 10 p.m.</w:t>
      </w:r>
      <w:r/>
    </w:p>
    <w:p>
      <w:pPr>
        <w:pStyle w:val="ListNumber"/>
        <w:spacing w:line="240" w:lineRule="auto"/>
        <w:ind w:left="720"/>
      </w:pPr>
      <w:r/>
      <w:hyperlink r:id="rId11">
        <w:r>
          <w:rPr>
            <w:color w:val="0000EE"/>
            <w:u w:val="single"/>
          </w:rPr>
          <w:t>https://www.inclusivity.org/pride/come-out-with-pride-orlando</w:t>
        </w:r>
      </w:hyperlink>
      <w:r>
        <w:t xml:space="preserve"> - Come Out With Pride Orlando is a significant LGBTQIA+ celebration held annually in October at Lake Eola Park in downtown Orlando. The event combines a festival and parade, drawing over 230,000 attendees in 2025, making it one of the largest Pride events in the Southeast and the biggest single-day event in Central Florida. The Most Colorful Parade features more than 250 organisations and businesses, and the festival includes live performances, a marketplace, and family-friendly activities. The 2026 event is scheduled for October 17, with festivities running from noon to 10 p.m.</w:t>
      </w:r>
      <w:r/>
    </w:p>
    <w:p>
      <w:pPr>
        <w:pStyle w:val="ListNumber"/>
        <w:spacing w:line="240" w:lineRule="auto"/>
        <w:ind w:left="720"/>
      </w:pPr>
      <w:r/>
      <w:hyperlink r:id="rId12">
        <w:r>
          <w:rPr>
            <w:color w:val="0000EE"/>
            <w:u w:val="single"/>
          </w:rPr>
          <w:t>https://www.downtownorlando.com/Fun/Events/Come-Out-With-Pride-2026</w:t>
        </w:r>
      </w:hyperlink>
      <w:r>
        <w:t xml:space="preserve"> - Come Out With Pride Orlando is set for Saturday, October 17, 2026, from 12:00 p.m. to 10:00 p.m. at Lake Eola Park, 512 E Washington Street, Orlando, FL 32801. Organised by Come Out With Pride, Inc., the event aims to bring together the LGBTQIA+ community for celebration, connection, and empowerment. The festival features the Most Colorful Parade, a vibrant display of community and pride with over 250 participating organisations and businesses. Attendees can also explore the Marketplace and SponsorWalk areas, enjoy live performances from local and national artists, and conclude the day with fireworks over the lake. The event is free and open to all.</w:t>
      </w:r>
      <w:r/>
    </w:p>
    <w:p>
      <w:pPr>
        <w:pStyle w:val="ListNumber"/>
        <w:spacing w:line="240" w:lineRule="auto"/>
        <w:ind w:left="720"/>
      </w:pPr>
      <w:r/>
      <w:hyperlink r:id="rId13">
        <w:r>
          <w:rPr>
            <w:color w:val="0000EE"/>
            <w:u w:val="single"/>
          </w:rPr>
          <w:t>https://anthemorlando.com/come-out-with-pride-orlando-2026-guide/</w:t>
        </w:r>
      </w:hyperlink>
      <w:r>
        <w:t xml:space="preserve"> - Come Out With Pride Orlando 2026 is scheduled for Saturday, October 17, at Lake Eola Park in downtown Orlando. The event includes a parade down Orange Avenue in the afternoon, a festival from noon to 10 p.m., and fireworks over the lake to close the night. The 2025 edition attracted over 200,000 attendees, making it the largest single-day event in Central Florida. For those planning to attend, Anthem Orlando provides a detailed guide to the weekend's events, including information on DJs, ticket links, and the venue's proximity to the parade route and Lake Eola Park.</w:t>
      </w:r>
      <w:r/>
    </w:p>
    <w:p>
      <w:pPr>
        <w:pStyle w:val="ListNumber"/>
        <w:spacing w:line="240" w:lineRule="auto"/>
        <w:ind w:left="720"/>
      </w:pPr>
      <w:r/>
      <w:hyperlink r:id="rId14">
        <w:r>
          <w:rPr>
            <w:color w:val="0000EE"/>
            <w:u w:val="single"/>
          </w:rPr>
          <w:t>https://pridelio.com/events/come-out-with-pride-orlando-2026</w:t>
        </w:r>
      </w:hyperlink>
      <w:r>
        <w:t xml:space="preserve"> - Come Out With Pride Orlando 2026 is a one-day LGBTQIA+ celebration taking place on Saturday, October 17, 2026, from 12:00 p.m. to 10:00 p.m. at Lake Eola Park, 512 E Washington Street, Orlando, FL 32801. The event features two entertainment stages with music, DJs, and drag performances, the Most Colorful Pride Parade through downtown Orlando, a Trans Rally and March, family and youth activities, a dedicated sober space, a marketplace, food vendors, and a fireworks finale. The event is free and open to all, aiming to celebrate and empower the LGBTQIA+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rlandoweekly.com/arts/arts-stories-and-interviews/roxxxy-andrews-is-ready-to-headline-come-out-with-pride-orlando/" TargetMode="External"/><Relationship Id="rId10" Type="http://schemas.openxmlformats.org/officeDocument/2006/relationships/hyperlink" Target="https://pride365.org/event/come-out-with-pride-orlando/" TargetMode="External"/><Relationship Id="rId11" Type="http://schemas.openxmlformats.org/officeDocument/2006/relationships/hyperlink" Target="https://www.inclusivity.org/pride/come-out-with-pride-orlando" TargetMode="External"/><Relationship Id="rId12" Type="http://schemas.openxmlformats.org/officeDocument/2006/relationships/hyperlink" Target="https://www.downtownorlando.com/Fun/Events/Come-Out-With-Pride-2026" TargetMode="External"/><Relationship Id="rId13" Type="http://schemas.openxmlformats.org/officeDocument/2006/relationships/hyperlink" Target="https://anthemorlando.com/come-out-with-pride-orlando-2026-guide/" TargetMode="External"/><Relationship Id="rId14" Type="http://schemas.openxmlformats.org/officeDocument/2006/relationships/hyperlink" Target="https://pridelio.com/events/come-out-with-pride-orlando-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