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Come Out With Pride Orlando 2026 Guide for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Lake Eola this weekend for Come Out With Pride Orlando, a free celebration of LGBTQ+ culture, music and community. Now in its 22nd year, the colourful festival combines drag, rallies, live entertainment and a major parade with a heartfelt tribute to the victims of the Pulse nightclub shooting.</w:t>
      </w:r>
      <w:r/>
    </w:p>
    <w:p>
      <w:pPr>
        <w:pStyle w:val="Heading2"/>
      </w:pPr>
      <w:r>
        <w:t>Essential Takeaways</w:t>
      </w:r>
      <w:r/>
      <w:r/>
    </w:p>
    <w:p>
      <w:pPr>
        <w:pStyle w:val="ListBullet"/>
        <w:spacing w:line="240" w:lineRule="auto"/>
        <w:ind w:left="720"/>
      </w:pPr>
      <w:r/>
      <w:r>
        <w:rPr>
          <w:b/>
        </w:rPr>
        <w:t>When it happens:</w:t>
      </w:r>
      <w:r>
        <w:t xml:space="preserve"> The festival runs from noon until 10pm on Saturday 17 October 2026.</w:t>
      </w:r>
      <w:r/>
    </w:p>
    <w:p>
      <w:pPr>
        <w:pStyle w:val="ListBullet"/>
        <w:spacing w:line="240" w:lineRule="auto"/>
        <w:ind w:left="720"/>
      </w:pPr>
      <w:r/>
      <w:r>
        <w:rPr>
          <w:b/>
        </w:rPr>
        <w:t>Where to go:</w:t>
      </w:r>
      <w:r>
        <w:t xml:space="preserve"> Lake Eola Park, with entrances around Rosalind Avenue, Central Boulevard and Eola Drive.</w:t>
      </w:r>
      <w:r/>
    </w:p>
    <w:p>
      <w:pPr>
        <w:pStyle w:val="ListBullet"/>
        <w:spacing w:line="240" w:lineRule="auto"/>
        <w:ind w:left="720"/>
      </w:pPr>
      <w:r/>
      <w:r>
        <w:rPr>
          <w:b/>
        </w:rPr>
        <w:t>What to see:</w:t>
      </w:r>
      <w:r>
        <w:t xml:space="preserve"> The Most Colorful Parade begins at 4pm, followed by fireworks at 9.30pm.</w:t>
      </w:r>
      <w:r/>
    </w:p>
    <w:p>
      <w:pPr>
        <w:pStyle w:val="ListBullet"/>
        <w:spacing w:line="240" w:lineRule="auto"/>
        <w:ind w:left="720"/>
      </w:pPr>
      <w:r/>
      <w:r>
        <w:rPr>
          <w:b/>
        </w:rPr>
        <w:t>Why this year matters:</w:t>
      </w:r>
      <w:r>
        <w:t xml:space="preserve"> Organisers are marking the 10th anniversary of Pulse with remembrance and community-led tributes.</w:t>
      </w:r>
      <w:r/>
    </w:p>
    <w:p>
      <w:pPr>
        <w:pStyle w:val="ListBullet"/>
        <w:spacing w:line="240" w:lineRule="auto"/>
        <w:ind w:left="720"/>
      </w:pPr>
      <w:r/>
      <w:r>
        <w:rPr>
          <w:b/>
        </w:rPr>
        <w:t>Useful spaces:</w:t>
      </w:r>
      <w:r>
        <w:t xml:space="preserve"> Visitors can find a marketplace, family area, sober space and sensory-friendly area on site.</w:t>
      </w:r>
      <w:r/>
      <w:r/>
    </w:p>
    <w:p>
      <w:pPr>
        <w:pStyle w:val="Heading2"/>
      </w:pPr>
      <w:r>
        <w:t>Orlando Pride returns with colour, music and meaning</w:t>
      </w:r>
      <w:r/>
    </w:p>
    <w:p>
      <w:r/>
      <w:r>
        <w:t>Lake Eola is set to become a sea of sequins, flags and bright summer colour as Come Out With Pride Orlando welcomes an expected crowd of more than 200,000 people. The free festival is built around celebration, but this year's programme carries an unmistakably reflective note too.</w:t>
      </w:r>
      <w:r/>
    </w:p>
    <w:p>
      <w:r/>
      <w:r>
        <w:t>Organisers are marking 10 years since the Pulse nightclub shooting, with a moment of silence and a special ofrenda, a decorated altar celebrating the lives of those who died. The City of Orlando's wider remembrance work has also kept community care and collective memory at the centre of the anniversary year, according to the City of Orlando.</w:t>
      </w:r>
      <w:r/>
    </w:p>
    <w:p>
      <w:r/>
      <w:r>
        <w:t>That balance is what gives the event its emotional weight. There'll be dancing, drag and fireworks, but also space to pause, remember and stand together.</w:t>
      </w:r>
      <w:r/>
    </w:p>
    <w:p>
      <w:pPr>
        <w:pStyle w:val="Heading2"/>
      </w:pPr>
      <w:r>
        <w:t>What to expect at Come Out With Pride Orlando 2026</w:t>
      </w:r>
      <w:r/>
    </w:p>
    <w:p>
      <w:r/>
      <w:r>
        <w:t>The day begins at noon, with music starting shortly afterwards across several stages and activity areas. The Diva Stage will host live entertainment from 1pm, while the EDM-focused Sonic Bloom Field offers a louder soundtrack for visitors who prefer their Pride with a steady bassline.</w:t>
      </w:r>
      <w:r/>
    </w:p>
    <w:p>
      <w:r/>
      <w:r>
        <w:t>A new Culture Club is one of the headline additions. Designed as a celebration of Black and brown LGBTQ+ communities, it will combine music, culture and a dedicated space for remembrance. Listings from Pride and local event guides also highlight the festival's broad mix of performances, vendors and community activities.</w:t>
      </w:r>
      <w:r/>
    </w:p>
    <w:p>
      <w:r/>
      <w:r>
        <w:t>Drag remains central to the programme, with Orlando and Florida-based performers including Ginger Minj, Angelica Sanchez, Darcel Stevens, Sassy Devine, Roxxxy Andrews, Detox, Orusha San Miguel and Myki Meeks. In other words, comfortable shoes are sensible, but a little sparkle is very much encouraged.</w:t>
      </w:r>
      <w:r/>
    </w:p>
    <w:p>
      <w:pPr>
        <w:pStyle w:val="Heading2"/>
      </w:pPr>
      <w:r>
        <w:t>The parade remains the big visual moment</w:t>
      </w:r>
      <w:r/>
    </w:p>
    <w:p>
      <w:r/>
      <w:r>
        <w:t>At 4pm, the Most Colorful Parade will move along Orange Avenue before continuing down East Central Boulevard and North Rosalind Avenue, finishing on East Robinson Street. It's the kind of spectacle where the crowd becomes part of the show, with elaborate costumes, flags and plenty of impromptu dancing along the route.</w:t>
      </w:r>
      <w:r/>
    </w:p>
    <w:p>
      <w:r/>
      <w:r>
        <w:t>This year's grand marshals include social media creators Kelsi Bergmann and Johannah Bowman, The Queer Trans Project executive director Cielo Sunsarae, comedian Sabrina Ambra and performer Myki Meeks. Event information published by Downtown Orlando and local Pride listings confirms the parade remains one of the festival's central attractions.</w:t>
      </w:r>
      <w:r/>
    </w:p>
    <w:p>
      <w:r/>
      <w:r>
        <w:t>For the best view, arrive early and choose a spot with a clear line of sight rather than trying to follow the procession between packed pavements. If you're attending with children, older relatives or anyone who finds crowds tiring, the earlier afternoon usually offers a calmer rhythm than the parade itself.</w:t>
      </w:r>
      <w:r/>
    </w:p>
    <w:p>
      <w:pPr>
        <w:pStyle w:val="Heading2"/>
      </w:pPr>
      <w:r>
        <w:t>A practical guide for first-time visitors</w:t>
      </w:r>
      <w:r/>
    </w:p>
    <w:p>
      <w:r/>
      <w:r>
        <w:t>There are three secured entrances, with metal detectors and security checks in place. Visitors should allow extra time to enter, travel light and check the event's latest guidance before setting off. The festival footprint includes food and drink, so there should be no need to carry a full picnic across downtown Orlando.</w:t>
      </w:r>
      <w:r/>
    </w:p>
    <w:p>
      <w:r/>
      <w:r>
        <w:t>The site also includes a Family Spot, Sober Space and Sensory Space. Those details matter because Pride isn't one single experience. Some visitors want music and movement all day, while others need somewhere quieter to reset before returning to the celebration.</w:t>
      </w:r>
      <w:r/>
    </w:p>
    <w:p>
      <w:r/>
      <w:r>
        <w:t>Public transport, walking or rideshare may be easier than driving directly to Lake Eola, particularly around parade time. Local event guides recommend checking access arrangements and road conditions before travelling, as nearby streets can become busy or restricted.</w:t>
      </w:r>
      <w:r/>
    </w:p>
    <w:p>
      <w:pPr>
        <w:pStyle w:val="Heading2"/>
      </w:pPr>
      <w:r>
        <w:t>Fireworks close a day of community</w:t>
      </w:r>
      <w:r/>
    </w:p>
    <w:p>
      <w:r/>
      <w:r>
        <w:t>The festival ends with fireworks over Lake Eola at 9.30pm, giving the day a bright and suitably theatrical finale. By then, visitors will have had time to move between stages, browse the marketplace, join the parade and take part in the quieter moments of remembrance.</w:t>
      </w:r>
      <w:r/>
    </w:p>
    <w:p>
      <w:r/>
      <w:r>
        <w:t>The significance of this year's event extends beyond its entertainment schedule. In a difficult political climate for LGBTQ+ communities, showing up publicly can feel both joyful and defiant, particularly in a city with such a strong connection to Pride and Pulse.</w:t>
      </w:r>
      <w:r/>
    </w:p>
    <w:p>
      <w:r/>
      <w:r>
        <w:t>For anyone visiting Orlando, it's a reminder that the most memorable festivals aren't only about what happens on stage. They're also about who feels welcome in the crowd.</w:t>
      </w:r>
      <w:r/>
    </w:p>
    <w:p>
      <w:r/>
      <w:r>
        <w:t>It's a colourful day out, but above all, it's a collective act of remembering, celebrating and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1">
        <w:r>
          <w:rPr>
            <w:color w:val="0000EE"/>
            <w:u w:val="single"/>
          </w:rPr>
          <w:t>[5]</w:t>
        </w:r>
      </w:hyperlink>
      <w:r>
        <w:t xml:space="preserve">- Paragraph 10: </w:t>
      </w:r>
      <w:hyperlink r:id="rId14">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4">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https://www.orlandosentinel.com/2026/10/14/come-out-with-pride-orlando-celebrates-lgbtq-community-honors-pulse/</w:t>
        </w:r>
      </w:hyperlink>
      <w:r>
        <w:t xml:space="preserve"> - Please view link - unable to able to access data</w:t>
      </w:r>
      <w:r/>
    </w:p>
    <w:p>
      <w:pPr>
        <w:pStyle w:val="ListNumber"/>
        <w:spacing w:line="240" w:lineRule="auto"/>
        <w:ind w:left="720"/>
      </w:pPr>
      <w:r/>
      <w:hyperlink r:id="rId10">
        <w:r>
          <w:rPr>
            <w:color w:val="0000EE"/>
            <w:u w:val="single"/>
          </w:rPr>
          <w:t>https://pride365.org/event/come-out-with-pride-orlando/</w:t>
        </w:r>
      </w:hyperlink>
      <w:r>
        <w:t xml:space="preserve"> - Come Out With Pride Orlando is a significant LGBTQIA+ celebration held annually in October at Lake Eola Park in downtown Orlando. The event features a vibrant parade, live entertainment, a marketplace, and a fireworks finale. In 2025, it attracted over 230,000 attendees, making it one of the largest Pride celebrations in the Southeast and the biggest single-day event in Central Florida. The 2026 festival is scheduled for October 17, 2026, from noon to 10 p.m. at Lake Eola Park, 512 East Washington Street, Orlando, FL 32801.</w:t>
      </w:r>
      <w:r/>
    </w:p>
    <w:p>
      <w:pPr>
        <w:pStyle w:val="ListNumber"/>
        <w:spacing w:line="240" w:lineRule="auto"/>
        <w:ind w:left="720"/>
      </w:pPr>
      <w:r/>
      <w:hyperlink r:id="rId14">
        <w:r>
          <w:rPr>
            <w:color w:val="0000EE"/>
            <w:u w:val="single"/>
          </w:rPr>
          <w:t>https://www.inclusivity.org/pride/come-out-with-pride-orlando</w:t>
        </w:r>
      </w:hyperlink>
      <w:r>
        <w:t xml:space="preserve"> - Come Out With Pride Orlando is Orlando's main Pride celebration, held each October at Lake Eola Park in downtown Orlando. The one-day event combines a festival running from noon into the evening with an afternoon parade. The organization also hosts events during the year, including gatherings for trans and nonbinary families. The 2026 edition is scheduled for October 17, 2026, at Lake Eola Park, 512 E Washington Street, Orlando, FL 32801.</w:t>
      </w:r>
      <w:r/>
    </w:p>
    <w:p>
      <w:pPr>
        <w:pStyle w:val="ListNumber"/>
        <w:spacing w:line="240" w:lineRule="auto"/>
        <w:ind w:left="720"/>
      </w:pPr>
      <w:r/>
      <w:hyperlink r:id="rId12">
        <w:r>
          <w:rPr>
            <w:color w:val="0000EE"/>
            <w:u w:val="single"/>
          </w:rPr>
          <w:t>https://www.orlando.gov/News/Press-Releases/2026-Press-Releases/Orlando-United-Ten-Years-of-Remembering-and-Responding-with-Love</w:t>
        </w:r>
      </w:hyperlink>
      <w:r>
        <w:t xml:space="preserve"> - In April 2026, the City of Orlando announced a series of events to commemorate the 10th anniversary of the Pulse tragedy. These events include the 'Created in Community: Portraits of Pulse' art exhibition, featuring 49 collaborative community-created portraits honoring each life taken. The Annual Pulse Remembrance Ceremony has expanded to feature performances by local cultural artists, the Orlando Gay Chorus, and Orlando’s Poet Laureate Camara Gaither, along with participation from Angel Action Wings.</w:t>
      </w:r>
      <w:r/>
    </w:p>
    <w:p>
      <w:pPr>
        <w:pStyle w:val="ListNumber"/>
        <w:spacing w:line="240" w:lineRule="auto"/>
        <w:ind w:left="720"/>
      </w:pPr>
      <w:r/>
      <w:hyperlink r:id="rId11">
        <w:r>
          <w:rPr>
            <w:color w:val="0000EE"/>
            <w:u w:val="single"/>
          </w:rPr>
          <w:t>https://www.downtownorlando.com/Fun/Events/Come-Out-With-Pride-2026</w:t>
        </w:r>
      </w:hyperlink>
      <w:r>
        <w:t xml:space="preserve"> - Come Out With Pride, Inc., the nonprofit behind Orlando’s LGBTQIA+ community celebrations, brings people together for celebration, connection, and empowerment. Every October, around National Coming Out Day, they create a space where people can shine as their true selves. With over 230,000 attendees in 2025, COWP has grown into one of the largest Pride celebrations in the Southeast and the biggest single-day event in Central Florida. The 2026 festival is scheduled for October 17, 2026, from noon to 10 p.m. at Lake Eola Park, 512 E Washington Street, Orlando, FL 32801.</w:t>
      </w:r>
      <w:r/>
    </w:p>
    <w:p>
      <w:pPr>
        <w:pStyle w:val="ListNumber"/>
        <w:spacing w:line="240" w:lineRule="auto"/>
        <w:ind w:left="720"/>
      </w:pPr>
      <w:r/>
      <w:hyperlink r:id="rId13">
        <w:r>
          <w:rPr>
            <w:color w:val="0000EE"/>
            <w:u w:val="single"/>
          </w:rPr>
          <w:t>https://anthemorlando.com/come-out-with-pride-orlando-2026-guide/</w:t>
        </w:r>
      </w:hyperlink>
      <w:r>
        <w:t xml:space="preserve"> - Come Out With Pride Orlando 2026 takes over Lake Eola Park on Saturday, October 17, 2026, with the parade rolling down Orange Avenue in the afternoon, the festival running from noon to 10 p.m., and fireworks over the lake to close the night. More than 200,000 people attended the 2025 edition, making it the largest single-day event in Central Florida. The 2026 festival is scheduled for October 17, 2026, from noon to 10 p.m. at Lake Eola Park, 512 E Washington Street, Orlando, FL 32801.</w:t>
      </w:r>
      <w:r/>
    </w:p>
    <w:p>
      <w:pPr>
        <w:pStyle w:val="ListNumber"/>
        <w:spacing w:line="240" w:lineRule="auto"/>
        <w:ind w:left="720"/>
      </w:pPr>
      <w:r/>
      <w:hyperlink r:id="rId15">
        <w:r>
          <w:rPr>
            <w:color w:val="0000EE"/>
            <w:u w:val="single"/>
          </w:rPr>
          <w:t>https://pridelio.com/events/come-out-with-pride-orlando-2026</w:t>
        </w:r>
      </w:hyperlink>
      <w:r>
        <w:t xml:space="preserve"> - Come Out With Pride Orlando is a large one-day LGBTQIA+ celebration in downtown Orlando. Lake Eola Park fills with live entertainment, community organisations, vendors, food, family and youth activities, a trans Pride programme, sober space, the colourful Pride Parade, and an evening fireworks finale. The 2026 festival is scheduled for October 17, 2026, from noon to 10 p.m. at Lake Eola Park, 512 E Washington Street, Orlando, FL 32801.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sentinel.com/2026/10/14/come-out-with-pride-orlando-celebrates-lgbtq-community-honors-pulse/" TargetMode="External"/><Relationship Id="rId10" Type="http://schemas.openxmlformats.org/officeDocument/2006/relationships/hyperlink" Target="https://pride365.org/event/come-out-with-pride-orlando/" TargetMode="External"/><Relationship Id="rId11" Type="http://schemas.openxmlformats.org/officeDocument/2006/relationships/hyperlink" Target="https://www.downtownorlando.com/Fun/Events/Come-Out-With-Pride-2026" TargetMode="External"/><Relationship Id="rId12" Type="http://schemas.openxmlformats.org/officeDocument/2006/relationships/hyperlink" Target="https://www.orlando.gov/News/Press-Releases/2026-Press-Releases/Orlando-United-Ten-Years-of-Remembering-and-Responding-with-Love" TargetMode="External"/><Relationship Id="rId13" Type="http://schemas.openxmlformats.org/officeDocument/2006/relationships/hyperlink" Target="https://anthemorlando.com/come-out-with-pride-orlando-2026-guide/" TargetMode="External"/><Relationship Id="rId14" Type="http://schemas.openxmlformats.org/officeDocument/2006/relationships/hyperlink" Target="https://www.inclusivity.org/pride/come-out-with-pride-orlando" TargetMode="External"/><Relationship Id="rId15" Type="http://schemas.openxmlformats.org/officeDocument/2006/relationships/hyperlink" Target="https://pridelio.com/events/come-out-with-pride-orlando-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