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Bearrison Street Fair celebrates San Francisco’s vibrant bear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San Francisco’s Bearrison Street Fair returns to the South of Market this autumn, bringing body positivity, queer performance, food, drink and community spirit to one of the city’s most distinctive LGBTQ+ gatherings.</w:t>
      </w:r>
      <w:r/>
    </w:p>
    <w:p>
      <w:pPr>
        <w:pStyle w:val="Heading2"/>
      </w:pPr>
      <w:r>
        <w:t>A street fair with plenty of heart</w:t>
      </w:r>
      <w:r/>
    </w:p>
    <w:p>
      <w:r/>
      <w:r>
        <w:t>The Bearrison Street Fair is more than a party for bears and their admirers. It’s a warm, lively showcase of queer joy, self-expression and the many shapes a local community can take. The event’s organisers describe it as a celebration of body confidence, with a distinctly San Francisco flavour.</w:t>
      </w:r>
      <w:r/>
    </w:p>
    <w:p>
      <w:r/>
      <w:r>
        <w:t>That spirit is visible in the fair’s mix of entertainment, independent businesses and community spaces. Previous event photography captures the relaxed, social atmosphere, where visitors gather in colourful outfits, meet friends and make the most of a rare chance to celebrate openly in the street.</w:t>
      </w:r>
      <w:r/>
    </w:p>
    <w:p>
      <w:r/>
      <w:r>
        <w:t>Bearrison has also grown from its earlier partnership between the Bears of San Francisco and the Sisters of Perpetual Indulgence. Its move under Folsom Street stewardship reflects the fair’s expanding scale, while the Sisters remain connected through volunteer support.</w:t>
      </w:r>
      <w:r/>
    </w:p>
    <w:p>
      <w:pPr>
        <w:pStyle w:val="Heading2"/>
      </w:pPr>
      <w:r>
        <w:t>What to expect at Bearrison</w:t>
      </w:r>
      <w:r/>
    </w:p>
    <w:p>
      <w:r/>
      <w:r>
        <w:t>The programme has the energy of a mini festival, but with a playful local twist. Visitors can look forward to music, drag, food, drinks and a range of activities designed to keep the crowd moving throughout the afternoon.</w:t>
      </w:r>
      <w:r/>
    </w:p>
    <w:p>
      <w:r/>
      <w:r>
        <w:t>Standout attractions include strength contests and queer wrestling, giving the event a wonderfully unbuttoned sense of fun. There’s also a cabaret-style area, a community ball and spaces where people can pause between performances.</w:t>
      </w:r>
      <w:r/>
    </w:p>
    <w:p>
      <w:r/>
      <w:r>
        <w:t>The official Bearrison website presents the fair as an inclusive gathering for the wider LGBTQ+ community, not just people who identify as bears. That openness is part of its appeal: you can arrive for the spectacle and stay for the feeling of belonging.</w:t>
      </w:r>
      <w:r/>
    </w:p>
    <w:p>
      <w:pPr>
        <w:pStyle w:val="Heading2"/>
      </w:pPr>
      <w:r>
        <w:t>Food, drinks and a proper South of Market outing</w:t>
      </w:r>
      <w:r/>
    </w:p>
    <w:p>
      <w:r/>
      <w:r>
        <w:t>Food and drink are central to the day, with nearby venues helping turn the fair into a broader neighbourhood experience. Visitors can expect casual festival fare, cold beverages and the sort of easygoing atmosphere that makes wandering between stages particularly appealing.</w:t>
      </w:r>
      <w:r/>
    </w:p>
    <w:p>
      <w:r/>
      <w:r>
        <w:t>The event’s food and beverage information highlights local businesses as an important part of the experience. That matters because Bearrison isn’t simply importing a festival into the neighbourhood; it’s helping direct attention towards the bars, venues and small businesses that give the area its character.</w:t>
      </w:r>
      <w:r/>
    </w:p>
    <w:p>
      <w:r/>
      <w:r>
        <w:t>If you’re planning a full afternoon, wear comfortable shoes, bring water and allow time to explore beyond the busiest performance areas. Popular street events can become surprisingly warm and crowded, so a light outfit, a portable phone battery and a little patience are all sensible additions.</w:t>
      </w:r>
      <w:r/>
    </w:p>
    <w:p>
      <w:pPr>
        <w:pStyle w:val="Heading2"/>
      </w:pPr>
      <w:r>
        <w:t>Why body positivity remains the central message</w:t>
      </w:r>
      <w:r/>
    </w:p>
    <w:p>
      <w:r/>
      <w:r>
        <w:t>The fair’s most meaningful contribution is its insistence that queer celebration doesn’t need to fit one narrow visual ideal. Bearrison puts hirsute bodies, larger bodies, flamboyant looks and everyday self-confidence on the same stage, without asking anyone to tone themselves down.</w:t>
      </w:r>
      <w:r/>
    </w:p>
    <w:p>
      <w:r/>
      <w:r>
        <w:t>That message sits comfortably alongside the wider work of San Francisco’s leather and bear communities. Community organisations and local event partners frame Bearrison as part of the city’s long-running LGBTQ+ cultural life, rather than a one-off novelty.</w:t>
      </w:r>
      <w:r/>
    </w:p>
    <w:p>
      <w:r/>
      <w:r>
        <w:t>There’s something quietly powerful about that. A street party can be loud, cheeky and spectacular, but it can also offer the simple relief of seeing people feel entirely at home in their own skin.</w:t>
      </w:r>
      <w:r/>
    </w:p>
    <w:p>
      <w:pPr>
        <w:pStyle w:val="Heading2"/>
      </w:pPr>
      <w:r>
        <w:t>A growing tradition with a local outlook</w:t>
      </w:r>
      <w:r/>
    </w:p>
    <w:p>
      <w:r/>
      <w:r>
        <w:t>Bearrison’s continued development shows how quickly a community event can become part of the city’s annual rhythm. Organisers have introduced new features over time, while keeping the essential recipe intact: a welcoming crowd, strong local partnerships and plenty of reasons to linger.</w:t>
      </w:r>
      <w:r/>
    </w:p>
    <w:p>
      <w:r/>
      <w:r>
        <w:t>The official site also makes clear that the fair’s identity is shaped by participation. Volunteers, performers, venues, artists and visitors all contribute to the atmosphere, which helps explain why the event feels more personal than a conventional commercial festival.</w:t>
      </w:r>
      <w:r/>
    </w:p>
    <w:p>
      <w:r/>
      <w:r>
        <w:t>For first-time visitors, the best approach is to arrive curious and unhurried. Take in a performance, support a local venue, say hello to someone new and let the day unfold. That’s often where the real Bearrison magic lives.</w:t>
      </w:r>
      <w:r/>
    </w:p>
    <w:p>
      <w:r/>
      <w:r>
        <w:t>Bearrison is a joyful reminder that community can be loud, tender and gloriously itself.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https://www.ebar.com/story/171179/</w:t>
        </w:r>
      </w:hyperlink>
      <w:r>
        <w:t xml:space="preserve"> - Please view link - unable to able to access data</w:t>
      </w:r>
      <w:r/>
    </w:p>
    <w:p>
      <w:pPr>
        <w:pStyle w:val="ListNumber"/>
        <w:spacing w:line="240" w:lineRule="auto"/>
        <w:ind w:left="720"/>
      </w:pPr>
      <w:r/>
      <w:hyperlink r:id="rId12">
        <w:r>
          <w:rPr>
            <w:color w:val="0000EE"/>
            <w:u w:val="single"/>
          </w:rPr>
          <w:t>https://www.bearrison.org/fair-photos-2023</w:t>
        </w:r>
      </w:hyperlink>
      <w:r>
        <w:t xml:space="preserve"> - The third annual Bearrison Street Fair was held on Saturday, October 14, 2023. This inclusive event for the adult LGBTQ+ community promotes body positivity and showcases a diverse array of cultures. The fair featured live mural painting, carnival games, the NEFT VIP Bear Garden with DJs and pizza, the BAAAHS sound stage with dancing and flagging, full queer wrestling, and a deadlift competition. The main stage hosted various contests and performances, including a Pup Contest, Kippy Marks, BALONEY, Beard Contest, Drag Contest, Twerking Contest, and Muñecas.</w:t>
      </w:r>
      <w:r/>
    </w:p>
    <w:p>
      <w:pPr>
        <w:pStyle w:val="ListNumber"/>
        <w:spacing w:line="240" w:lineRule="auto"/>
        <w:ind w:left="720"/>
      </w:pPr>
      <w:r/>
      <w:hyperlink r:id="rId10">
        <w:r>
          <w:rPr>
            <w:color w:val="0000EE"/>
            <w:u w:val="single"/>
          </w:rPr>
          <w:t>https://www.bearrison.org/about-bearrison</w:t>
        </w:r>
      </w:hyperlink>
      <w:r>
        <w:t xml:space="preserve"> - The inaugural Bearrison Street Fair was held on Saturday, October 23, 2021. Bearrison aims to provide an inclusive event for all members of the adult LGBTQ+ community, promoting body liberation and building a supportive, welcoming, and inclusive bear scene by representing a diverse array of cultures. The fair is a collaboration between the Sisters of Perpetual Indulgence and the Bears of San Francisco, an all-inclusive community-based association formed in 1994 that benefits the greater Bay Area through fundraising, service, and socialising.</w:t>
      </w:r>
      <w:r/>
    </w:p>
    <w:p>
      <w:pPr>
        <w:pStyle w:val="ListNumber"/>
        <w:spacing w:line="240" w:lineRule="auto"/>
        <w:ind w:left="720"/>
      </w:pPr>
      <w:r/>
      <w:hyperlink r:id="rId11">
        <w:r>
          <w:rPr>
            <w:color w:val="0000EE"/>
            <w:u w:val="single"/>
          </w:rPr>
          <w:t>https://www.bearrison.org/</w:t>
        </w:r>
      </w:hyperlink>
      <w:r>
        <w:t xml:space="preserve"> - Bearrison Street Fair is an annual event that seeks to provide an inclusive community gathering for all members of the adult LGBTQ+ community, promoting body positivity and building a supportive, welcoming, and inclusive bear scene. The fair is a collaboration between the Sisters of Perpetual Indulgence and the Bears of San Francisco. The event is smoke-free, including electronic cigarettes, in accordance with SF Health Code Article 19L.</w:t>
      </w:r>
      <w:r/>
    </w:p>
    <w:p>
      <w:pPr>
        <w:pStyle w:val="ListNumber"/>
        <w:spacing w:line="240" w:lineRule="auto"/>
        <w:ind w:left="720"/>
      </w:pPr>
      <w:r/>
      <w:hyperlink r:id="rId13">
        <w:r>
          <w:rPr>
            <w:color w:val="0000EE"/>
            <w:u w:val="single"/>
          </w:rPr>
          <w:t>https://sfleatherdistrict.org/bearrison/</w:t>
        </w:r>
      </w:hyperlink>
      <w:r>
        <w:t xml:space="preserve"> - The third annual Bearrison Street Fair was held on Saturday, October 14, 2023, from noon to 6 pm at Harrison Street and 11th Street in San Francisco's South of Market (SoMa) neighbourhood. The fair is a collaboration between the Sisters of Perpetual Indulgence and the Bears of San Francisco, aiming to provide an inclusive event for all members of the adult LGBTQ+ community, promoting body positivity and building a supportive, welcoming, and inclusive bear scene by representing a diverse array of cultures. The event featured live mural painting, carnival games, the NEFT VIP Bear Garden with DJs and pizza, the BAAAHS sound stage with dancing and flagging, full queer wrestling, and a deadlift competition. The main stage hosted various contests and performances, including a Pup Contest, Kippy Marks, BALONEY, Beard Contest, Drag Contest, Twerking Contest, and Muñecas.</w:t>
      </w:r>
      <w:r/>
    </w:p>
    <w:p>
      <w:pPr>
        <w:pStyle w:val="ListNumber"/>
        <w:spacing w:line="240" w:lineRule="auto"/>
        <w:ind w:left="720"/>
      </w:pPr>
      <w:r/>
      <w:hyperlink r:id="rId14">
        <w:r>
          <w:rPr>
            <w:color w:val="0000EE"/>
            <w:u w:val="single"/>
          </w:rPr>
          <w:t>https://sfgaylife.com/?p=842</w:t>
        </w:r>
      </w:hyperlink>
      <w:r>
        <w:t xml:space="preserve"> - The Sisters of Perpetual Indulgence and the Bears of San Francisco invite you to the 3rd annual Bearrison Street Fair on Saturday, October 14, 2023, from 12-6pm. Bearrison Street Fair is a collaboration between the Sisters of Perpetual Indulgence, Inc., and the Bears of San Francisco (BOSF). The inaugural fair was held on Saturday, October 23, 2021. Bearrison seeks to provide an inclusive event for all members of the adult LGBTQ+ community, promoting body positivity for all and building a more supportive, welcoming, and inclusive bear scene by representing a diverse arena of cultures. The Sisters of Perpetual Indulgence, Inc., is a 21st Century Order of queer nuns. Since their first appearance in San Francisco on Easter Sunday, 1979, the Sisters have been accused of 'Ruining It For Everyone' with their habitual injection of gaiety into serious affairs including human rights, political activism, and religious intolerance. The Sisters consider it their mission to 'ruin' all detrimental conditions, including complacency, guilt, and the inability to laugh at one's self. Formed in 1994, the Bears of San Francisco is an all-inclusive community-based association that benefits the greater Bay Area through fundraising, service, and socialising.</w:t>
      </w:r>
      <w:r/>
    </w:p>
    <w:p>
      <w:pPr>
        <w:pStyle w:val="ListNumber"/>
        <w:spacing w:line="240" w:lineRule="auto"/>
        <w:ind w:left="720"/>
      </w:pPr>
      <w:r/>
      <w:hyperlink r:id="rId15">
        <w:r>
          <w:rPr>
            <w:color w:val="0000EE"/>
            <w:u w:val="single"/>
          </w:rPr>
          <w:t>https://www.bearrison.org/food-beverage</w:t>
        </w:r>
      </w:hyperlink>
      <w:r>
        <w:t xml:space="preserve"> - The Bearrison Street Fair features several food and beverage vendors, including Oasis, DNA Lounge, and Lone Star Saloon. Oasis, located at 298 11th Street, is San Francisco's internationally acclaimed drag show nightclub and cabaret. DNA Lounge, at 375 11th Street, is a popular nightclub with two stages, four dance floors, six bars, and a full-service late-night restaurant. Lone Star Saloon, at 1354 Harrison Street, has been a legendary home for San Francisco’s bear community since 1989. The fair also offers a variety of food options from vendors such as Andrea Lobo Catering, Aguas &amp; Fizz, Berry Sweet, Culinary Cocktails, Dough It Up! Bakery, Kim Tanghulu, The Creamy Goat Ice Cream, and Yo Soy Ceviche.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179/" TargetMode="External"/><Relationship Id="rId10" Type="http://schemas.openxmlformats.org/officeDocument/2006/relationships/hyperlink" Target="https://www.bearrison.org/about-bearrison" TargetMode="External"/><Relationship Id="rId11" Type="http://schemas.openxmlformats.org/officeDocument/2006/relationships/hyperlink" Target="https://www.bearrison.org/" TargetMode="External"/><Relationship Id="rId12" Type="http://schemas.openxmlformats.org/officeDocument/2006/relationships/hyperlink" Target="https://www.bearrison.org/fair-photos-2023" TargetMode="External"/><Relationship Id="rId13" Type="http://schemas.openxmlformats.org/officeDocument/2006/relationships/hyperlink" Target="https://sfleatherdistrict.org/bearrison/" TargetMode="External"/><Relationship Id="rId14" Type="http://schemas.openxmlformats.org/officeDocument/2006/relationships/hyperlink" Target="https://sfgaylife.com/?p=842" TargetMode="External"/><Relationship Id="rId15" Type="http://schemas.openxmlformats.org/officeDocument/2006/relationships/hyperlink" Target="https://www.bearrison.org/food-bever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