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Avatar’s queer romance still matters to fans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revisiting Avatar’s queer representation as the franchise expands, from Korra and Asami’s landmark romance to Kyoshi and Rangi’s earlier love story. Across its shows, novels and comics, the world of Avatar offers a thoughtful, if incomplete, picture of LGBTQ+ lives, making its next chapter worth watching closely.</w:t>
      </w:r>
      <w:r/>
    </w:p>
    <w:p>
      <w:pPr>
        <w:pStyle w:val="Heading2"/>
      </w:pPr>
      <w:r>
        <w:t>Essential Takeaways</w:t>
      </w:r>
      <w:r/>
      <w:r/>
    </w:p>
    <w:p>
      <w:pPr>
        <w:pStyle w:val="ListBullet"/>
        <w:spacing w:line="240" w:lineRule="auto"/>
        <w:ind w:left="720"/>
      </w:pPr>
      <w:r/>
      <w:r>
        <w:rPr>
          <w:b/>
        </w:rPr>
        <w:t>Korra and Asami:</w:t>
      </w:r>
      <w:r>
        <w:t xml:space="preserve"> Their relationship became one of animation’s most celebrated queer romances.</w:t>
      </w:r>
      <w:r/>
    </w:p>
    <w:p>
      <w:pPr>
        <w:pStyle w:val="ListBullet"/>
        <w:spacing w:line="240" w:lineRule="auto"/>
        <w:ind w:left="720"/>
      </w:pPr>
      <w:r/>
      <w:r>
        <w:rPr>
          <w:b/>
        </w:rPr>
        <w:t>A wider history:</w:t>
      </w:r>
      <w:r>
        <w:t xml:space="preserve"> Avatar’s novels explore same-gender relationships long before Korra’s era.</w:t>
      </w:r>
      <w:r/>
    </w:p>
    <w:p>
      <w:pPr>
        <w:pStyle w:val="ListBullet"/>
        <w:spacing w:line="240" w:lineRule="auto"/>
        <w:ind w:left="720"/>
      </w:pPr>
      <w:r/>
      <w:r>
        <w:rPr>
          <w:b/>
        </w:rPr>
        <w:t>Different cultures:</w:t>
      </w:r>
      <w:r>
        <w:t xml:space="preserve"> Acceptance varies across the Four Nations, rather than following one simple rule.</w:t>
      </w:r>
      <w:r/>
    </w:p>
    <w:p>
      <w:pPr>
        <w:pStyle w:val="ListBullet"/>
        <w:spacing w:line="240" w:lineRule="auto"/>
        <w:ind w:left="720"/>
      </w:pPr>
      <w:r/>
      <w:r>
        <w:rPr>
          <w:b/>
        </w:rPr>
        <w:t>Still unfinished:</w:t>
      </w:r>
      <w:r>
        <w:t xml:space="preserve"> Trans and non-binary representation remains comparatively limited.</w:t>
      </w:r>
      <w:r/>
    </w:p>
    <w:p>
      <w:pPr>
        <w:pStyle w:val="ListBullet"/>
        <w:spacing w:line="240" w:lineRule="auto"/>
        <w:ind w:left="720"/>
      </w:pPr>
      <w:r/>
      <w:r>
        <w:rPr>
          <w:b/>
        </w:rPr>
        <w:t>New possibilities:</w:t>
      </w:r>
      <w:r>
        <w:t xml:space="preserve"> The franchise’s next animated series could broaden its approach to queerness.</w:t>
      </w:r>
      <w:r/>
      <w:r/>
    </w:p>
    <w:p>
      <w:pPr>
        <w:pStyle w:val="Heading2"/>
      </w:pPr>
      <w:r>
        <w:t>Avatar made room for queer love in a changing world</w:t>
      </w:r>
      <w:r/>
    </w:p>
    <w:p>
      <w:r/>
      <w:r>
        <w:t>Avatar has always been bigger than its elemental powers and spectacular fight scenes. Beneath the glowing spirit worlds and clashing nations, the franchise has tackled imperialism, war, displacement and recovery with unusual confidence for children’s entertainment.</w:t>
      </w:r>
      <w:r/>
    </w:p>
    <w:p>
      <w:r/>
      <w:r>
        <w:t>That seriousness makes its treatment of queer love especially meaningful. The world isn't presented as uniformly accepting, but neither is queerness treated as a problem that stories must solve. Instead, relationships sit within families, communities and political systems, much like they do in real life.</w:t>
      </w:r>
      <w:r/>
    </w:p>
    <w:p>
      <w:r/>
      <w:r>
        <w:t>The original animated series established the setting across four elemental nations, while later stories expanded its history through novels, comics and games. According to the franchise's established lore, the Avatar is reincarnated through the ages, creating a natural way to revisit changing ideas about identity, power and belonging.</w:t>
      </w:r>
      <w:r/>
    </w:p>
    <w:p>
      <w:pPr>
        <w:pStyle w:val="Heading2"/>
      </w:pPr>
      <w:r>
        <w:t>Korra and Asami changed the conversation</w:t>
      </w:r>
      <w:r/>
    </w:p>
    <w:p>
      <w:r/>
      <w:r>
        <w:t>The romance between Korra and Asami remains the franchise's defining queer storyline. Their bond develops gradually, moving from rivalry and uncertainty towards trust, affection and finally a relationship that becomes explicit at the end of The Legend of Korra.</w:t>
      </w:r>
      <w:r/>
    </w:p>
    <w:p>
      <w:r/>
      <w:r>
        <w:t>For many viewers, that finale landed with a jolt of recognition. The pair's final walk into the spirit portal was quiet rather than showy, but the restraint made the moment feel intimate and earned. Fan communities quickly embraced the pairing, often known as Korrasami, as one of animation's most important same-gender romances.</w:t>
      </w:r>
      <w:r/>
    </w:p>
    <w:p>
      <w:r/>
      <w:r>
        <w:t>The story continues in graphic novels, where Korra and Asami navigate life together, including time in the Spirit World and conversations about coming out. Their experiences aren't identical, and that matters. Some relatives are supportive, while others worry about social judgement, giving the relationship a gentle but recognisable emotional texture.</w:t>
      </w:r>
      <w:r/>
    </w:p>
    <w:p>
      <w:r/>
      <w:r>
        <w:t>Fan discussions and relationship guides have also tracked how their friendship gradually changes across the series. The appeal isn't simply that they become a couple. It's that the romance grows from respect, shared danger and emotional honesty, rather than arriving as a last-minute twist.</w:t>
      </w:r>
      <w:r/>
    </w:p>
    <w:p>
      <w:pPr>
        <w:pStyle w:val="Heading2"/>
      </w:pPr>
      <w:r>
        <w:t>Kyoshi and Rangi prove the history runs deeper</w:t>
      </w:r>
      <w:r/>
    </w:p>
    <w:p>
      <w:r/>
      <w:r>
        <w:t>Korra and Asami aren't the only queer couple in Avatar's expanding timeline. The Kyoshi novels take readers centuries earlier, following Avatar Kyoshi and her Fire Nation companion, Rangi.</w:t>
      </w:r>
      <w:r/>
    </w:p>
    <w:p>
      <w:r/>
      <w:r>
        <w:t>Their relationship begins amid danger, loyalty and plenty of unresolved tension. As the novels progress, affection becomes unmistakable, giving Kyoshi a love story that feels passionate without reducing her to a romantic character. She remains formidable, awkward, funny and politically consequential, all at once.</w:t>
      </w:r>
      <w:r/>
    </w:p>
    <w:p>
      <w:r/>
      <w:r>
        <w:t>The books also make the setting's social complexity clearer. Some communities are welcoming, while others are less comfortable with same-gender relationships. That unevenness gives the world more depth, although it can also feel like a missed opportunity when queer characters must repeatedly navigate secrecy.</w:t>
      </w:r>
      <w:r/>
    </w:p>
    <w:p>
      <w:r/>
      <w:r>
        <w:t>The novels' relationship histories have helped fans place Kyoshi and Rangi within a broader Avatar chronology. They also show how the franchise can use different eras to explore intimacy without repeating Korra and Asami's exact story.</w:t>
      </w:r>
      <w:r/>
    </w:p>
    <w:p>
      <w:pPr>
        <w:pStyle w:val="Heading2"/>
      </w:pPr>
      <w:r>
        <w:t>The Four Nations don't share one view of queerness</w:t>
      </w:r>
      <w:r/>
    </w:p>
    <w:p>
      <w:r/>
      <w:r>
        <w:t>One of Avatar's more interesting ideas is that acceptance changes from place to place. Air Nomad communities are depicted as especially open and communal, while the Water Tribes are generally less hostile but more reserved about public expressions of identity.</w:t>
      </w:r>
      <w:r/>
    </w:p>
    <w:p>
      <w:r/>
      <w:r>
        <w:t>The Earth Kingdom and Fire Nation offer more complicated examples. The Kyoshi novels suggest that prejudice exists in parts of the Earth Kingdom, while Fire Lord Sozin's rule is associated with laws targeting queer relationships. That policy is linked to the militarisation of the Fire Nation, making prejudice part of a wider political project rather than a timeless cultural truth.</w:t>
      </w:r>
      <w:r/>
    </w:p>
    <w:p>
      <w:r/>
      <w:r>
        <w:t>This is useful world-building because it avoids the easy fantasy shortcut where one nation is simply good and another is simply bad. Social attitudes shift with rulers, traditions and historical pressure. In other words, Avatar treats acceptance as something societies can lose, defend or expand.</w:t>
      </w:r>
      <w:r/>
    </w:p>
    <w:p>
      <w:r/>
      <w:r>
        <w:t>That approach also helps explain why Korra's public bisexuality has such an effect on later generations. Her visibility becomes a form of encouragement, particularly for people who have grown up believing that quiet conformity is safer.</w:t>
      </w:r>
      <w:r/>
    </w:p>
    <w:p>
      <w:pPr>
        <w:pStyle w:val="Heading2"/>
      </w:pPr>
      <w:r>
        <w:t>Representation has improved, but gaps remain</w:t>
      </w:r>
      <w:r/>
    </w:p>
    <w:p>
      <w:r/>
      <w:r>
        <w:t>For all its progress, Avatar's LGBTQ+ representation isn't complete. Queer relationships have received meaningful attention, especially in the novels and graphic novels, but trans and non-binary characters have generally remained less visible.</w:t>
      </w:r>
      <w:r/>
    </w:p>
    <w:p>
      <w:r/>
      <w:r>
        <w:t>That contrast becomes clearer beside series such as Steven Universe and She-Ra and the Princesses of Power, which place queer and gender-diverse characters closer to the centre of their stories. Avatar's world can feel warmly accepting in principle while still leaving some identities at the edges.</w:t>
      </w:r>
      <w:r/>
    </w:p>
    <w:p>
      <w:r/>
      <w:r>
        <w:t>There are also practical limits to what the original television series could show. Korra and Asami's relationship was confirmed only at the end, and much of their romantic development arrived later in print. Fans celebrated the breakthrough, but many were left wondering what a fuller on-screen romance might have looked like.</w:t>
      </w:r>
      <w:r/>
    </w:p>
    <w:p>
      <w:r/>
      <w:r>
        <w:t>The franchise now has room to be bolder. With new animated projects on the horizon, creators could build queer characters whose lives aren't defined solely by coming out, discrimination or representation milestones. Sometimes the most powerful choice is simply letting a couple share a joke, argue over dinner or hold hands without the story stopping to explain why it matters.</w:t>
      </w:r>
      <w:r/>
    </w:p>
    <w:p>
      <w:pPr>
        <w:pStyle w:val="Heading2"/>
      </w:pPr>
      <w:r>
        <w:t>What the next Avatar series could do differently</w:t>
      </w:r>
      <w:r/>
    </w:p>
    <w:p>
      <w:r/>
      <w:r>
        <w:t>The continuing interest in Avatar suggests that audiences want both adventure and emotional specificity. New stories can preserve the franchise's strengths, including moral complexity and richly drawn cultures, while treating queerness as an ordinary part of daily life.</w:t>
      </w:r>
      <w:r/>
    </w:p>
    <w:p>
      <w:r/>
      <w:r>
        <w:t>GamesRadar's reporting on Avatar: Seven Havens has fuelled curiosity about where the next animated chapter might take the mythology. Its premise offers another opportunity to explore how a new Avatar navigates a transformed world, and that includes the possibility of more prominent queer and gender-diverse characters.</w:t>
      </w:r>
      <w:r/>
    </w:p>
    <w:p>
      <w:r/>
      <w:r>
        <w:t>The best route forward would be neither tokenism nor a sudden lecture about identity. It would be a cast that feels naturally varied, with queer characters allowed to be heroes, villains, comic relief, love interests and beautifully ordinary people. That's how representation starts to feel less like an announcement and more like a world.</w:t>
      </w:r>
      <w:r/>
    </w:p>
    <w:p>
      <w:r/>
      <w:r>
        <w:t>Avatar has already shown that a small, carefully handled romantic moment can stay with viewers for years. The next step is giving that same care to more kinds of lives.</w:t>
      </w:r>
      <w:r/>
    </w:p>
    <w:p>
      <w:r/>
      <w:r>
        <w:t>It's a fantasy world with plenty more room for love.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https://glreview.org/the-queerness-of-avatar-the-last-airbender/</w:t>
        </w:r>
      </w:hyperlink>
      <w:r>
        <w:t xml:space="preserve"> - Please view link - unable to able to access data</w:t>
      </w:r>
      <w:r/>
    </w:p>
    <w:p>
      <w:pPr>
        <w:pStyle w:val="ListNumber"/>
        <w:spacing w:line="240" w:lineRule="auto"/>
        <w:ind w:left="720"/>
      </w:pPr>
      <w:r/>
      <w:hyperlink r:id="rId10">
        <w:r>
          <w:rPr>
            <w:color w:val="0000EE"/>
            <w:u w:val="single"/>
          </w:rPr>
          <w:t>https://en.wikipedia.org/wiki/Avatar:_The_Last_Airbender</w:t>
        </w:r>
      </w:hyperlink>
      <w:r>
        <w:t xml:space="preserve"> - This Wikipedia article provides an overview of 'Avatar: The Last Airbender', detailing its setting, characters, and themes. It highlights the series' exploration of complex topics such as war, genocide, imperialism, colonialism, and totalitarianism. The show is set during a period of imperialistic war initiated by the Fire Nation, depicting the effects of war through the eyes of common people, including oppressed Earth Kingdom citizens and indoctrinated Fire Nation schoolchildren. The article also discusses the systemic inequality experienced by residents in the Earth Kingdom city of Ba Sing Se and the activities of the city's corrupt secret police. Additionally, it introduces the concept of genocide early on when protagonist Aang discovers his people have been massacred, showcasing a range of emotions such as rage, guilt, and sadness.</w:t>
      </w:r>
      <w:r/>
    </w:p>
    <w:p>
      <w:pPr>
        <w:pStyle w:val="ListNumber"/>
        <w:spacing w:line="240" w:lineRule="auto"/>
        <w:ind w:left="720"/>
      </w:pPr>
      <w:r/>
      <w:hyperlink r:id="rId11">
        <w:r>
          <w:rPr>
            <w:color w:val="0000EE"/>
            <w:u w:val="single"/>
          </w:rPr>
          <w:t>https://www.gamesradar.com/entertainment/animation-shows/what-is-avatar-seven-havens/</w:t>
        </w:r>
      </w:hyperlink>
      <w:r>
        <w:t xml:space="preserve"> - This article explains 'Avatar: Seven Havens', an upcoming animated series set in the Avatar universe. Created by Michael Dante DiMartino and Bryan Konietzko, the show takes place 225 years after 'The Legend of Korra' and follows Pavi, a young Earthbender who discovers she is the new Avatar in a world that has turned against the Avatar legacy. Pavi, along with her Airbender friend Jae and her long-lost twin Nisha, embarks on a journey to uncover the truth about their origins and prevent the downfall of Seven Havens, a refuge amid relentless sandstorms and societal collapse. The series is set to stream on Paramount+ and comprises two Books of 13 episodes each, with the first set airing weekly in batches throughout October 2026.</w:t>
      </w:r>
      <w:r/>
    </w:p>
    <w:p>
      <w:pPr>
        <w:pStyle w:val="ListNumber"/>
        <w:spacing w:line="240" w:lineRule="auto"/>
        <w:ind w:left="720"/>
      </w:pPr>
      <w:r/>
      <w:hyperlink r:id="rId12">
        <w:r>
          <w:rPr>
            <w:color w:val="0000EE"/>
            <w:u w:val="single"/>
          </w:rPr>
          <w:t>https://fanlore.org/wiki/Korra/Asami</w:t>
        </w:r>
      </w:hyperlink>
      <w:r>
        <w:t xml:space="preserve"> - This Fanlore article discusses the pairing of Avatar Korra and Asami Sato, commonly known as Korrasami, in 'The Legend of Korra'. It details their relationship, from being romantic rivals to becoming friends and eventually romantic partners. The article notes that while some fans argued that the final scene was ambiguous, the creators clarified that Korra and Asami were, in fact, girlfriends. This relationship is significant as it represents one of the first openly queer relationships in children's animation, marking a groundbreaking moment in the portrayal of LGBTQ+ characters in media.</w:t>
      </w:r>
      <w:r/>
    </w:p>
    <w:p>
      <w:pPr>
        <w:pStyle w:val="ListNumber"/>
        <w:spacing w:line="240" w:lineRule="auto"/>
        <w:ind w:left="720"/>
      </w:pPr>
      <w:r/>
      <w:hyperlink r:id="rId13">
        <w:r>
          <w:rPr>
            <w:color w:val="0000EE"/>
            <w:u w:val="single"/>
          </w:rPr>
          <w:t>https://avatar.fandom.com/wiki/Korra%27s_relationships</w:t>
        </w:r>
      </w:hyperlink>
      <w:r>
        <w:t xml:space="preserve"> - This Avatar Wiki article provides an in-depth look at Korra's relationships in 'The Legend of Korra'. It highlights her evolving bond with Asami Sato, detailing how they became friends after Korra overcame her jealousy and eventually became romantic partners. The article also discusses the support Asami provided to Korra during her recovery from mercury poisoning and their shared experiences during their travels. It emphasizes the depth and complexity of their relationship, showcasing the series' commitment to portraying meaningful and diverse connections between characters.</w:t>
      </w:r>
      <w:r/>
    </w:p>
    <w:p>
      <w:pPr>
        <w:pStyle w:val="ListNumber"/>
        <w:spacing w:line="240" w:lineRule="auto"/>
        <w:ind w:left="720"/>
      </w:pPr>
      <w:r/>
      <w:hyperlink r:id="rId14">
        <w:r>
          <w:rPr>
            <w:color w:val="0000EE"/>
            <w:u w:val="single"/>
          </w:rPr>
          <w:t>https://avatar.fandom.com/wiki/Asami_Sato%27s_relationships</w:t>
        </w:r>
      </w:hyperlink>
      <w:r>
        <w:t xml:space="preserve"> - This Avatar Wiki article explores Asami Sato's relationships in 'The Legend of Korra', focusing on her connection with Korra. It details their initial rivalry, subsequent friendship, and eventual romantic relationship. The article highlights key moments that solidified their bond, including Asami's support for Korra during her recovery and their shared adventures. It also touches upon Asami's background as a non-bender and her role within Team Avatar, emphasizing her importance in the series and the significance of her relationship with Korra.</w:t>
      </w:r>
      <w:r/>
    </w:p>
    <w:p>
      <w:pPr>
        <w:pStyle w:val="ListNumber"/>
        <w:spacing w:line="240" w:lineRule="auto"/>
        <w:ind w:left="720"/>
      </w:pPr>
      <w:r/>
      <w:hyperlink r:id="rId15">
        <w:r>
          <w:rPr>
            <w:color w:val="0000EE"/>
            <w:u w:val="single"/>
          </w:rPr>
          <w:t>https://www.youtube.com/watch?v=6pdUQdndw4I</w:t>
        </w:r>
      </w:hyperlink>
      <w:r>
        <w:t xml:space="preserve"> - This YouTube video showcases Korra and Asami's most romantic moments in 'The Legend of Korra'. It highlights key scenes that depict the development of their relationship, from their initial interactions to their eventual romantic connection. The video serves as a tribute to their bond, emphasizing the significance of their relationship within the series and its impact on viewers. It also reflects the show's commitment to representing LGBTQ+ characters and relationships in a positive and meaningful way.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review.org/the-queerness-of-avatar-the-last-airbender/" TargetMode="External"/><Relationship Id="rId10" Type="http://schemas.openxmlformats.org/officeDocument/2006/relationships/hyperlink" Target="https://en.wikipedia.org/wiki/Avatar:_The_Last_Airbender" TargetMode="External"/><Relationship Id="rId11" Type="http://schemas.openxmlformats.org/officeDocument/2006/relationships/hyperlink" Target="https://www.gamesradar.com/entertainment/animation-shows/what-is-avatar-seven-havens/" TargetMode="External"/><Relationship Id="rId12" Type="http://schemas.openxmlformats.org/officeDocument/2006/relationships/hyperlink" Target="https://fanlore.org/wiki/Korra/Asami" TargetMode="External"/><Relationship Id="rId13" Type="http://schemas.openxmlformats.org/officeDocument/2006/relationships/hyperlink" Target="https://avatar.fandom.com/wiki/Korra%27s_relationships" TargetMode="External"/><Relationship Id="rId14" Type="http://schemas.openxmlformats.org/officeDocument/2006/relationships/hyperlink" Target="https://avatar.fandom.com/wiki/Asami_Sato%27s_relationships" TargetMode="External"/><Relationship Id="rId15" Type="http://schemas.openxmlformats.org/officeDocument/2006/relationships/hyperlink" Target="https://www.youtube.com/watch?v=6pdUQdndw4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