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Avatar Seven Havens LGBTQ Representation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welcoming Avatar: Seven Havens as the latest chapter in a beloved fantasy world, but its openly gay couple, Jae and Datu, is drawing particular attention. Their relationship gives younger fans visible LGBTQ+ representation while preserving the franchise's familiar themes of friendship, belonging and chosen family.</w:t>
      </w:r>
      <w:r/>
    </w:p>
    <w:p>
      <w:pPr>
        <w:pStyle w:val="Heading2"/>
      </w:pPr>
      <w:r>
        <w:t>Essential Takeaways</w:t>
      </w:r>
      <w:r/>
      <w:r/>
    </w:p>
    <w:p>
      <w:pPr>
        <w:pStyle w:val="ListBullet"/>
        <w:spacing w:line="240" w:lineRule="auto"/>
        <w:ind w:left="720"/>
      </w:pPr>
      <w:r/>
      <w:r>
        <w:rPr>
          <w:b/>
        </w:rPr>
        <w:t>A new couple:</w:t>
      </w:r>
      <w:r>
        <w:t xml:space="preserve"> Jae and Datu are a prominent gay male couple in Seven Havens.</w:t>
      </w:r>
      <w:r/>
    </w:p>
    <w:p>
      <w:pPr>
        <w:pStyle w:val="ListBullet"/>
        <w:spacing w:line="240" w:lineRule="auto"/>
        <w:ind w:left="720"/>
      </w:pPr>
      <w:r/>
      <w:r>
        <w:rPr>
          <w:b/>
        </w:rPr>
        <w:t>Representation without drama:</w:t>
      </w:r>
      <w:r>
        <w:t xml:space="preserve"> Their relationship isn't treated as a problem or a plot twist.</w:t>
      </w:r>
      <w:r/>
    </w:p>
    <w:p>
      <w:pPr>
        <w:pStyle w:val="ListBullet"/>
        <w:spacing w:line="240" w:lineRule="auto"/>
        <w:ind w:left="720"/>
      </w:pPr>
      <w:r/>
      <w:r>
        <w:rPr>
          <w:b/>
        </w:rPr>
        <w:t>A growing universe:</w:t>
      </w:r>
      <w:r>
        <w:t xml:space="preserve"> The franchise has previously featured LGBTQ+ characters, including Korra and Asami.</w:t>
      </w:r>
      <w:r/>
    </w:p>
    <w:p>
      <w:pPr>
        <w:pStyle w:val="ListBullet"/>
        <w:spacing w:line="240" w:lineRule="auto"/>
        <w:ind w:left="720"/>
      </w:pPr>
      <w:r/>
      <w:r>
        <w:rPr>
          <w:b/>
        </w:rPr>
        <w:t>Familiar emotional ground:</w:t>
      </w:r>
      <w:r>
        <w:t xml:space="preserve"> Avatar's focus on difference, pressure and chosen family resonates strongly with queer viewers.</w:t>
      </w:r>
      <w:r/>
    </w:p>
    <w:p>
      <w:pPr>
        <w:pStyle w:val="ListBullet"/>
        <w:spacing w:line="240" w:lineRule="auto"/>
        <w:ind w:left="720"/>
      </w:pPr>
      <w:r/>
      <w:r>
        <w:rPr>
          <w:b/>
        </w:rPr>
        <w:t>A new visual direction:</w:t>
      </w:r>
      <w:r>
        <w:t xml:space="preserve"> The spin-off also brings a fresh animation style influenced by classic anime.</w:t>
      </w:r>
      <w:r/>
      <w:r/>
    </w:p>
    <w:p>
      <w:pPr>
        <w:pStyle w:val="Heading2"/>
      </w:pPr>
      <w:r>
        <w:t>Seven Havens makes queer love part of the adventure</w:t>
      </w:r>
      <w:r/>
    </w:p>
    <w:p>
      <w:r/>
      <w:r>
        <w:t>The most striking thing about Jae and Datu isn't that they're gay. It's that the story lets them simply be a couple, moving through the world alongside everyone else. There is no need for a coming-out episode, a tragic confession or a villainous speech about tolerance.</w:t>
      </w:r>
      <w:r/>
    </w:p>
    <w:p>
      <w:r/>
      <w:r>
        <w:t>That everyday quality is precisely what makes their presence feel meaningful. Speaking at New York Comic Con, voice actor Major Curda described the relationship as an example of "love is love", while highlighting how naturally it fits into the story, according to The PinkNews.</w:t>
      </w:r>
      <w:r/>
    </w:p>
    <w:p>
      <w:r/>
      <w:r>
        <w:t>For younger viewers, that normality can be powerful. Representation doesn't always need to arrive with a spotlight and swelling music. Sometimes it looks like two characters holding hands before the next adventure begins.</w:t>
      </w:r>
      <w:r/>
    </w:p>
    <w:p>
      <w:pPr>
        <w:pStyle w:val="Heading2"/>
      </w:pPr>
      <w:r>
        <w:t>The Avatar franchise has been building towards this</w:t>
      </w:r>
      <w:r/>
    </w:p>
    <w:p>
      <w:r/>
      <w:r>
        <w:t>The original Avatar: The Last Airbender remains hugely important to fans, but it didn't include explicitly LGBTQ+ characters. Later stories widened the picture, most notably through The Legend of Korra, whose ending confirmed the romantic bond between Korra and Asami.</w:t>
      </w:r>
      <w:r/>
    </w:p>
    <w:p>
      <w:r/>
      <w:r>
        <w:t>Comics, novels and games have added further detail to the wider universe, while fans continue to debate possible queer readings of other characters. The result is a franchise that has gradually become more inclusive without abandoning its central interest in identity, responsibility and connection, as Them and The PinkNews have noted.</w:t>
      </w:r>
      <w:r/>
    </w:p>
    <w:p>
      <w:r/>
      <w:r>
        <w:t>Seven Havens takes that progression a step further with a visible gay male couple at the centre of its new generation. It matters because boys and young men don't always get the same breadth of queer representation that girls and women receive on screen.</w:t>
      </w:r>
      <w:r/>
    </w:p>
    <w:p>
      <w:pPr>
        <w:pStyle w:val="Heading2"/>
      </w:pPr>
      <w:r>
        <w:t>Why Avatar feels like a safe place for queer viewers</w:t>
      </w:r>
      <w:r/>
    </w:p>
    <w:p>
      <w:r/>
      <w:r>
        <w:t>Avatar has always been more than elemental magic and spectacular battles. Its heroes are outsiders, refugees, rebels and young people carrying expectations that would be exhausting even without a world-ending crisis. That emotional texture gives the franchise an unusual warmth.</w:t>
      </w:r>
      <w:r/>
    </w:p>
    <w:p>
      <w:r/>
      <w:r>
        <w:t>Aang loses the society he knew. Katara and Sokka help build a family around him. Toph refuses to fit the role others have designed for her. These aren't specifically queer stories, but their emotional logic will feel familiar to anyone who's been told they don't belong.</w:t>
      </w:r>
      <w:r/>
    </w:p>
    <w:p>
      <w:r/>
      <w:r>
        <w:t>In Seven Havens, the Avatar is living in a world that no longer welcomes the figure once celebrated as humanity's protector. That reversal gives the new series a timely backbone, even as it remains an accessible fantasy adventure, according to coverage from The PinkNews and Main Currents.</w:t>
      </w:r>
      <w:r/>
    </w:p>
    <w:p>
      <w:pPr>
        <w:pStyle w:val="Heading2"/>
      </w:pPr>
      <w:r>
        <w:t>A fresh look for a new era</w:t>
      </w:r>
      <w:r/>
    </w:p>
    <w:p>
      <w:r/>
      <w:r>
        <w:t>The LGBTQ+ storyline isn't the only reason Seven Havens has attracted attention. The series also introduces a different animation approach, with its creative team drawing on the energy and texture of old-school anime.</w:t>
      </w:r>
      <w:r/>
    </w:p>
    <w:p>
      <w:r/>
      <w:r>
        <w:t>That shift could help the spin-off feel distinct rather than like a simple replay of earlier adventures. Reviews and production coverage from GamesRadar point to a show attempting to expand the visual language of Avatar while keeping its emotional focus intact.</w:t>
      </w:r>
      <w:r/>
    </w:p>
    <w:p>
      <w:r/>
      <w:r>
        <w:t>It's a sensible move. A franchise this established needs familiar touchstones, but it also needs enough new colour, movement and attitude to justify another journey.</w:t>
      </w:r>
      <w:r/>
    </w:p>
    <w:p>
      <w:pPr>
        <w:pStyle w:val="Heading2"/>
      </w:pPr>
      <w:r>
        <w:t>Representation works best when it feels ordinary</w:t>
      </w:r>
      <w:r/>
    </w:p>
    <w:p>
      <w:r/>
      <w:r>
        <w:t>The strongest LGBTQ+ characters aren't always the ones whose identity drives every scene. Jae and Datu appear to be part of a broader story about a changing world, personal courage and the burden of being different. Their relationship can matter without becoming the only thing viewers are invited to notice.</w:t>
      </w:r>
      <w:r/>
    </w:p>
    <w:p>
      <w:r/>
      <w:r>
        <w:t>That balance is especially valuable in children's and family entertainment. It tells queer viewers they deserve adventure, humour and happy relationships, not just stories built around hardship. It also lets everyone else see LGBTQ+ characters as part of ordinary fictional life.</w:t>
      </w:r>
      <w:r/>
    </w:p>
    <w:p>
      <w:r/>
      <w:r>
        <w:t>As the wider Avatar universe continues with future projects, including Avatar Kuruk: Wave of Chaos, Seven Havens suggests that the franchise's safe, generous spirit is still intact. For many fans, that's the real magic.</w:t>
      </w:r>
      <w:r/>
    </w:p>
    <w:p>
      <w:r/>
      <w:r>
        <w:t>A good fantasy world gives viewers somewhere to escape; a great one helps them feel at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[7]</w:t>
        </w:r>
      </w:hyperlink>
      <w:r>
        <w:t xml:space="preserve">- Paragraph 2: </w:t>
      </w:r>
      <w:hyperlink r:id="rId10">
        <w:r>
          <w:rPr>
            <w:color w:val="0000EE"/>
            <w:u w:val="single"/>
          </w:rPr>
          <w:t>[2]</w:t>
        </w:r>
      </w:hyperlink>
      <w:r>
        <w:t xml:space="preserve">, </w:t>
      </w:r>
      <w:hyperlink r:id="rId9">
        <w:r>
          <w:rPr>
            <w:color w:val="0000EE"/>
            <w:u w:val="single"/>
          </w:rPr>
          <w:t>[7]</w:t>
        </w:r>
      </w:hyperlink>
      <w:r>
        <w:t xml:space="preserve">- Paragraph 3: </w:t>
      </w:r>
      <w:hyperlink r:id="rId11">
        <w:r>
          <w:rPr>
            <w:color w:val="0000EE"/>
            <w:u w:val="single"/>
          </w:rPr>
          <w:t>[3]</w:t>
        </w:r>
      </w:hyperlink>
      <w:r>
        <w:t xml:space="preserve">, </w:t>
      </w:r>
      <w:hyperlink r:id="rId9">
        <w:r>
          <w:rPr>
            <w:color w:val="0000EE"/>
            <w:u w:val="single"/>
          </w:rPr>
          <w:t>[7]</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4">
        <w:r>
          <w:rPr>
            <w:color w:val="0000EE"/>
            <w:u w:val="single"/>
          </w:rPr>
          <w:t>[5]</w:t>
        </w:r>
      </w:hyperlink>
      <w:r>
        <w:t xml:space="preserve">, </w:t>
      </w:r>
      <w:hyperlink r:id="rId13">
        <w:r>
          <w:rPr>
            <w:color w:val="0000EE"/>
            <w:u w:val="single"/>
          </w:rPr>
          <w:t>[6]</w:t>
        </w:r>
      </w:hyperlink>
      <w:r>
        <w:t xml:space="preserve">- Paragraph 6: </w:t>
      </w:r>
      <w:hyperlink r:id="rId11">
        <w:r>
          <w:rPr>
            <w:color w:val="0000EE"/>
            <w:u w:val="single"/>
          </w:rPr>
          <w:t>[3]</w:t>
        </w:r>
      </w:hyperlink>
      <w:r>
        <w:t xml:space="preserve">, </w:t>
      </w:r>
      <w:hyperlink r:id="rId9">
        <w:r>
          <w:rPr>
            <w:color w:val="0000EE"/>
            <w:u w:val="single"/>
          </w:rPr>
          <w:t>[7]</w:t>
        </w:r>
      </w:hyperlink>
      <w:r>
        <w:t xml:space="preserve">- Paragraph 7: </w:t>
      </w:r>
      <w:hyperlink r:id="rId12">
        <w:r>
          <w:rPr>
            <w:color w:val="0000EE"/>
            <w:u w:val="single"/>
          </w:rPr>
          <w:t>[4]</w:t>
        </w:r>
      </w:hyperlink>
      <w:r>
        <w:t xml:space="preserve">, </w:t>
      </w:r>
      <w:hyperlink r:id="rId14">
        <w:r>
          <w:rPr>
            <w:color w:val="0000EE"/>
            <w:u w:val="single"/>
          </w:rPr>
          <w:t>[5]</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9">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https://www.thepinknews.com/2026/10/13/avatar-the-last-airbender-lgbtq-representation-seven-havens/</w:t>
        </w:r>
      </w:hyperlink>
      <w:r>
        <w:t xml:space="preserve"> - Please view link - unable to able to access data</w:t>
      </w:r>
      <w:r/>
    </w:p>
    <w:p>
      <w:pPr>
        <w:pStyle w:val="ListNumber"/>
        <w:spacing w:line="240" w:lineRule="auto"/>
        <w:ind w:left="720"/>
      </w:pPr>
      <w:r/>
      <w:hyperlink r:id="rId10">
        <w:r>
          <w:rPr>
            <w:color w:val="0000EE"/>
            <w:u w:val="single"/>
          </w:rPr>
          <w:t>https://www.them.us/entertainment/tv-and-movies/avatar-seven-havens-gay-couple</w:t>
        </w:r>
      </w:hyperlink>
      <w:r>
        <w:t xml:space="preserve"> - 'Avatar: Seven Havens' introduces a gay couple, Jae and Datu, adding LGBTQ+ representation to the franchise. Jae, an airbender, is shown with his boyfriend Datu in the first episodes released on Paramount+. The scene depicting their relationship has gained attention on social media. (</w:t>
      </w:r>
      <w:hyperlink r:id="rId15">
        <w:r>
          <w:rPr>
            <w:color w:val="0000EE"/>
            <w:u w:val="single"/>
          </w:rPr>
          <w:t>them.us</w:t>
        </w:r>
      </w:hyperlink>
      <w:r>
        <w:t>)</w:t>
      </w:r>
      <w:r/>
    </w:p>
    <w:p>
      <w:pPr>
        <w:pStyle w:val="ListNumber"/>
        <w:spacing w:line="240" w:lineRule="auto"/>
        <w:ind w:left="720"/>
      </w:pPr>
      <w:r/>
      <w:hyperlink r:id="rId11">
        <w:r>
          <w:rPr>
            <w:color w:val="0000EE"/>
            <w:u w:val="single"/>
          </w:rPr>
          <w:t>https://www.main-currents.news/stories/2026/10/12/animated-series-avatar-seven-h</w:t>
        </w:r>
      </w:hyperlink>
      <w:r>
        <w:t xml:space="preserve"> - 'Avatar: Seven Havens' features an on-screen gay relationship between characters Jae and Datu. The series premiered on Paramount+ on October 9, 2026, with the first three episodes introducing the couple. The show has been renewed for additional seasons. (</w:t>
      </w:r>
      <w:hyperlink r:id="rId16">
        <w:r>
          <w:rPr>
            <w:color w:val="0000EE"/>
            <w:u w:val="single"/>
          </w:rPr>
          <w:t>main-currents.news</w:t>
        </w:r>
      </w:hyperlink>
      <w:r>
        <w:t>)</w:t>
      </w:r>
      <w:r/>
    </w:p>
    <w:p>
      <w:pPr>
        <w:pStyle w:val="ListNumber"/>
        <w:spacing w:line="240" w:lineRule="auto"/>
        <w:ind w:left="720"/>
      </w:pPr>
      <w:r/>
      <w:hyperlink r:id="rId12">
        <w:r>
          <w:rPr>
            <w:color w:val="0000EE"/>
            <w:u w:val="single"/>
          </w:rPr>
          <w:t>https://www.gamesradar.com/entertainment/animation-shows/avatar-seven-havens-season-1-review/</w:t>
        </w:r>
      </w:hyperlink>
      <w:r>
        <w:t xml:space="preserve"> - 'Avatar: Seven Havens' is a new animated series on Paramount Plus set in a post-apocalyptic world long after the events of 'The Legend of Korra.' The series introduces twin protagonists, Pavi and Nisha, who are both Avatars—a mysterious and unprecedented development. The plot explores the aftermath of a cataclysm blamed on the previous Avatar, alongside the struggle for survival in the city of Ellora. Though the narrative is intriguing and features promising new characters voiced by Aishu Devan and Saheli Khan, the show is hindered by inconsistent animation quality and confusing action sequences. While environments and background designs are vibrant, main character animation lacks depth, and the critical martial arts elements suffer from poor visual clarity. Despite high expectations and early excitement, especially after the visually stunning 'Avatar Aang: The Last Airbender' movie, 'Seven Havens' falls short in execution. The series has appealing story threads but fails to meet the franchise's established animation standards. (</w:t>
      </w:r>
      <w:hyperlink r:id="rId17">
        <w:r>
          <w:rPr>
            <w:color w:val="0000EE"/>
            <w:u w:val="single"/>
          </w:rPr>
          <w:t>gamesradar.com</w:t>
        </w:r>
      </w:hyperlink>
      <w:r>
        <w:t>)</w:t>
      </w:r>
      <w:r/>
    </w:p>
    <w:p>
      <w:pPr>
        <w:pStyle w:val="ListNumber"/>
        <w:spacing w:line="240" w:lineRule="auto"/>
        <w:ind w:left="720"/>
      </w:pPr>
      <w:r/>
      <w:hyperlink r:id="rId14">
        <w:r>
          <w:rPr>
            <w:color w:val="0000EE"/>
            <w:u w:val="single"/>
          </w:rPr>
          <w:t>https://www.gamesradar.com/entertainment/animation-shows/avatar-seven-havens-co-creator-and-ep-explain-the-shows-new-animation-style-say-they-wanted-to-make-an-old-school-anime/</w:t>
        </w:r>
      </w:hyperlink>
      <w:r>
        <w:t xml:space="preserve"> - 'Avatar: Seven Havens,' the latest installment in the Avatar franchise, debuted its first three episodes this week on Paramount+. Set after 'Avatar: The Last Airbender' and 'The Legend of Korra,' the series introduces twin Avatars, Pavi and Nisha, who follow in the footsteps of Korra amid the aftermath of a world-altering event called the Cataclysm. One of the notable features of the new series is its distinct animation style, which diverges from that of its predecessors. Co-creator Bryan Konietzko and executive producer Ethan Spaulding revealed that the new visual approach was inspired by vintage Japanese anime from the 1970s and '80s. Spaulding appreciated the opportunity to explore a more colorful and less shadowed aesthetic, making the series feel more vibrant and animated. The creators deliberately chose to imbue the show with a fantasy atmosphere reminiscent of older anime classics such as 'Nadia: The Secret of Blue Water.' As the story of Pavi and Nisha unfolds, fans are eager to see how the animation style enhances their journey and whether characters like Aang or Korra might make appearances. (</w:t>
      </w:r>
      <w:hyperlink r:id="rId18">
        <w:r>
          <w:rPr>
            <w:color w:val="0000EE"/>
            <w:u w:val="single"/>
          </w:rPr>
          <w:t>gamesradar.com</w:t>
        </w:r>
      </w:hyperlink>
      <w:r>
        <w:t>)</w:t>
      </w:r>
      <w:r/>
    </w:p>
    <w:p>
      <w:pPr>
        <w:pStyle w:val="ListNumber"/>
        <w:spacing w:line="240" w:lineRule="auto"/>
        <w:ind w:left="720"/>
      </w:pPr>
      <w:r/>
      <w:hyperlink r:id="rId13">
        <w:r>
          <w:rPr>
            <w:color w:val="0000EE"/>
            <w:u w:val="single"/>
          </w:rPr>
          <w:t>https://www.gamesradar.com/entertainment/animation-shows/what-is-avatar-seven-havens/</w:t>
        </w:r>
      </w:hyperlink>
      <w:r>
        <w:t xml:space="preserve"> - 'Avatar: Seven Havens' is an upcoming animated series set in the Avatar universe, created by Michael Dante DiMartino and Bryan Konietzko. The show takes place 225 years after 'The Legend of Korra' and follows Pavi, a young Earthbender who discovers she is the new Avatar in a world that has turned against the Avatar legacy. Pavi, her Airbender friend Jae, and her long-lost twin Nisha, embark on a journey to uncover the truth about their origins and stop the downfall of Seven Havens, a haven amid relentless sandstorms and societal collapse. Set to stream on Paramount+, the show comprises two Books of 13 episodes each, with the first set airing weekly in batches throughout October 2026. While prior Avatar series aren't essential for viewing, watching 'The Legend of Korra' provides key context. Characters like Korra and possibly Aang may appear through flashbacks or Spirit World interactions. The Great Spirit of Darkness, Vaatu, is hinted to return as an antagonist. The series promises to continue the Avatar legacy and expand the franchise, with new TV projects already in development, although there are no current plans for a new feature film. (</w:t>
      </w:r>
      <w:hyperlink r:id="rId19">
        <w:r>
          <w:rPr>
            <w:color w:val="0000EE"/>
            <w:u w:val="single"/>
          </w:rPr>
          <w:t>gamesradar.com</w:t>
        </w:r>
      </w:hyperlink>
      <w:r>
        <w:t>)</w:t>
      </w:r>
      <w:r/>
    </w:p>
    <w:p>
      <w:pPr>
        <w:pStyle w:val="ListNumber"/>
        <w:spacing w:line="240" w:lineRule="auto"/>
        <w:ind w:left="720"/>
      </w:pPr>
      <w:r/>
      <w:hyperlink r:id="rId9">
        <w:r>
          <w:rPr>
            <w:color w:val="0000EE"/>
            <w:u w:val="single"/>
          </w:rPr>
          <w:t>https://www.thepinknews.com/2026/10/13/avatar-the-last-airbender-lgbtq-representation-seven-havens/</w:t>
        </w:r>
      </w:hyperlink>
      <w:r>
        <w:t xml:space="preserve"> - The article discusses the introduction of a prominent gay couple, Jae and Datu, in 'Avatar: Seven Havens,' expanding the franchise's LGBTQ+ representation. It reflects on the author's personal connection to the series and the significance of such representation in children's media. The piece also touches upon the broader themes of belonging and overcoming challenges in the 'Avatar' universe. (</w:t>
      </w:r>
      <w:hyperlink r:id="rId20">
        <w:r>
          <w:rPr>
            <w:color w:val="0000EE"/>
            <w:u w:val="single"/>
          </w:rPr>
          <w:t>thepinknews.com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13/avatar-the-last-airbender-lgbtq-representation-seven-havens/" TargetMode="External"/><Relationship Id="rId10" Type="http://schemas.openxmlformats.org/officeDocument/2006/relationships/hyperlink" Target="https://www.them.us/entertainment/tv-and-movies/avatar-seven-havens-gay-couple" TargetMode="External"/><Relationship Id="rId11" Type="http://schemas.openxmlformats.org/officeDocument/2006/relationships/hyperlink" Target="https://www.main-currents.news/stories/2026/10/12/animated-series-avatar-seven-h" TargetMode="External"/><Relationship Id="rId12" Type="http://schemas.openxmlformats.org/officeDocument/2006/relationships/hyperlink" Target="https://www.gamesradar.com/entertainment/animation-shows/avatar-seven-havens-season-1-review/" TargetMode="External"/><Relationship Id="rId13" Type="http://schemas.openxmlformats.org/officeDocument/2006/relationships/hyperlink" Target="https://www.gamesradar.com/entertainment/animation-shows/what-is-avatar-seven-havens/" TargetMode="External"/><Relationship Id="rId14" Type="http://schemas.openxmlformats.org/officeDocument/2006/relationships/hyperlink" Target="https://www.gamesradar.com/entertainment/animation-shows/avatar-seven-havens-co-creator-and-ep-explain-the-shows-new-animation-style-say-they-wanted-to-make-an-old-school-anime/" TargetMode="External"/><Relationship Id="rId15" Type="http://schemas.openxmlformats.org/officeDocument/2006/relationships/hyperlink" Target="https://www.them.us/entertainment/tv-and-movies/avatar-seven-havens-gay-couple?utm_source=openai" TargetMode="External"/><Relationship Id="rId16" Type="http://schemas.openxmlformats.org/officeDocument/2006/relationships/hyperlink" Target="https://www.main-currents.news/stories/2026/10/12/animated-series-avatar-seven-h?utm_source=openai" TargetMode="External"/><Relationship Id="rId17" Type="http://schemas.openxmlformats.org/officeDocument/2006/relationships/hyperlink" Target="https://www.gamesradar.com/entertainment/animation-shows/avatar-seven-havens-season-1-review/?utm_source=openai" TargetMode="External"/><Relationship Id="rId18" Type="http://schemas.openxmlformats.org/officeDocument/2006/relationships/hyperlink" Target="https://www.gamesradar.com/entertainment/animation-shows/avatar-seven-havens-co-creator-and-ep-explain-the-shows-new-animation-style-say-they-wanted-to-make-an-old-school-anime/?utm_source=openai" TargetMode="External"/><Relationship Id="rId19" Type="http://schemas.openxmlformats.org/officeDocument/2006/relationships/hyperlink" Target="https://www.gamesradar.com/entertainment/animation-shows/what-is-avatar-seven-havens/?utm_source=openai" TargetMode="External"/><Relationship Id="rId20" Type="http://schemas.openxmlformats.org/officeDocument/2006/relationships/hyperlink" Target="https://www.thepinknews.com/2026/10/13/avatar-the-last-airbender-lgbtq-representation-seven-haven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